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17291E" w14:textId="10C63921" w:rsidR="00B55C9B" w:rsidRDefault="00B55C9B" w:rsidP="005B6CCE">
      <w:pPr>
        <w:pStyle w:val="Sinespaciado"/>
      </w:pPr>
    </w:p>
    <w:p w14:paraId="3E913C3D" w14:textId="77777777" w:rsidR="00B55C9B" w:rsidRDefault="00000000">
      <w:pPr>
        <w:spacing w:before="240"/>
        <w:jc w:val="center"/>
      </w:pPr>
      <w:r>
        <w:rPr>
          <w:b/>
          <w:color w:val="17365D"/>
          <w:sz w:val="40"/>
        </w:rPr>
        <w:t>FORMATOS Y ANEXOS EDITABLES DE LA INVITACIÓN</w:t>
      </w:r>
    </w:p>
    <w:p w14:paraId="64C0CFEB" w14:textId="77777777" w:rsidR="00B55C9B" w:rsidRDefault="00000000">
      <w:pPr>
        <w:jc w:val="center"/>
      </w:pPr>
      <w:r>
        <w:rPr>
          <w:color w:val="666666"/>
          <w:sz w:val="22"/>
        </w:rPr>
        <w:t>Paquete documental para presentación, verificación y evaluación de ofertas</w:t>
      </w:r>
    </w:p>
    <w:p w14:paraId="1130B00C" w14:textId="77777777" w:rsidR="00B54F3D" w:rsidRDefault="00B54F3D">
      <w:pPr>
        <w:spacing w:before="400"/>
        <w:jc w:val="center"/>
        <w:rPr>
          <w:b/>
          <w:color w:val="1F4E78"/>
          <w:sz w:val="22"/>
        </w:rPr>
      </w:pPr>
    </w:p>
    <w:p w14:paraId="53F54974" w14:textId="45CAD3EB" w:rsidR="00B55C9B" w:rsidRDefault="00000000">
      <w:pPr>
        <w:spacing w:before="400"/>
        <w:jc w:val="center"/>
        <w:rPr>
          <w:b/>
          <w:color w:val="1F4E78"/>
          <w:sz w:val="22"/>
        </w:rPr>
      </w:pPr>
      <w:r>
        <w:rPr>
          <w:b/>
          <w:color w:val="1F4E78"/>
          <w:sz w:val="22"/>
        </w:rPr>
        <w:t>CONSULTORÍA PARA LOS ESTUDIOS Y DISEÑOS DE LA SEDE DE LA CÁMARA DE COMERCIO DEL AMAZONAS, EN EL MUNICIPIO DE LETICIA, COLOMBIA</w:t>
      </w:r>
    </w:p>
    <w:tbl>
      <w:tblPr>
        <w:tblW w:w="0" w:type="auto"/>
        <w:jc w:val="center"/>
        <w:tblBorders>
          <w:top w:val="single" w:sz="4" w:space="0" w:color="95A5A6"/>
          <w:left w:val="single" w:sz="4" w:space="0" w:color="95A5A6"/>
          <w:bottom w:val="single" w:sz="4" w:space="0" w:color="95A5A6"/>
          <w:right w:val="single" w:sz="4" w:space="0" w:color="95A5A6"/>
          <w:insideH w:val="single" w:sz="4" w:space="0" w:color="95A5A6"/>
          <w:insideV w:val="single" w:sz="4" w:space="0" w:color="95A5A6"/>
        </w:tblBorders>
        <w:tblLayout w:type="fixed"/>
        <w:tblLook w:val="04A0" w:firstRow="1" w:lastRow="0" w:firstColumn="1" w:lastColumn="0" w:noHBand="0" w:noVBand="1"/>
      </w:tblPr>
      <w:tblGrid>
        <w:gridCol w:w="2948"/>
        <w:gridCol w:w="5386"/>
      </w:tblGrid>
      <w:tr w:rsidR="00B55C9B" w14:paraId="3EA1AED9" w14:textId="77777777">
        <w:trPr>
          <w:jc w:val="center"/>
        </w:trPr>
        <w:tc>
          <w:tcPr>
            <w:tcW w:w="2948" w:type="dxa"/>
            <w:shd w:val="clear" w:color="auto" w:fill="DDEBF7"/>
            <w:tcMar>
              <w:top w:w="80" w:type="dxa"/>
              <w:left w:w="90" w:type="dxa"/>
              <w:bottom w:w="80" w:type="dxa"/>
              <w:right w:w="90" w:type="dxa"/>
            </w:tcMar>
            <w:vAlign w:val="center"/>
          </w:tcPr>
          <w:p w14:paraId="040FD43D" w14:textId="77777777" w:rsidR="00B55C9B" w:rsidRDefault="00000000">
            <w:pPr>
              <w:spacing w:after="0"/>
            </w:pPr>
            <w:r>
              <w:rPr>
                <w:b/>
                <w:color w:val="17365D"/>
                <w:sz w:val="18"/>
              </w:rPr>
              <w:t>Entidad</w:t>
            </w:r>
          </w:p>
        </w:tc>
        <w:tc>
          <w:tcPr>
            <w:tcW w:w="5386" w:type="dxa"/>
            <w:tcMar>
              <w:top w:w="80" w:type="dxa"/>
              <w:left w:w="90" w:type="dxa"/>
              <w:bottom w:w="80" w:type="dxa"/>
              <w:right w:w="90" w:type="dxa"/>
            </w:tcMar>
            <w:vAlign w:val="center"/>
          </w:tcPr>
          <w:p w14:paraId="6E4DED9E" w14:textId="77777777" w:rsidR="00B55C9B" w:rsidRDefault="00000000">
            <w:pPr>
              <w:spacing w:after="0"/>
            </w:pPr>
            <w:r>
              <w:rPr>
                <w:color w:val="000000"/>
                <w:sz w:val="18"/>
              </w:rPr>
              <w:t>CÁMARA DE COMERCIO DEL AMAZONAS</w:t>
            </w:r>
          </w:p>
        </w:tc>
      </w:tr>
      <w:tr w:rsidR="00B55C9B" w14:paraId="45ED1C55" w14:textId="77777777">
        <w:trPr>
          <w:jc w:val="center"/>
        </w:trPr>
        <w:tc>
          <w:tcPr>
            <w:tcW w:w="2948" w:type="dxa"/>
            <w:shd w:val="clear" w:color="auto" w:fill="DDEBF7"/>
            <w:tcMar>
              <w:top w:w="80" w:type="dxa"/>
              <w:left w:w="90" w:type="dxa"/>
              <w:bottom w:w="80" w:type="dxa"/>
              <w:right w:w="90" w:type="dxa"/>
            </w:tcMar>
            <w:vAlign w:val="center"/>
          </w:tcPr>
          <w:p w14:paraId="5BBD9C9D" w14:textId="77777777" w:rsidR="00B55C9B" w:rsidRDefault="00000000">
            <w:pPr>
              <w:spacing w:after="0"/>
            </w:pPr>
            <w:r>
              <w:rPr>
                <w:b/>
                <w:color w:val="17365D"/>
                <w:sz w:val="18"/>
              </w:rPr>
              <w:t>Naturaleza del documento</w:t>
            </w:r>
          </w:p>
        </w:tc>
        <w:tc>
          <w:tcPr>
            <w:tcW w:w="5386" w:type="dxa"/>
            <w:tcMar>
              <w:top w:w="80" w:type="dxa"/>
              <w:left w:w="90" w:type="dxa"/>
              <w:bottom w:w="80" w:type="dxa"/>
              <w:right w:w="90" w:type="dxa"/>
            </w:tcMar>
            <w:vAlign w:val="center"/>
          </w:tcPr>
          <w:p w14:paraId="142E0E73" w14:textId="77777777" w:rsidR="00B55C9B" w:rsidRDefault="00000000">
            <w:pPr>
              <w:spacing w:after="0"/>
            </w:pPr>
            <w:r>
              <w:rPr>
                <w:color w:val="000000"/>
                <w:sz w:val="18"/>
              </w:rPr>
              <w:t>Formatos editables para integrar la invitación y la presentación de ofertas</w:t>
            </w:r>
          </w:p>
        </w:tc>
      </w:tr>
      <w:tr w:rsidR="00B55C9B" w14:paraId="384C9C53" w14:textId="77777777">
        <w:trPr>
          <w:jc w:val="center"/>
        </w:trPr>
        <w:tc>
          <w:tcPr>
            <w:tcW w:w="2948" w:type="dxa"/>
            <w:shd w:val="clear" w:color="auto" w:fill="DDEBF7"/>
            <w:tcMar>
              <w:top w:w="80" w:type="dxa"/>
              <w:left w:w="90" w:type="dxa"/>
              <w:bottom w:w="80" w:type="dxa"/>
              <w:right w:w="90" w:type="dxa"/>
            </w:tcMar>
            <w:vAlign w:val="center"/>
          </w:tcPr>
          <w:p w14:paraId="3464B874" w14:textId="77777777" w:rsidR="00B55C9B" w:rsidRDefault="00000000">
            <w:pPr>
              <w:spacing w:after="0"/>
            </w:pPr>
            <w:r>
              <w:rPr>
                <w:b/>
                <w:color w:val="17365D"/>
                <w:sz w:val="18"/>
              </w:rPr>
              <w:t>Estado</w:t>
            </w:r>
          </w:p>
        </w:tc>
        <w:tc>
          <w:tcPr>
            <w:tcW w:w="5386" w:type="dxa"/>
            <w:tcMar>
              <w:top w:w="80" w:type="dxa"/>
              <w:left w:w="90" w:type="dxa"/>
              <w:bottom w:w="80" w:type="dxa"/>
              <w:right w:w="90" w:type="dxa"/>
            </w:tcMar>
            <w:vAlign w:val="center"/>
          </w:tcPr>
          <w:p w14:paraId="1705103C" w14:textId="654C4FC5" w:rsidR="00B55C9B" w:rsidRDefault="006237C6">
            <w:pPr>
              <w:spacing w:after="0"/>
            </w:pPr>
            <w:r w:rsidRPr="006237C6">
              <w:rPr>
                <w:color w:val="000000"/>
                <w:sz w:val="18"/>
              </w:rPr>
              <w:t>Definitivo</w:t>
            </w:r>
          </w:p>
        </w:tc>
      </w:tr>
      <w:tr w:rsidR="00B55C9B" w14:paraId="2FF98B2B" w14:textId="77777777">
        <w:trPr>
          <w:jc w:val="center"/>
        </w:trPr>
        <w:tc>
          <w:tcPr>
            <w:tcW w:w="2948" w:type="dxa"/>
            <w:shd w:val="clear" w:color="auto" w:fill="DDEBF7"/>
            <w:tcMar>
              <w:top w:w="80" w:type="dxa"/>
              <w:left w:w="90" w:type="dxa"/>
              <w:bottom w:w="80" w:type="dxa"/>
              <w:right w:w="90" w:type="dxa"/>
            </w:tcMar>
            <w:vAlign w:val="center"/>
          </w:tcPr>
          <w:p w14:paraId="6E15DD6A" w14:textId="77777777" w:rsidR="00B55C9B" w:rsidRDefault="00000000">
            <w:pPr>
              <w:spacing w:after="0"/>
            </w:pPr>
            <w:r>
              <w:rPr>
                <w:b/>
                <w:color w:val="17365D"/>
                <w:sz w:val="18"/>
              </w:rPr>
              <w:t>Fecha</w:t>
            </w:r>
          </w:p>
        </w:tc>
        <w:tc>
          <w:tcPr>
            <w:tcW w:w="5386" w:type="dxa"/>
            <w:tcMar>
              <w:top w:w="80" w:type="dxa"/>
              <w:left w:w="90" w:type="dxa"/>
              <w:bottom w:w="80" w:type="dxa"/>
              <w:right w:w="90" w:type="dxa"/>
            </w:tcMar>
            <w:vAlign w:val="center"/>
          </w:tcPr>
          <w:p w14:paraId="57DC0D5D" w14:textId="179DC601" w:rsidR="00B55C9B" w:rsidRDefault="00000000">
            <w:pPr>
              <w:spacing w:after="0"/>
            </w:pPr>
            <w:r>
              <w:rPr>
                <w:color w:val="000000"/>
                <w:sz w:val="18"/>
              </w:rPr>
              <w:t>2</w:t>
            </w:r>
            <w:r w:rsidR="006237C6">
              <w:rPr>
                <w:color w:val="000000"/>
                <w:sz w:val="18"/>
              </w:rPr>
              <w:t>7</w:t>
            </w:r>
            <w:r>
              <w:rPr>
                <w:color w:val="000000"/>
                <w:sz w:val="18"/>
              </w:rPr>
              <w:t xml:space="preserve"> de julio de 2026</w:t>
            </w:r>
          </w:p>
        </w:tc>
      </w:tr>
    </w:tbl>
    <w:p w14:paraId="135CB70F" w14:textId="77777777" w:rsidR="00B55C9B" w:rsidRDefault="00B55C9B"/>
    <w:p w14:paraId="66E76408" w14:textId="77777777" w:rsidR="00B55C9B" w:rsidRDefault="00000000">
      <w:pPr>
        <w:jc w:val="center"/>
      </w:pPr>
      <w:r>
        <w:rPr>
          <w:i/>
          <w:color w:val="666666"/>
          <w:sz w:val="17"/>
        </w:rPr>
        <w:t xml:space="preserve">Los campos entre corchetes </w:t>
      </w:r>
      <w:proofErr w:type="gramStart"/>
      <w:r>
        <w:rPr>
          <w:i/>
          <w:color w:val="666666"/>
          <w:sz w:val="17"/>
        </w:rPr>
        <w:t>[ ]</w:t>
      </w:r>
      <w:proofErr w:type="gramEnd"/>
      <w:r>
        <w:rPr>
          <w:i/>
          <w:color w:val="666666"/>
          <w:sz w:val="17"/>
        </w:rPr>
        <w:t xml:space="preserve"> deben ser diligenciados o completados antes de publicar la invitación.</w:t>
      </w:r>
    </w:p>
    <w:p w14:paraId="55F57FD7" w14:textId="77777777" w:rsidR="00B55C9B" w:rsidRDefault="00000000">
      <w:r>
        <w:br w:type="page"/>
      </w:r>
    </w:p>
    <w:p w14:paraId="46363B63" w14:textId="77777777" w:rsidR="00B55C9B" w:rsidRDefault="00000000">
      <w:pPr>
        <w:pStyle w:val="Ttulo1"/>
      </w:pPr>
      <w:r>
        <w:lastRenderedPageBreak/>
        <w:t>Contenido del paquete</w:t>
      </w:r>
    </w:p>
    <w:tbl>
      <w:tblPr>
        <w:tblW w:w="0" w:type="auto"/>
        <w:jc w:val="center"/>
        <w:tblBorders>
          <w:top w:val="single" w:sz="4" w:space="0" w:color="95A5A6"/>
          <w:left w:val="single" w:sz="4" w:space="0" w:color="95A5A6"/>
          <w:bottom w:val="single" w:sz="4" w:space="0" w:color="95A5A6"/>
          <w:right w:val="single" w:sz="4" w:space="0" w:color="95A5A6"/>
          <w:insideH w:val="single" w:sz="4" w:space="0" w:color="95A5A6"/>
          <w:insideV w:val="single" w:sz="4" w:space="0" w:color="95A5A6"/>
        </w:tblBorders>
        <w:tblLook w:val="04A0" w:firstRow="1" w:lastRow="0" w:firstColumn="1" w:lastColumn="0" w:noHBand="0" w:noVBand="1"/>
      </w:tblPr>
      <w:tblGrid>
        <w:gridCol w:w="1247"/>
        <w:gridCol w:w="7824"/>
      </w:tblGrid>
      <w:tr w:rsidR="00B55C9B" w14:paraId="25B245C4" w14:textId="77777777">
        <w:trPr>
          <w:tblHeader/>
          <w:jc w:val="center"/>
        </w:trPr>
        <w:tc>
          <w:tcPr>
            <w:tcW w:w="1247" w:type="dxa"/>
            <w:shd w:val="clear" w:color="auto" w:fill="17365D"/>
            <w:tcMar>
              <w:top w:w="80" w:type="dxa"/>
              <w:left w:w="90" w:type="dxa"/>
              <w:bottom w:w="80" w:type="dxa"/>
              <w:right w:w="90" w:type="dxa"/>
            </w:tcMar>
            <w:vAlign w:val="center"/>
          </w:tcPr>
          <w:p w14:paraId="29912E77" w14:textId="77777777" w:rsidR="00B55C9B" w:rsidRDefault="00000000">
            <w:pPr>
              <w:spacing w:after="0"/>
              <w:jc w:val="center"/>
            </w:pPr>
            <w:r>
              <w:rPr>
                <w:b/>
                <w:color w:val="FFFFFF"/>
                <w:sz w:val="18"/>
              </w:rPr>
              <w:t>Anexo</w:t>
            </w:r>
          </w:p>
        </w:tc>
        <w:tc>
          <w:tcPr>
            <w:tcW w:w="7824" w:type="dxa"/>
            <w:shd w:val="clear" w:color="auto" w:fill="17365D"/>
            <w:tcMar>
              <w:top w:w="80" w:type="dxa"/>
              <w:left w:w="90" w:type="dxa"/>
              <w:bottom w:w="80" w:type="dxa"/>
              <w:right w:w="90" w:type="dxa"/>
            </w:tcMar>
            <w:vAlign w:val="center"/>
          </w:tcPr>
          <w:p w14:paraId="41B05B7B" w14:textId="77777777" w:rsidR="00B55C9B" w:rsidRDefault="00000000">
            <w:pPr>
              <w:spacing w:after="0"/>
              <w:jc w:val="center"/>
            </w:pPr>
            <w:r>
              <w:rPr>
                <w:b/>
                <w:color w:val="FFFFFF"/>
                <w:sz w:val="18"/>
              </w:rPr>
              <w:t>Documento</w:t>
            </w:r>
          </w:p>
        </w:tc>
      </w:tr>
      <w:tr w:rsidR="00B55C9B" w14:paraId="44D56129" w14:textId="77777777">
        <w:trPr>
          <w:jc w:val="center"/>
        </w:trPr>
        <w:tc>
          <w:tcPr>
            <w:tcW w:w="1247" w:type="dxa"/>
            <w:tcMar>
              <w:top w:w="80" w:type="dxa"/>
              <w:left w:w="90" w:type="dxa"/>
              <w:bottom w:w="80" w:type="dxa"/>
              <w:right w:w="90" w:type="dxa"/>
            </w:tcMar>
            <w:vAlign w:val="center"/>
          </w:tcPr>
          <w:p w14:paraId="432B4000" w14:textId="77777777" w:rsidR="00B55C9B" w:rsidRDefault="00000000">
            <w:pPr>
              <w:spacing w:after="0"/>
              <w:jc w:val="center"/>
            </w:pPr>
            <w:r>
              <w:rPr>
                <w:b/>
                <w:color w:val="17365D"/>
                <w:sz w:val="18"/>
              </w:rPr>
              <w:t>1</w:t>
            </w:r>
          </w:p>
        </w:tc>
        <w:tc>
          <w:tcPr>
            <w:tcW w:w="7824" w:type="dxa"/>
            <w:tcMar>
              <w:top w:w="80" w:type="dxa"/>
              <w:left w:w="90" w:type="dxa"/>
              <w:bottom w:w="80" w:type="dxa"/>
              <w:right w:w="90" w:type="dxa"/>
            </w:tcMar>
            <w:vAlign w:val="center"/>
          </w:tcPr>
          <w:p w14:paraId="6D432AFF" w14:textId="77777777" w:rsidR="00B55C9B" w:rsidRDefault="00000000">
            <w:pPr>
              <w:spacing w:after="0"/>
            </w:pPr>
            <w:r>
              <w:rPr>
                <w:color w:val="000000"/>
                <w:sz w:val="18"/>
              </w:rPr>
              <w:t>Carta de presentación de la oferta</w:t>
            </w:r>
          </w:p>
        </w:tc>
      </w:tr>
      <w:tr w:rsidR="00B55C9B" w14:paraId="7E08F99D" w14:textId="77777777">
        <w:trPr>
          <w:jc w:val="center"/>
        </w:trPr>
        <w:tc>
          <w:tcPr>
            <w:tcW w:w="1247" w:type="dxa"/>
            <w:shd w:val="clear" w:color="auto" w:fill="EEF4F9"/>
            <w:tcMar>
              <w:top w:w="80" w:type="dxa"/>
              <w:left w:w="90" w:type="dxa"/>
              <w:bottom w:w="80" w:type="dxa"/>
              <w:right w:w="90" w:type="dxa"/>
            </w:tcMar>
            <w:vAlign w:val="center"/>
          </w:tcPr>
          <w:p w14:paraId="48FD4AB8" w14:textId="77777777" w:rsidR="00B55C9B" w:rsidRDefault="00000000">
            <w:pPr>
              <w:spacing w:after="0"/>
              <w:jc w:val="center"/>
            </w:pPr>
            <w:r>
              <w:rPr>
                <w:b/>
                <w:color w:val="17365D"/>
                <w:sz w:val="18"/>
              </w:rPr>
              <w:t>2</w:t>
            </w:r>
          </w:p>
        </w:tc>
        <w:tc>
          <w:tcPr>
            <w:tcW w:w="7824" w:type="dxa"/>
            <w:shd w:val="clear" w:color="auto" w:fill="EEF4F9"/>
            <w:tcMar>
              <w:top w:w="80" w:type="dxa"/>
              <w:left w:w="90" w:type="dxa"/>
              <w:bottom w:w="80" w:type="dxa"/>
              <w:right w:w="90" w:type="dxa"/>
            </w:tcMar>
            <w:vAlign w:val="center"/>
          </w:tcPr>
          <w:p w14:paraId="3828531B" w14:textId="77777777" w:rsidR="00B55C9B" w:rsidRDefault="00000000">
            <w:pPr>
              <w:spacing w:after="0"/>
            </w:pPr>
            <w:r>
              <w:rPr>
                <w:color w:val="000000"/>
                <w:sz w:val="18"/>
              </w:rPr>
              <w:t>Información general e identificación del proponente</w:t>
            </w:r>
          </w:p>
        </w:tc>
      </w:tr>
      <w:tr w:rsidR="00B55C9B" w14:paraId="4D569757" w14:textId="77777777">
        <w:trPr>
          <w:jc w:val="center"/>
        </w:trPr>
        <w:tc>
          <w:tcPr>
            <w:tcW w:w="1247" w:type="dxa"/>
            <w:tcMar>
              <w:top w:w="80" w:type="dxa"/>
              <w:left w:w="90" w:type="dxa"/>
              <w:bottom w:w="80" w:type="dxa"/>
              <w:right w:w="90" w:type="dxa"/>
            </w:tcMar>
            <w:vAlign w:val="center"/>
          </w:tcPr>
          <w:p w14:paraId="395CEED3" w14:textId="77777777" w:rsidR="00B55C9B" w:rsidRDefault="00000000">
            <w:pPr>
              <w:spacing w:after="0"/>
              <w:jc w:val="center"/>
            </w:pPr>
            <w:r>
              <w:rPr>
                <w:b/>
                <w:color w:val="17365D"/>
                <w:sz w:val="18"/>
              </w:rPr>
              <w:t>3</w:t>
            </w:r>
          </w:p>
        </w:tc>
        <w:tc>
          <w:tcPr>
            <w:tcW w:w="7824" w:type="dxa"/>
            <w:tcMar>
              <w:top w:w="80" w:type="dxa"/>
              <w:left w:w="90" w:type="dxa"/>
              <w:bottom w:w="80" w:type="dxa"/>
              <w:right w:w="90" w:type="dxa"/>
            </w:tcMar>
            <w:vAlign w:val="center"/>
          </w:tcPr>
          <w:p w14:paraId="3D42F8FB" w14:textId="77777777" w:rsidR="00B55C9B" w:rsidRDefault="00000000">
            <w:pPr>
              <w:spacing w:after="0"/>
            </w:pPr>
            <w:r>
              <w:rPr>
                <w:color w:val="000000"/>
                <w:sz w:val="18"/>
              </w:rPr>
              <w:t>Experiencia específica del oferente</w:t>
            </w:r>
          </w:p>
        </w:tc>
      </w:tr>
      <w:tr w:rsidR="00B55C9B" w14:paraId="10A37D3A" w14:textId="77777777">
        <w:trPr>
          <w:jc w:val="center"/>
        </w:trPr>
        <w:tc>
          <w:tcPr>
            <w:tcW w:w="1247" w:type="dxa"/>
            <w:shd w:val="clear" w:color="auto" w:fill="EEF4F9"/>
            <w:tcMar>
              <w:top w:w="80" w:type="dxa"/>
              <w:left w:w="90" w:type="dxa"/>
              <w:bottom w:w="80" w:type="dxa"/>
              <w:right w:w="90" w:type="dxa"/>
            </w:tcMar>
            <w:vAlign w:val="center"/>
          </w:tcPr>
          <w:p w14:paraId="0DF8BC80" w14:textId="77777777" w:rsidR="00B55C9B" w:rsidRDefault="00000000">
            <w:pPr>
              <w:spacing w:after="0"/>
              <w:jc w:val="center"/>
            </w:pPr>
            <w:r>
              <w:rPr>
                <w:b/>
                <w:color w:val="17365D"/>
                <w:sz w:val="18"/>
              </w:rPr>
              <w:t>4</w:t>
            </w:r>
          </w:p>
        </w:tc>
        <w:tc>
          <w:tcPr>
            <w:tcW w:w="7824" w:type="dxa"/>
            <w:shd w:val="clear" w:color="auto" w:fill="EEF4F9"/>
            <w:tcMar>
              <w:top w:w="80" w:type="dxa"/>
              <w:left w:w="90" w:type="dxa"/>
              <w:bottom w:w="80" w:type="dxa"/>
              <w:right w:w="90" w:type="dxa"/>
            </w:tcMar>
            <w:vAlign w:val="center"/>
          </w:tcPr>
          <w:p w14:paraId="1A643073" w14:textId="77777777" w:rsidR="00B55C9B" w:rsidRDefault="00000000">
            <w:pPr>
              <w:spacing w:after="0"/>
            </w:pPr>
            <w:r>
              <w:rPr>
                <w:color w:val="000000"/>
                <w:sz w:val="18"/>
              </w:rPr>
              <w:t>Equipo profesional propuesto</w:t>
            </w:r>
          </w:p>
        </w:tc>
      </w:tr>
      <w:tr w:rsidR="00B55C9B" w14:paraId="0199310E" w14:textId="77777777">
        <w:trPr>
          <w:jc w:val="center"/>
        </w:trPr>
        <w:tc>
          <w:tcPr>
            <w:tcW w:w="1247" w:type="dxa"/>
            <w:tcMar>
              <w:top w:w="80" w:type="dxa"/>
              <w:left w:w="90" w:type="dxa"/>
              <w:bottom w:w="80" w:type="dxa"/>
              <w:right w:w="90" w:type="dxa"/>
            </w:tcMar>
            <w:vAlign w:val="center"/>
          </w:tcPr>
          <w:p w14:paraId="6B07DE8D" w14:textId="77777777" w:rsidR="00B55C9B" w:rsidRDefault="00000000">
            <w:pPr>
              <w:spacing w:after="0"/>
              <w:jc w:val="center"/>
            </w:pPr>
            <w:r>
              <w:rPr>
                <w:b/>
                <w:color w:val="17365D"/>
                <w:sz w:val="18"/>
              </w:rPr>
              <w:t>5</w:t>
            </w:r>
          </w:p>
        </w:tc>
        <w:tc>
          <w:tcPr>
            <w:tcW w:w="7824" w:type="dxa"/>
            <w:tcMar>
              <w:top w:w="80" w:type="dxa"/>
              <w:left w:w="90" w:type="dxa"/>
              <w:bottom w:w="80" w:type="dxa"/>
              <w:right w:w="90" w:type="dxa"/>
            </w:tcMar>
            <w:vAlign w:val="center"/>
          </w:tcPr>
          <w:p w14:paraId="27F1C82D" w14:textId="77777777" w:rsidR="00B55C9B" w:rsidRDefault="00000000">
            <w:pPr>
              <w:spacing w:after="0"/>
            </w:pPr>
            <w:r>
              <w:rPr>
                <w:color w:val="000000"/>
                <w:sz w:val="18"/>
              </w:rPr>
              <w:t>Carta de compromiso y disponibilidad del profesional</w:t>
            </w:r>
          </w:p>
        </w:tc>
      </w:tr>
      <w:tr w:rsidR="00B55C9B" w14:paraId="25A9BF0B" w14:textId="77777777">
        <w:trPr>
          <w:jc w:val="center"/>
        </w:trPr>
        <w:tc>
          <w:tcPr>
            <w:tcW w:w="1247" w:type="dxa"/>
            <w:shd w:val="clear" w:color="auto" w:fill="EEF4F9"/>
            <w:tcMar>
              <w:top w:w="80" w:type="dxa"/>
              <w:left w:w="90" w:type="dxa"/>
              <w:bottom w:w="80" w:type="dxa"/>
              <w:right w:w="90" w:type="dxa"/>
            </w:tcMar>
            <w:vAlign w:val="center"/>
          </w:tcPr>
          <w:p w14:paraId="6CFB9D3B" w14:textId="77777777" w:rsidR="00B55C9B" w:rsidRDefault="00000000">
            <w:pPr>
              <w:spacing w:after="0"/>
              <w:jc w:val="center"/>
            </w:pPr>
            <w:r>
              <w:rPr>
                <w:b/>
                <w:color w:val="17365D"/>
                <w:sz w:val="18"/>
              </w:rPr>
              <w:t>6</w:t>
            </w:r>
          </w:p>
        </w:tc>
        <w:tc>
          <w:tcPr>
            <w:tcW w:w="7824" w:type="dxa"/>
            <w:shd w:val="clear" w:color="auto" w:fill="EEF4F9"/>
            <w:tcMar>
              <w:top w:w="80" w:type="dxa"/>
              <w:left w:w="90" w:type="dxa"/>
              <w:bottom w:w="80" w:type="dxa"/>
              <w:right w:w="90" w:type="dxa"/>
            </w:tcMar>
            <w:vAlign w:val="center"/>
          </w:tcPr>
          <w:p w14:paraId="0BCBD4A7" w14:textId="77777777" w:rsidR="00B55C9B" w:rsidRDefault="00000000">
            <w:pPr>
              <w:spacing w:after="0"/>
            </w:pPr>
            <w:r>
              <w:rPr>
                <w:color w:val="000000"/>
                <w:sz w:val="18"/>
              </w:rPr>
              <w:t>Propuesta económica desagregada</w:t>
            </w:r>
          </w:p>
        </w:tc>
      </w:tr>
      <w:tr w:rsidR="00B55C9B" w14:paraId="4B1D9CD5" w14:textId="77777777">
        <w:trPr>
          <w:jc w:val="center"/>
        </w:trPr>
        <w:tc>
          <w:tcPr>
            <w:tcW w:w="1247" w:type="dxa"/>
            <w:tcMar>
              <w:top w:w="80" w:type="dxa"/>
              <w:left w:w="90" w:type="dxa"/>
              <w:bottom w:w="80" w:type="dxa"/>
              <w:right w:w="90" w:type="dxa"/>
            </w:tcMar>
            <w:vAlign w:val="center"/>
          </w:tcPr>
          <w:p w14:paraId="7C12E18F" w14:textId="77777777" w:rsidR="00B55C9B" w:rsidRDefault="00000000">
            <w:pPr>
              <w:spacing w:after="0"/>
              <w:jc w:val="center"/>
            </w:pPr>
            <w:r>
              <w:rPr>
                <w:b/>
                <w:color w:val="17365D"/>
                <w:sz w:val="18"/>
              </w:rPr>
              <w:t>7</w:t>
            </w:r>
          </w:p>
        </w:tc>
        <w:tc>
          <w:tcPr>
            <w:tcW w:w="7824" w:type="dxa"/>
            <w:tcMar>
              <w:top w:w="80" w:type="dxa"/>
              <w:left w:w="90" w:type="dxa"/>
              <w:bottom w:w="80" w:type="dxa"/>
              <w:right w:w="90" w:type="dxa"/>
            </w:tcMar>
            <w:vAlign w:val="center"/>
          </w:tcPr>
          <w:p w14:paraId="7B641F9C" w14:textId="77777777" w:rsidR="00B55C9B" w:rsidRDefault="00000000">
            <w:pPr>
              <w:spacing w:after="0"/>
            </w:pPr>
            <w:r>
              <w:rPr>
                <w:color w:val="000000"/>
                <w:sz w:val="18"/>
              </w:rPr>
              <w:t>Metodología, plan de trabajo y control de calidad</w:t>
            </w:r>
          </w:p>
        </w:tc>
      </w:tr>
      <w:tr w:rsidR="00B55C9B" w14:paraId="3FA965CE" w14:textId="77777777">
        <w:trPr>
          <w:jc w:val="center"/>
        </w:trPr>
        <w:tc>
          <w:tcPr>
            <w:tcW w:w="1247" w:type="dxa"/>
            <w:shd w:val="clear" w:color="auto" w:fill="EEF4F9"/>
            <w:tcMar>
              <w:top w:w="80" w:type="dxa"/>
              <w:left w:w="90" w:type="dxa"/>
              <w:bottom w:w="80" w:type="dxa"/>
              <w:right w:w="90" w:type="dxa"/>
            </w:tcMar>
            <w:vAlign w:val="center"/>
          </w:tcPr>
          <w:p w14:paraId="4A166647" w14:textId="77777777" w:rsidR="00B55C9B" w:rsidRDefault="00000000">
            <w:pPr>
              <w:spacing w:after="0"/>
              <w:jc w:val="center"/>
            </w:pPr>
            <w:r>
              <w:rPr>
                <w:b/>
                <w:color w:val="17365D"/>
                <w:sz w:val="18"/>
              </w:rPr>
              <w:t>8</w:t>
            </w:r>
          </w:p>
        </w:tc>
        <w:tc>
          <w:tcPr>
            <w:tcW w:w="7824" w:type="dxa"/>
            <w:shd w:val="clear" w:color="auto" w:fill="EEF4F9"/>
            <w:tcMar>
              <w:top w:w="80" w:type="dxa"/>
              <w:left w:w="90" w:type="dxa"/>
              <w:bottom w:w="80" w:type="dxa"/>
              <w:right w:w="90" w:type="dxa"/>
            </w:tcMar>
            <w:vAlign w:val="center"/>
          </w:tcPr>
          <w:p w14:paraId="585E95E5" w14:textId="77777777" w:rsidR="00B55C9B" w:rsidRDefault="00000000">
            <w:pPr>
              <w:spacing w:after="0"/>
            </w:pPr>
            <w:r>
              <w:rPr>
                <w:color w:val="000000"/>
                <w:sz w:val="18"/>
              </w:rPr>
              <w:t>Declaración de no inhabilidades, incompatibilidades y conflictos de interés</w:t>
            </w:r>
          </w:p>
        </w:tc>
      </w:tr>
      <w:tr w:rsidR="00B55C9B" w14:paraId="5105BD82" w14:textId="77777777">
        <w:trPr>
          <w:jc w:val="center"/>
        </w:trPr>
        <w:tc>
          <w:tcPr>
            <w:tcW w:w="1247" w:type="dxa"/>
            <w:tcMar>
              <w:top w:w="80" w:type="dxa"/>
              <w:left w:w="90" w:type="dxa"/>
              <w:bottom w:w="80" w:type="dxa"/>
              <w:right w:w="90" w:type="dxa"/>
            </w:tcMar>
            <w:vAlign w:val="center"/>
          </w:tcPr>
          <w:p w14:paraId="60B37417" w14:textId="77777777" w:rsidR="00B55C9B" w:rsidRDefault="00000000">
            <w:pPr>
              <w:spacing w:after="0"/>
              <w:jc w:val="center"/>
            </w:pPr>
            <w:r>
              <w:rPr>
                <w:b/>
                <w:color w:val="17365D"/>
                <w:sz w:val="18"/>
              </w:rPr>
              <w:t>9</w:t>
            </w:r>
          </w:p>
        </w:tc>
        <w:tc>
          <w:tcPr>
            <w:tcW w:w="7824" w:type="dxa"/>
            <w:tcMar>
              <w:top w:w="80" w:type="dxa"/>
              <w:left w:w="90" w:type="dxa"/>
              <w:bottom w:w="80" w:type="dxa"/>
              <w:right w:w="90" w:type="dxa"/>
            </w:tcMar>
            <w:vAlign w:val="center"/>
          </w:tcPr>
          <w:p w14:paraId="5F79718B" w14:textId="77777777" w:rsidR="00B55C9B" w:rsidRDefault="00000000">
            <w:pPr>
              <w:spacing w:after="0"/>
            </w:pPr>
            <w:r>
              <w:rPr>
                <w:color w:val="000000"/>
                <w:sz w:val="18"/>
              </w:rPr>
              <w:t>Compromiso de transparencia, integridad y anticorrupción</w:t>
            </w:r>
          </w:p>
        </w:tc>
      </w:tr>
      <w:tr w:rsidR="00B55C9B" w14:paraId="352C2A29" w14:textId="77777777">
        <w:trPr>
          <w:jc w:val="center"/>
        </w:trPr>
        <w:tc>
          <w:tcPr>
            <w:tcW w:w="1247" w:type="dxa"/>
            <w:shd w:val="clear" w:color="auto" w:fill="EEF4F9"/>
            <w:tcMar>
              <w:top w:w="80" w:type="dxa"/>
              <w:left w:w="90" w:type="dxa"/>
              <w:bottom w:w="80" w:type="dxa"/>
              <w:right w:w="90" w:type="dxa"/>
            </w:tcMar>
            <w:vAlign w:val="center"/>
          </w:tcPr>
          <w:p w14:paraId="64440029" w14:textId="77777777" w:rsidR="00B55C9B" w:rsidRDefault="00000000">
            <w:pPr>
              <w:spacing w:after="0"/>
              <w:jc w:val="center"/>
            </w:pPr>
            <w:r>
              <w:rPr>
                <w:b/>
                <w:color w:val="17365D"/>
                <w:sz w:val="18"/>
              </w:rPr>
              <w:t>10</w:t>
            </w:r>
          </w:p>
        </w:tc>
        <w:tc>
          <w:tcPr>
            <w:tcW w:w="7824" w:type="dxa"/>
            <w:shd w:val="clear" w:color="auto" w:fill="EEF4F9"/>
            <w:tcMar>
              <w:top w:w="80" w:type="dxa"/>
              <w:left w:w="90" w:type="dxa"/>
              <w:bottom w:w="80" w:type="dxa"/>
              <w:right w:w="90" w:type="dxa"/>
            </w:tcMar>
            <w:vAlign w:val="center"/>
          </w:tcPr>
          <w:p w14:paraId="1FC7203B" w14:textId="77777777" w:rsidR="00B55C9B" w:rsidRDefault="00000000">
            <w:pPr>
              <w:spacing w:after="0"/>
            </w:pPr>
            <w:r>
              <w:rPr>
                <w:color w:val="000000"/>
                <w:sz w:val="18"/>
              </w:rPr>
              <w:t>Declaración sobre listas restrictivas, origen de fondos y beneficiario final</w:t>
            </w:r>
          </w:p>
        </w:tc>
      </w:tr>
      <w:tr w:rsidR="00B55C9B" w14:paraId="0A9FF834" w14:textId="77777777">
        <w:trPr>
          <w:jc w:val="center"/>
        </w:trPr>
        <w:tc>
          <w:tcPr>
            <w:tcW w:w="1247" w:type="dxa"/>
            <w:tcMar>
              <w:top w:w="80" w:type="dxa"/>
              <w:left w:w="90" w:type="dxa"/>
              <w:bottom w:w="80" w:type="dxa"/>
              <w:right w:w="90" w:type="dxa"/>
            </w:tcMar>
            <w:vAlign w:val="center"/>
          </w:tcPr>
          <w:p w14:paraId="7A5A3F9B" w14:textId="77777777" w:rsidR="00B55C9B" w:rsidRDefault="00000000">
            <w:pPr>
              <w:spacing w:after="0"/>
              <w:jc w:val="center"/>
            </w:pPr>
            <w:r>
              <w:rPr>
                <w:b/>
                <w:color w:val="17365D"/>
                <w:sz w:val="18"/>
              </w:rPr>
              <w:t>11</w:t>
            </w:r>
          </w:p>
        </w:tc>
        <w:tc>
          <w:tcPr>
            <w:tcW w:w="7824" w:type="dxa"/>
            <w:tcMar>
              <w:top w:w="80" w:type="dxa"/>
              <w:left w:w="90" w:type="dxa"/>
              <w:bottom w:w="80" w:type="dxa"/>
              <w:right w:w="90" w:type="dxa"/>
            </w:tcMar>
            <w:vAlign w:val="center"/>
          </w:tcPr>
          <w:p w14:paraId="73471FE8" w14:textId="77777777" w:rsidR="00B55C9B" w:rsidRDefault="00000000">
            <w:pPr>
              <w:spacing w:after="0"/>
            </w:pPr>
            <w:r>
              <w:rPr>
                <w:color w:val="000000"/>
                <w:sz w:val="18"/>
              </w:rPr>
              <w:t>Documento de conformación de consorcio o unión temporal</w:t>
            </w:r>
          </w:p>
        </w:tc>
      </w:tr>
      <w:tr w:rsidR="00B55C9B" w14:paraId="59D0C18C" w14:textId="77777777">
        <w:trPr>
          <w:jc w:val="center"/>
        </w:trPr>
        <w:tc>
          <w:tcPr>
            <w:tcW w:w="1247" w:type="dxa"/>
            <w:shd w:val="clear" w:color="auto" w:fill="EEF4F9"/>
            <w:tcMar>
              <w:top w:w="80" w:type="dxa"/>
              <w:left w:w="90" w:type="dxa"/>
              <w:bottom w:w="80" w:type="dxa"/>
              <w:right w:w="90" w:type="dxa"/>
            </w:tcMar>
            <w:vAlign w:val="center"/>
          </w:tcPr>
          <w:p w14:paraId="36018C2D" w14:textId="77777777" w:rsidR="00B55C9B" w:rsidRDefault="00000000">
            <w:pPr>
              <w:spacing w:after="0"/>
              <w:jc w:val="center"/>
            </w:pPr>
            <w:r>
              <w:rPr>
                <w:b/>
                <w:color w:val="17365D"/>
                <w:sz w:val="18"/>
              </w:rPr>
              <w:t>12</w:t>
            </w:r>
          </w:p>
        </w:tc>
        <w:tc>
          <w:tcPr>
            <w:tcW w:w="7824" w:type="dxa"/>
            <w:shd w:val="clear" w:color="auto" w:fill="EEF4F9"/>
            <w:tcMar>
              <w:top w:w="80" w:type="dxa"/>
              <w:left w:w="90" w:type="dxa"/>
              <w:bottom w:w="80" w:type="dxa"/>
              <w:right w:w="90" w:type="dxa"/>
            </w:tcMar>
            <w:vAlign w:val="center"/>
          </w:tcPr>
          <w:p w14:paraId="746B7768" w14:textId="77777777" w:rsidR="00B55C9B" w:rsidRDefault="00000000">
            <w:pPr>
              <w:spacing w:after="0"/>
            </w:pPr>
            <w:r>
              <w:rPr>
                <w:color w:val="000000"/>
                <w:sz w:val="18"/>
              </w:rPr>
              <w:t>Autorización para el tratamiento de datos personales</w:t>
            </w:r>
          </w:p>
        </w:tc>
      </w:tr>
      <w:tr w:rsidR="00B55C9B" w14:paraId="111810A5" w14:textId="77777777">
        <w:trPr>
          <w:jc w:val="center"/>
        </w:trPr>
        <w:tc>
          <w:tcPr>
            <w:tcW w:w="1247" w:type="dxa"/>
            <w:tcMar>
              <w:top w:w="80" w:type="dxa"/>
              <w:left w:w="90" w:type="dxa"/>
              <w:bottom w:w="80" w:type="dxa"/>
              <w:right w:w="90" w:type="dxa"/>
            </w:tcMar>
            <w:vAlign w:val="center"/>
          </w:tcPr>
          <w:p w14:paraId="389DFFF0" w14:textId="77777777" w:rsidR="00B55C9B" w:rsidRDefault="00000000">
            <w:pPr>
              <w:spacing w:after="0"/>
              <w:jc w:val="center"/>
            </w:pPr>
            <w:r>
              <w:rPr>
                <w:b/>
                <w:color w:val="17365D"/>
                <w:sz w:val="18"/>
              </w:rPr>
              <w:t>13</w:t>
            </w:r>
          </w:p>
        </w:tc>
        <w:tc>
          <w:tcPr>
            <w:tcW w:w="7824" w:type="dxa"/>
            <w:tcMar>
              <w:top w:w="80" w:type="dxa"/>
              <w:left w:w="90" w:type="dxa"/>
              <w:bottom w:w="80" w:type="dxa"/>
              <w:right w:w="90" w:type="dxa"/>
            </w:tcMar>
            <w:vAlign w:val="center"/>
          </w:tcPr>
          <w:p w14:paraId="20705921" w14:textId="77777777" w:rsidR="00B55C9B" w:rsidRDefault="00000000">
            <w:pPr>
              <w:spacing w:after="0"/>
            </w:pPr>
            <w:r>
              <w:rPr>
                <w:color w:val="000000"/>
                <w:sz w:val="18"/>
              </w:rPr>
              <w:t>Certificación de pago de seguridad social y parafiscales</w:t>
            </w:r>
          </w:p>
        </w:tc>
      </w:tr>
      <w:tr w:rsidR="00B55C9B" w14:paraId="3BA3D3F2" w14:textId="77777777">
        <w:trPr>
          <w:jc w:val="center"/>
        </w:trPr>
        <w:tc>
          <w:tcPr>
            <w:tcW w:w="1247" w:type="dxa"/>
            <w:shd w:val="clear" w:color="auto" w:fill="EEF4F9"/>
            <w:tcMar>
              <w:top w:w="80" w:type="dxa"/>
              <w:left w:w="90" w:type="dxa"/>
              <w:bottom w:w="80" w:type="dxa"/>
              <w:right w:w="90" w:type="dxa"/>
            </w:tcMar>
            <w:vAlign w:val="center"/>
          </w:tcPr>
          <w:p w14:paraId="6343529F" w14:textId="77777777" w:rsidR="00B55C9B" w:rsidRDefault="00000000">
            <w:pPr>
              <w:spacing w:after="0"/>
              <w:jc w:val="center"/>
            </w:pPr>
            <w:r>
              <w:rPr>
                <w:b/>
                <w:color w:val="17365D"/>
                <w:sz w:val="18"/>
              </w:rPr>
              <w:t>14</w:t>
            </w:r>
          </w:p>
        </w:tc>
        <w:tc>
          <w:tcPr>
            <w:tcW w:w="7824" w:type="dxa"/>
            <w:shd w:val="clear" w:color="auto" w:fill="EEF4F9"/>
            <w:tcMar>
              <w:top w:w="80" w:type="dxa"/>
              <w:left w:w="90" w:type="dxa"/>
              <w:bottom w:w="80" w:type="dxa"/>
              <w:right w:w="90" w:type="dxa"/>
            </w:tcMar>
            <w:vAlign w:val="center"/>
          </w:tcPr>
          <w:p w14:paraId="28C57EF2" w14:textId="77777777" w:rsidR="00B55C9B" w:rsidRDefault="00000000">
            <w:pPr>
              <w:spacing w:after="0"/>
            </w:pPr>
            <w:r>
              <w:rPr>
                <w:color w:val="000000"/>
                <w:sz w:val="18"/>
              </w:rPr>
              <w:t>Constancia de visita técnica obligatoria</w:t>
            </w:r>
          </w:p>
        </w:tc>
      </w:tr>
      <w:tr w:rsidR="00B55C9B" w14:paraId="167C5B97" w14:textId="77777777">
        <w:trPr>
          <w:jc w:val="center"/>
        </w:trPr>
        <w:tc>
          <w:tcPr>
            <w:tcW w:w="1247" w:type="dxa"/>
            <w:tcMar>
              <w:top w:w="80" w:type="dxa"/>
              <w:left w:w="90" w:type="dxa"/>
              <w:bottom w:w="80" w:type="dxa"/>
              <w:right w:w="90" w:type="dxa"/>
            </w:tcMar>
            <w:vAlign w:val="center"/>
          </w:tcPr>
          <w:p w14:paraId="1706B013" w14:textId="77777777" w:rsidR="00B55C9B" w:rsidRDefault="00000000">
            <w:pPr>
              <w:spacing w:after="0"/>
              <w:jc w:val="center"/>
            </w:pPr>
            <w:r>
              <w:rPr>
                <w:b/>
                <w:color w:val="17365D"/>
                <w:sz w:val="18"/>
              </w:rPr>
              <w:t>15</w:t>
            </w:r>
          </w:p>
        </w:tc>
        <w:tc>
          <w:tcPr>
            <w:tcW w:w="7824" w:type="dxa"/>
            <w:tcMar>
              <w:top w:w="80" w:type="dxa"/>
              <w:left w:w="90" w:type="dxa"/>
              <w:bottom w:w="80" w:type="dxa"/>
              <w:right w:w="90" w:type="dxa"/>
            </w:tcMar>
            <w:vAlign w:val="center"/>
          </w:tcPr>
          <w:p w14:paraId="769D957A" w14:textId="77777777" w:rsidR="00B55C9B" w:rsidRDefault="00000000">
            <w:pPr>
              <w:spacing w:after="0"/>
            </w:pPr>
            <w:r>
              <w:rPr>
                <w:color w:val="000000"/>
                <w:sz w:val="18"/>
              </w:rPr>
              <w:t>Autorización para la entrega física de la propuesta</w:t>
            </w:r>
          </w:p>
        </w:tc>
      </w:tr>
      <w:tr w:rsidR="00B55C9B" w14:paraId="43521F65" w14:textId="77777777">
        <w:trPr>
          <w:jc w:val="center"/>
        </w:trPr>
        <w:tc>
          <w:tcPr>
            <w:tcW w:w="1247" w:type="dxa"/>
            <w:shd w:val="clear" w:color="auto" w:fill="EEF4F9"/>
            <w:tcMar>
              <w:top w:w="80" w:type="dxa"/>
              <w:left w:w="90" w:type="dxa"/>
              <w:bottom w:w="80" w:type="dxa"/>
              <w:right w:w="90" w:type="dxa"/>
            </w:tcMar>
            <w:vAlign w:val="center"/>
          </w:tcPr>
          <w:p w14:paraId="3BD2637B" w14:textId="77777777" w:rsidR="00B55C9B" w:rsidRDefault="00000000">
            <w:pPr>
              <w:spacing w:after="0"/>
              <w:jc w:val="center"/>
            </w:pPr>
            <w:r>
              <w:rPr>
                <w:b/>
                <w:color w:val="17365D"/>
                <w:sz w:val="18"/>
              </w:rPr>
              <w:t>16</w:t>
            </w:r>
          </w:p>
        </w:tc>
        <w:tc>
          <w:tcPr>
            <w:tcW w:w="7824" w:type="dxa"/>
            <w:shd w:val="clear" w:color="auto" w:fill="EEF4F9"/>
            <w:tcMar>
              <w:top w:w="80" w:type="dxa"/>
              <w:left w:w="90" w:type="dxa"/>
              <w:bottom w:w="80" w:type="dxa"/>
              <w:right w:w="90" w:type="dxa"/>
            </w:tcMar>
            <w:vAlign w:val="center"/>
          </w:tcPr>
          <w:p w14:paraId="113F454C" w14:textId="77777777" w:rsidR="00B55C9B" w:rsidRDefault="00000000">
            <w:pPr>
              <w:spacing w:after="0"/>
            </w:pPr>
            <w:r>
              <w:rPr>
                <w:color w:val="000000"/>
                <w:sz w:val="18"/>
              </w:rPr>
              <w:t>Lista de chequeo documental de la propuesta</w:t>
            </w:r>
          </w:p>
        </w:tc>
      </w:tr>
      <w:tr w:rsidR="00B55C9B" w14:paraId="69A6DC82" w14:textId="77777777">
        <w:trPr>
          <w:jc w:val="center"/>
        </w:trPr>
        <w:tc>
          <w:tcPr>
            <w:tcW w:w="1247" w:type="dxa"/>
            <w:tcMar>
              <w:top w:w="80" w:type="dxa"/>
              <w:left w:w="90" w:type="dxa"/>
              <w:bottom w:w="80" w:type="dxa"/>
              <w:right w:w="90" w:type="dxa"/>
            </w:tcMar>
            <w:vAlign w:val="center"/>
          </w:tcPr>
          <w:p w14:paraId="408B34AB" w14:textId="77777777" w:rsidR="00B55C9B" w:rsidRDefault="00000000">
            <w:pPr>
              <w:spacing w:after="0"/>
              <w:jc w:val="center"/>
            </w:pPr>
            <w:r>
              <w:rPr>
                <w:b/>
                <w:color w:val="17365D"/>
                <w:sz w:val="18"/>
              </w:rPr>
              <w:t>17</w:t>
            </w:r>
          </w:p>
        </w:tc>
        <w:tc>
          <w:tcPr>
            <w:tcW w:w="7824" w:type="dxa"/>
            <w:tcMar>
              <w:top w:w="80" w:type="dxa"/>
              <w:left w:w="90" w:type="dxa"/>
              <w:bottom w:w="80" w:type="dxa"/>
              <w:right w:w="90" w:type="dxa"/>
            </w:tcMar>
            <w:vAlign w:val="center"/>
          </w:tcPr>
          <w:p w14:paraId="377048D5" w14:textId="77777777" w:rsidR="00B55C9B" w:rsidRDefault="00000000">
            <w:pPr>
              <w:spacing w:after="0"/>
            </w:pPr>
            <w:r>
              <w:rPr>
                <w:color w:val="000000"/>
                <w:sz w:val="18"/>
              </w:rPr>
              <w:t>Oferta de valor agregado técnico diferenciador</w:t>
            </w:r>
          </w:p>
        </w:tc>
      </w:tr>
    </w:tbl>
    <w:p w14:paraId="10AD77FE" w14:textId="77777777" w:rsidR="00B54F3D" w:rsidRDefault="00B54F3D">
      <w:pPr>
        <w:jc w:val="both"/>
        <w:rPr>
          <w:b/>
        </w:rPr>
      </w:pPr>
    </w:p>
    <w:p w14:paraId="77E779ED" w14:textId="0B411C64" w:rsidR="00B54F3D" w:rsidRDefault="00000000">
      <w:pPr>
        <w:jc w:val="both"/>
      </w:pPr>
      <w:r>
        <w:rPr>
          <w:b/>
        </w:rPr>
        <w:t>Criterio de uso.</w:t>
      </w:r>
      <w:r w:rsidR="00F76A8D">
        <w:rPr>
          <w:b/>
        </w:rPr>
        <w:t xml:space="preserve"> </w:t>
      </w:r>
      <w:r w:rsidR="00B54F3D">
        <w:t xml:space="preserve">Contenido </w:t>
      </w:r>
      <w:r>
        <w:t>a partir de los requisitos jurídicos, técnicos y económicos previstos en l</w:t>
      </w:r>
      <w:r w:rsidR="006237C6">
        <w:t>as condiciones para contratar.</w:t>
      </w:r>
      <w:r>
        <w:t xml:space="preserve"> </w:t>
      </w:r>
    </w:p>
    <w:p w14:paraId="06B87891" w14:textId="3FC3049C" w:rsidR="00F76A8D" w:rsidRPr="00F76A8D" w:rsidRDefault="00000000" w:rsidP="00F76A8D">
      <w:pPr>
        <w:jc w:val="both"/>
      </w:pPr>
      <w:r>
        <w:t>Antes de publicar la invitación, el área jurídica debe validar el contenido, completar los campos institucionales y definir la numeración/codificación oficial de los formatos.</w:t>
      </w:r>
      <w:r w:rsidR="00F76A8D">
        <w:t xml:space="preserve"> </w:t>
      </w:r>
      <w:r w:rsidR="00F76A8D" w:rsidRPr="00F76A8D">
        <w:t>La propuesta económica deberá emplearse en su versión sin IVA y de acuerdo con la nota tributaria incorporada en el Anexo 6.</w:t>
      </w:r>
    </w:p>
    <w:p w14:paraId="1CA04BDA" w14:textId="77777777" w:rsidR="00F76A8D" w:rsidRDefault="00F76A8D">
      <w:pPr>
        <w:jc w:val="both"/>
      </w:pPr>
    </w:p>
    <w:p w14:paraId="0C78E83A" w14:textId="77777777" w:rsidR="00B55C9B" w:rsidRDefault="00000000">
      <w:r>
        <w:br w:type="page"/>
      </w:r>
    </w:p>
    <w:p w14:paraId="1571C07B" w14:textId="77777777" w:rsidR="00B55C9B" w:rsidRDefault="00000000">
      <w:pPr>
        <w:pStyle w:val="Ttulo1"/>
        <w:jc w:val="center"/>
      </w:pPr>
      <w:r>
        <w:lastRenderedPageBreak/>
        <w:t>ANEXO 1. CARTA DE PRESENTACIÓN DE LA OFERTA</w:t>
      </w:r>
    </w:p>
    <w:p w14:paraId="47F1E621" w14:textId="77777777" w:rsidR="00B55C9B" w:rsidRDefault="00000000" w:rsidP="00B54F3D">
      <w:pPr>
        <w:spacing w:after="160"/>
        <w:jc w:val="center"/>
      </w:pPr>
      <w:r>
        <w:rPr>
          <w:i/>
          <w:color w:val="666666"/>
          <w:sz w:val="17"/>
        </w:rPr>
        <w:t>Suscribir por la persona natural, representante legal o representante del proponente plural.</w:t>
      </w:r>
    </w:p>
    <w:p w14:paraId="287BDBF1" w14:textId="77777777" w:rsidR="00B54F3D" w:rsidRDefault="00B54F3D"/>
    <w:p w14:paraId="261669B7" w14:textId="15E90BF1" w:rsidR="00B55C9B" w:rsidRDefault="00000000">
      <w:r>
        <w:t>Leticia, [día] de [mes] de 2026</w:t>
      </w:r>
    </w:p>
    <w:p w14:paraId="1EDCC11C" w14:textId="77777777" w:rsidR="00B54F3D" w:rsidRDefault="00B54F3D">
      <w:pPr>
        <w:rPr>
          <w:b/>
        </w:rPr>
      </w:pPr>
    </w:p>
    <w:p w14:paraId="44E25045" w14:textId="708E5195" w:rsidR="00B55C9B" w:rsidRDefault="00000000">
      <w:r>
        <w:rPr>
          <w:b/>
        </w:rPr>
        <w:t>Señores</w:t>
      </w:r>
      <w:r>
        <w:rPr>
          <w:b/>
        </w:rPr>
        <w:br/>
      </w:r>
      <w:r>
        <w:t>CÁMARA DE COMERCIO DEL AMAZONAS</w:t>
      </w:r>
      <w:r>
        <w:br/>
        <w:t>Carrera 11 No. 11-09, Leticia, Amazonas</w:t>
      </w:r>
      <w:r>
        <w:br/>
        <w:t>Leticia, Amazonas</w:t>
      </w:r>
    </w:p>
    <w:p w14:paraId="5F530AE8" w14:textId="77777777" w:rsidR="00B54F3D" w:rsidRDefault="00B54F3D">
      <w:pPr>
        <w:rPr>
          <w:b/>
        </w:rPr>
      </w:pPr>
    </w:p>
    <w:p w14:paraId="392E4926" w14:textId="1940A051" w:rsidR="00B55C9B" w:rsidRDefault="00000000">
      <w:r>
        <w:rPr>
          <w:b/>
        </w:rPr>
        <w:t xml:space="preserve">Asunto: </w:t>
      </w:r>
      <w:r>
        <w:t>Presentación de oferta – CONSULTORÍA PARA LOS ESTUDIOS Y DISEÑOS DE LA SEDE DE LA CÁMARA DE COMERCIO DEL AMAZONAS, EN EL MUNICIPIO DE LETICIA, COLOMBIA</w:t>
      </w:r>
    </w:p>
    <w:p w14:paraId="5C157022" w14:textId="77777777" w:rsidR="00B54F3D" w:rsidRDefault="00B54F3D">
      <w:pPr>
        <w:jc w:val="both"/>
      </w:pPr>
    </w:p>
    <w:p w14:paraId="3FB907BA" w14:textId="6CA048CA" w:rsidR="00B55C9B" w:rsidRDefault="00000000">
      <w:pPr>
        <w:jc w:val="both"/>
      </w:pPr>
      <w:r>
        <w:t>Yo, [NOMBRE COMPLETO], identificado(a) con [TIPO Y NÚMERO DE DOCUMENTO], actuando en calidad de [PERSONA NATURAL / REPRESENTANTE LEGAL / REPRESENTANTE DEL CONSORCIO O UNIÓN TEMPORAL] de [NOMBRE DEL PROPONENTE], presento formalmente oferta dentro del proceso de la referencia y manifiesto:</w:t>
      </w:r>
    </w:p>
    <w:p w14:paraId="4AD645CD" w14:textId="77777777" w:rsidR="00B54F3D" w:rsidRDefault="00B54F3D">
      <w:pPr>
        <w:jc w:val="both"/>
      </w:pPr>
    </w:p>
    <w:p w14:paraId="386A4B01" w14:textId="7D7A42DA" w:rsidR="00B55C9B" w:rsidRDefault="00000000">
      <w:pPr>
        <w:ind w:left="283" w:hanging="283"/>
        <w:jc w:val="both"/>
      </w:pPr>
      <w:r>
        <w:rPr>
          <w:b/>
        </w:rPr>
        <w:t xml:space="preserve">1. </w:t>
      </w:r>
      <w:r>
        <w:t xml:space="preserve">Que he leído, comprendido y acepto integralmente </w:t>
      </w:r>
      <w:r w:rsidR="006237C6" w:rsidRPr="006237C6">
        <w:t>las condiciones para contratar</w:t>
      </w:r>
      <w:r>
        <w:t xml:space="preserve">, la invitación, sus anexos, adendas, respuestas </w:t>
      </w:r>
      <w:proofErr w:type="gramStart"/>
      <w:r>
        <w:t>a</w:t>
      </w:r>
      <w:proofErr w:type="gramEnd"/>
      <w:r>
        <w:t xml:space="preserve"> observaciones y demás documentos del proceso.</w:t>
      </w:r>
    </w:p>
    <w:p w14:paraId="60CC366F" w14:textId="04091BA8" w:rsidR="00B55C9B" w:rsidRDefault="00000000">
      <w:pPr>
        <w:ind w:left="283" w:hanging="283"/>
        <w:jc w:val="both"/>
      </w:pPr>
      <w:r>
        <w:rPr>
          <w:b/>
        </w:rPr>
        <w:t xml:space="preserve">2. </w:t>
      </w:r>
      <w:r w:rsidR="00BC049F" w:rsidRPr="00BC049F">
        <w:rPr>
          <w:bCs/>
        </w:rPr>
        <w:t>Que la oferta técnica y económica comprende la totalidad del objeto, alcance, productos, obligaciones, desplazamientos, personal, equipos, software, ensayos, costos directos e indirectos y las cargas tributarias aplicables diferentes del impuesto sobre las ventas (IVA). El valor ofertado se presenta sin IVA, de conformidad con el artículo 270 de la Ley 223 de 1995, bajo el entendido de que el servicio será ejecutado en el territorio del departamento del Amazonas.</w:t>
      </w:r>
      <w:r w:rsidR="00BC049F">
        <w:rPr>
          <w:b/>
        </w:rPr>
        <w:t xml:space="preserve"> </w:t>
      </w:r>
    </w:p>
    <w:p w14:paraId="15512EB2" w14:textId="77777777" w:rsidR="00B55C9B" w:rsidRDefault="00000000">
      <w:pPr>
        <w:ind w:left="283" w:hanging="283"/>
        <w:jc w:val="both"/>
      </w:pPr>
      <w:r>
        <w:rPr>
          <w:b/>
        </w:rPr>
        <w:t xml:space="preserve">3. </w:t>
      </w:r>
      <w:r>
        <w:t xml:space="preserve">Que el valor </w:t>
      </w:r>
      <w:proofErr w:type="gramStart"/>
      <w:r>
        <w:t>total</w:t>
      </w:r>
      <w:proofErr w:type="gramEnd"/>
      <w:r>
        <w:t xml:space="preserve"> de la oferta es de [VALOR EN NÚMEROS] ($[__________]) M/CTE, equivalente a [____] SMMLV, y en letras: [VALOR EN LETRAS].</w:t>
      </w:r>
    </w:p>
    <w:p w14:paraId="66792B7E" w14:textId="77777777" w:rsidR="00B55C9B" w:rsidRDefault="00000000">
      <w:pPr>
        <w:ind w:left="283" w:hanging="283"/>
        <w:jc w:val="both"/>
      </w:pPr>
      <w:r>
        <w:rPr>
          <w:b/>
        </w:rPr>
        <w:t xml:space="preserve">4. </w:t>
      </w:r>
      <w:r>
        <w:t>Que el plazo ofrecido es de [____] meses / [____] días y que la oferta permanecerá vigente durante [____] días calendario contados desde el cierre del proceso.</w:t>
      </w:r>
    </w:p>
    <w:p w14:paraId="51866FE4" w14:textId="77777777" w:rsidR="00B55C9B" w:rsidRDefault="00000000">
      <w:pPr>
        <w:ind w:left="283" w:hanging="283"/>
        <w:jc w:val="both"/>
      </w:pPr>
      <w:r>
        <w:rPr>
          <w:b/>
        </w:rPr>
        <w:t xml:space="preserve">5. </w:t>
      </w:r>
      <w:r>
        <w:t>Que no me encuentro, ni el proponente ni sus integrantes se encuentran, incursos en causales de inhabilidad, incompatibilidad, prohibición o conflicto de interés que impidan participar o contratar.</w:t>
      </w:r>
    </w:p>
    <w:p w14:paraId="2D7F65FB" w14:textId="77777777" w:rsidR="00B55C9B" w:rsidRDefault="00000000">
      <w:pPr>
        <w:ind w:left="283" w:hanging="283"/>
        <w:jc w:val="both"/>
      </w:pPr>
      <w:r>
        <w:rPr>
          <w:b/>
        </w:rPr>
        <w:t xml:space="preserve">6. </w:t>
      </w:r>
      <w:r>
        <w:t>Que la información y los documentos aportados son veraces, verificables y corresponden a la realidad; autorizo a la Cámara a comprobarlos ante las fuentes pertinentes.</w:t>
      </w:r>
    </w:p>
    <w:p w14:paraId="0B781418" w14:textId="77777777" w:rsidR="00B55C9B" w:rsidRDefault="00000000">
      <w:pPr>
        <w:ind w:left="283" w:hanging="283"/>
        <w:jc w:val="both"/>
      </w:pPr>
      <w:r>
        <w:rPr>
          <w:b/>
        </w:rPr>
        <w:t xml:space="preserve">7. </w:t>
      </w:r>
      <w:r>
        <w:t>Que el equipo profesional propuesto conoce su vinculación, cumple los requisitos y estará disponible durante la ejecución, sin perjuicio de las sustituciones previamente autorizadas por la Cámara.</w:t>
      </w:r>
    </w:p>
    <w:p w14:paraId="18A7A241" w14:textId="77777777" w:rsidR="00B55C9B" w:rsidRDefault="00000000">
      <w:pPr>
        <w:ind w:left="283" w:hanging="283"/>
        <w:jc w:val="both"/>
      </w:pPr>
      <w:r>
        <w:rPr>
          <w:b/>
        </w:rPr>
        <w:t xml:space="preserve">8. </w:t>
      </w:r>
      <w:r>
        <w:t>Que, en caso de resultar seleccionado, suscribiré el contrato, constituiré las garantías y cumpliré los requisitos de perfeccionamiento y ejecución dentro de los plazos establecidos.</w:t>
      </w:r>
    </w:p>
    <w:p w14:paraId="720860AA" w14:textId="77777777" w:rsidR="00B55C9B" w:rsidRDefault="00000000">
      <w:pPr>
        <w:ind w:left="283" w:hanging="283"/>
        <w:jc w:val="both"/>
      </w:pPr>
      <w:r>
        <w:rPr>
          <w:b/>
        </w:rPr>
        <w:t xml:space="preserve">9. </w:t>
      </w:r>
      <w:r>
        <w:t>Que recibiremos notificaciones en el correo [CORREO] y en la dirección [DIRECCIÓN].</w:t>
      </w:r>
    </w:p>
    <w:p w14:paraId="46715DC8" w14:textId="77777777" w:rsidR="00B55C9B" w:rsidRDefault="00B55C9B"/>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4536"/>
        <w:gridCol w:w="4536"/>
      </w:tblGrid>
      <w:tr w:rsidR="00B55C9B" w14:paraId="1AA227C0" w14:textId="77777777">
        <w:trPr>
          <w:jc w:val="center"/>
        </w:trPr>
        <w:tc>
          <w:tcPr>
            <w:tcW w:w="4536" w:type="dxa"/>
            <w:tcMar>
              <w:top w:w="80" w:type="dxa"/>
              <w:left w:w="90" w:type="dxa"/>
              <w:bottom w:w="80" w:type="dxa"/>
              <w:right w:w="90" w:type="dxa"/>
            </w:tcMar>
            <w:vAlign w:val="center"/>
          </w:tcPr>
          <w:p w14:paraId="3DCEC4DE" w14:textId="77777777" w:rsidR="00610B32" w:rsidRDefault="00000000">
            <w:pPr>
              <w:spacing w:after="0"/>
              <w:rPr>
                <w:color w:val="000000"/>
                <w:sz w:val="18"/>
              </w:rPr>
            </w:pPr>
            <w:r>
              <w:rPr>
                <w:color w:val="000000"/>
                <w:sz w:val="18"/>
              </w:rPr>
              <w:t>Nombre: __________________________________</w:t>
            </w:r>
            <w:r>
              <w:rPr>
                <w:color w:val="000000"/>
                <w:sz w:val="18"/>
              </w:rPr>
              <w:br/>
            </w:r>
          </w:p>
          <w:p w14:paraId="6C2A95BF" w14:textId="77777777" w:rsidR="00610B32" w:rsidRDefault="00610B32">
            <w:pPr>
              <w:spacing w:after="0"/>
              <w:rPr>
                <w:color w:val="000000"/>
                <w:sz w:val="18"/>
              </w:rPr>
            </w:pPr>
          </w:p>
          <w:p w14:paraId="06279D72" w14:textId="5699FA77" w:rsidR="00B55C9B" w:rsidRDefault="00000000">
            <w:pPr>
              <w:spacing w:after="0"/>
            </w:pPr>
            <w:r>
              <w:rPr>
                <w:color w:val="000000"/>
                <w:sz w:val="18"/>
              </w:rPr>
              <w:t>Documento: _________________________________</w:t>
            </w:r>
          </w:p>
        </w:tc>
        <w:tc>
          <w:tcPr>
            <w:tcW w:w="4536" w:type="dxa"/>
            <w:tcMar>
              <w:top w:w="80" w:type="dxa"/>
              <w:left w:w="90" w:type="dxa"/>
              <w:bottom w:w="80" w:type="dxa"/>
              <w:right w:w="90" w:type="dxa"/>
            </w:tcMar>
            <w:vAlign w:val="center"/>
          </w:tcPr>
          <w:p w14:paraId="3F12638E" w14:textId="77777777" w:rsidR="00610B32" w:rsidRDefault="00000000">
            <w:pPr>
              <w:spacing w:after="0"/>
              <w:rPr>
                <w:color w:val="000000"/>
                <w:sz w:val="18"/>
              </w:rPr>
            </w:pPr>
            <w:r>
              <w:rPr>
                <w:color w:val="000000"/>
                <w:sz w:val="18"/>
              </w:rPr>
              <w:t xml:space="preserve">Calidad / cargo: </w:t>
            </w:r>
            <w:r w:rsidR="00610B32">
              <w:rPr>
                <w:color w:val="000000"/>
                <w:sz w:val="18"/>
              </w:rPr>
              <w:t>______</w:t>
            </w:r>
            <w:r>
              <w:rPr>
                <w:color w:val="000000"/>
                <w:sz w:val="18"/>
              </w:rPr>
              <w:t>________________________</w:t>
            </w:r>
            <w:r>
              <w:rPr>
                <w:color w:val="000000"/>
                <w:sz w:val="18"/>
              </w:rPr>
              <w:br/>
            </w:r>
          </w:p>
          <w:p w14:paraId="7B99CEA8" w14:textId="77777777" w:rsidR="00610B32" w:rsidRDefault="00610B32">
            <w:pPr>
              <w:spacing w:after="0"/>
              <w:rPr>
                <w:color w:val="000000"/>
                <w:sz w:val="18"/>
              </w:rPr>
            </w:pPr>
          </w:p>
          <w:p w14:paraId="38CFE572" w14:textId="31FEFDC4" w:rsidR="00B55C9B" w:rsidRDefault="00000000">
            <w:pPr>
              <w:spacing w:after="0"/>
            </w:pPr>
            <w:r>
              <w:rPr>
                <w:color w:val="000000"/>
                <w:sz w:val="18"/>
              </w:rPr>
              <w:t>Firma: ______________</w:t>
            </w:r>
            <w:r w:rsidR="00610B32">
              <w:rPr>
                <w:color w:val="000000"/>
                <w:sz w:val="18"/>
              </w:rPr>
              <w:t>____</w:t>
            </w:r>
            <w:r>
              <w:rPr>
                <w:color w:val="000000"/>
                <w:sz w:val="18"/>
              </w:rPr>
              <w:t>___________________</w:t>
            </w:r>
          </w:p>
        </w:tc>
      </w:tr>
      <w:tr w:rsidR="00B55C9B" w14:paraId="6FECF925" w14:textId="77777777">
        <w:trPr>
          <w:jc w:val="center"/>
        </w:trPr>
        <w:tc>
          <w:tcPr>
            <w:tcW w:w="4536" w:type="dxa"/>
            <w:tcMar>
              <w:top w:w="80" w:type="dxa"/>
              <w:left w:w="90" w:type="dxa"/>
              <w:bottom w:w="80" w:type="dxa"/>
              <w:right w:w="90" w:type="dxa"/>
            </w:tcMar>
            <w:vAlign w:val="center"/>
          </w:tcPr>
          <w:p w14:paraId="2ED657FB" w14:textId="77777777" w:rsidR="00610B32" w:rsidRDefault="00610B32">
            <w:pPr>
              <w:spacing w:after="0"/>
              <w:rPr>
                <w:color w:val="000000"/>
                <w:sz w:val="18"/>
              </w:rPr>
            </w:pPr>
          </w:p>
          <w:p w14:paraId="59DBA25A" w14:textId="38BFBD85" w:rsidR="00B55C9B" w:rsidRDefault="00000000">
            <w:pPr>
              <w:spacing w:after="0"/>
            </w:pPr>
            <w:r>
              <w:rPr>
                <w:color w:val="000000"/>
                <w:sz w:val="18"/>
              </w:rPr>
              <w:t>Fecha: ____ / ____ / ______</w:t>
            </w:r>
          </w:p>
        </w:tc>
        <w:tc>
          <w:tcPr>
            <w:tcW w:w="4536" w:type="dxa"/>
            <w:tcMar>
              <w:top w:w="80" w:type="dxa"/>
              <w:left w:w="90" w:type="dxa"/>
              <w:bottom w:w="80" w:type="dxa"/>
              <w:right w:w="90" w:type="dxa"/>
            </w:tcMar>
            <w:vAlign w:val="center"/>
          </w:tcPr>
          <w:p w14:paraId="59F039F9" w14:textId="1945E949" w:rsidR="00B55C9B" w:rsidRDefault="00000000">
            <w:pPr>
              <w:spacing w:after="0"/>
            </w:pPr>
            <w:r>
              <w:rPr>
                <w:color w:val="000000"/>
                <w:sz w:val="18"/>
              </w:rPr>
              <w:t>Ciudad: _______</w:t>
            </w:r>
            <w:r w:rsidR="00610B32">
              <w:rPr>
                <w:color w:val="000000"/>
                <w:sz w:val="18"/>
              </w:rPr>
              <w:t>______</w:t>
            </w:r>
            <w:r>
              <w:rPr>
                <w:color w:val="000000"/>
                <w:sz w:val="18"/>
              </w:rPr>
              <w:t>_______________________</w:t>
            </w:r>
          </w:p>
        </w:tc>
      </w:tr>
    </w:tbl>
    <w:p w14:paraId="711EEBA9" w14:textId="77777777" w:rsidR="00B55C9B" w:rsidRDefault="00000000">
      <w:r>
        <w:br w:type="page"/>
      </w:r>
    </w:p>
    <w:p w14:paraId="4A43AFE6" w14:textId="77777777" w:rsidR="00B55C9B" w:rsidRDefault="00000000">
      <w:pPr>
        <w:pStyle w:val="Ttulo1"/>
        <w:jc w:val="center"/>
      </w:pPr>
      <w:r>
        <w:lastRenderedPageBreak/>
        <w:t>ANEXO 2. INFORMACIÓN GENERAL E IDENTIFICACIÓN DEL PROPONENTE</w:t>
      </w:r>
    </w:p>
    <w:p w14:paraId="21BFEDFD" w14:textId="77777777" w:rsidR="00B55C9B" w:rsidRDefault="00000000" w:rsidP="00610B32">
      <w:pPr>
        <w:spacing w:after="160"/>
        <w:jc w:val="center"/>
      </w:pPr>
      <w:r>
        <w:rPr>
          <w:i/>
          <w:color w:val="666666"/>
          <w:sz w:val="17"/>
        </w:rPr>
        <w:t>Marque la modalidad de participación y diligencie todos los campos aplicables.</w:t>
      </w:r>
    </w:p>
    <w:tbl>
      <w:tblPr>
        <w:tblW w:w="0" w:type="auto"/>
        <w:jc w:val="center"/>
        <w:tblBorders>
          <w:top w:val="single" w:sz="4" w:space="0" w:color="9AA7B0"/>
          <w:left w:val="single" w:sz="4" w:space="0" w:color="9AA7B0"/>
          <w:bottom w:val="single" w:sz="4" w:space="0" w:color="9AA7B0"/>
          <w:right w:val="single" w:sz="4" w:space="0" w:color="9AA7B0"/>
          <w:insideH w:val="single" w:sz="4" w:space="0" w:color="9AA7B0"/>
          <w:insideV w:val="single" w:sz="4" w:space="0" w:color="9AA7B0"/>
        </w:tblBorders>
        <w:tblLayout w:type="fixed"/>
        <w:tblLook w:val="04A0" w:firstRow="1" w:lastRow="0" w:firstColumn="1" w:lastColumn="0" w:noHBand="0" w:noVBand="1"/>
      </w:tblPr>
      <w:tblGrid>
        <w:gridCol w:w="3402"/>
        <w:gridCol w:w="5670"/>
      </w:tblGrid>
      <w:tr w:rsidR="00B55C9B" w14:paraId="0AC2B388" w14:textId="77777777">
        <w:trPr>
          <w:cantSplit/>
          <w:jc w:val="center"/>
        </w:trPr>
        <w:tc>
          <w:tcPr>
            <w:tcW w:w="3402" w:type="dxa"/>
            <w:shd w:val="clear" w:color="auto" w:fill="DDEBF7"/>
            <w:tcMar>
              <w:top w:w="80" w:type="dxa"/>
              <w:left w:w="90" w:type="dxa"/>
              <w:bottom w:w="80" w:type="dxa"/>
              <w:right w:w="90" w:type="dxa"/>
            </w:tcMar>
            <w:vAlign w:val="center"/>
          </w:tcPr>
          <w:p w14:paraId="5B19B7CF" w14:textId="77777777" w:rsidR="00B55C9B" w:rsidRDefault="00000000">
            <w:pPr>
              <w:spacing w:after="0"/>
            </w:pPr>
            <w:r>
              <w:rPr>
                <w:b/>
                <w:color w:val="17365D"/>
                <w:sz w:val="18"/>
              </w:rPr>
              <w:t>Tipo de oferente</w:t>
            </w:r>
          </w:p>
        </w:tc>
        <w:tc>
          <w:tcPr>
            <w:tcW w:w="5670" w:type="dxa"/>
            <w:tcMar>
              <w:top w:w="80" w:type="dxa"/>
              <w:left w:w="90" w:type="dxa"/>
              <w:bottom w:w="80" w:type="dxa"/>
              <w:right w:w="90" w:type="dxa"/>
            </w:tcMar>
            <w:vAlign w:val="center"/>
          </w:tcPr>
          <w:p w14:paraId="04AD632F" w14:textId="77777777" w:rsidR="00B55C9B" w:rsidRDefault="00000000">
            <w:pPr>
              <w:spacing w:after="0"/>
            </w:pPr>
            <w:r>
              <w:rPr>
                <w:color w:val="000000"/>
                <w:sz w:val="18"/>
              </w:rPr>
              <w:t xml:space="preserve">☐ Persona </w:t>
            </w:r>
            <w:proofErr w:type="gramStart"/>
            <w:r>
              <w:rPr>
                <w:color w:val="000000"/>
                <w:sz w:val="18"/>
              </w:rPr>
              <w:t>natural  ☐</w:t>
            </w:r>
            <w:proofErr w:type="gramEnd"/>
            <w:r>
              <w:rPr>
                <w:color w:val="000000"/>
                <w:sz w:val="18"/>
              </w:rPr>
              <w:t xml:space="preserve"> Persona jurídica  ☐ Consorcio  ☐ Unión temporal</w:t>
            </w:r>
          </w:p>
        </w:tc>
      </w:tr>
      <w:tr w:rsidR="00B55C9B" w14:paraId="0FFB79E2" w14:textId="77777777">
        <w:trPr>
          <w:cantSplit/>
          <w:jc w:val="center"/>
        </w:trPr>
        <w:tc>
          <w:tcPr>
            <w:tcW w:w="3402" w:type="dxa"/>
            <w:shd w:val="clear" w:color="auto" w:fill="DDEBF7"/>
            <w:tcMar>
              <w:top w:w="80" w:type="dxa"/>
              <w:left w:w="90" w:type="dxa"/>
              <w:bottom w:w="80" w:type="dxa"/>
              <w:right w:w="90" w:type="dxa"/>
            </w:tcMar>
            <w:vAlign w:val="center"/>
          </w:tcPr>
          <w:p w14:paraId="6A6E1762" w14:textId="77777777" w:rsidR="00B55C9B" w:rsidRDefault="00000000">
            <w:pPr>
              <w:spacing w:after="0"/>
            </w:pPr>
            <w:r>
              <w:rPr>
                <w:b/>
                <w:color w:val="17365D"/>
                <w:sz w:val="18"/>
              </w:rPr>
              <w:t>Nombre o razón social</w:t>
            </w:r>
          </w:p>
        </w:tc>
        <w:tc>
          <w:tcPr>
            <w:tcW w:w="5670" w:type="dxa"/>
            <w:tcMar>
              <w:top w:w="80" w:type="dxa"/>
              <w:left w:w="90" w:type="dxa"/>
              <w:bottom w:w="80" w:type="dxa"/>
              <w:right w:w="90" w:type="dxa"/>
            </w:tcMar>
            <w:vAlign w:val="center"/>
          </w:tcPr>
          <w:p w14:paraId="1C840689" w14:textId="77777777" w:rsidR="00B55C9B" w:rsidRDefault="00000000">
            <w:pPr>
              <w:spacing w:after="0"/>
            </w:pPr>
            <w:r>
              <w:rPr>
                <w:color w:val="1F4E78"/>
                <w:sz w:val="18"/>
              </w:rPr>
              <w:t>[____________________________________________]</w:t>
            </w:r>
          </w:p>
        </w:tc>
      </w:tr>
      <w:tr w:rsidR="00B55C9B" w14:paraId="1F6A0ED9" w14:textId="77777777">
        <w:trPr>
          <w:cantSplit/>
          <w:jc w:val="center"/>
        </w:trPr>
        <w:tc>
          <w:tcPr>
            <w:tcW w:w="3402" w:type="dxa"/>
            <w:shd w:val="clear" w:color="auto" w:fill="DDEBF7"/>
            <w:tcMar>
              <w:top w:w="80" w:type="dxa"/>
              <w:left w:w="90" w:type="dxa"/>
              <w:bottom w:w="80" w:type="dxa"/>
              <w:right w:w="90" w:type="dxa"/>
            </w:tcMar>
            <w:vAlign w:val="center"/>
          </w:tcPr>
          <w:p w14:paraId="3D7F8AD9" w14:textId="77777777" w:rsidR="00B55C9B" w:rsidRDefault="00000000">
            <w:pPr>
              <w:spacing w:after="0"/>
            </w:pPr>
            <w:r>
              <w:rPr>
                <w:b/>
                <w:color w:val="17365D"/>
                <w:sz w:val="18"/>
              </w:rPr>
              <w:t>NIT / identificación</w:t>
            </w:r>
          </w:p>
        </w:tc>
        <w:tc>
          <w:tcPr>
            <w:tcW w:w="5670" w:type="dxa"/>
            <w:tcMar>
              <w:top w:w="80" w:type="dxa"/>
              <w:left w:w="90" w:type="dxa"/>
              <w:bottom w:w="80" w:type="dxa"/>
              <w:right w:w="90" w:type="dxa"/>
            </w:tcMar>
            <w:vAlign w:val="center"/>
          </w:tcPr>
          <w:p w14:paraId="60FE8610" w14:textId="77777777" w:rsidR="00B55C9B" w:rsidRDefault="00000000">
            <w:pPr>
              <w:spacing w:after="0"/>
            </w:pPr>
            <w:r>
              <w:rPr>
                <w:color w:val="1F4E78"/>
                <w:sz w:val="18"/>
              </w:rPr>
              <w:t>[____________________________________________]</w:t>
            </w:r>
          </w:p>
        </w:tc>
      </w:tr>
      <w:tr w:rsidR="00B55C9B" w14:paraId="1E9D21B1" w14:textId="77777777">
        <w:trPr>
          <w:cantSplit/>
          <w:jc w:val="center"/>
        </w:trPr>
        <w:tc>
          <w:tcPr>
            <w:tcW w:w="3402" w:type="dxa"/>
            <w:shd w:val="clear" w:color="auto" w:fill="DDEBF7"/>
            <w:tcMar>
              <w:top w:w="80" w:type="dxa"/>
              <w:left w:w="90" w:type="dxa"/>
              <w:bottom w:w="80" w:type="dxa"/>
              <w:right w:w="90" w:type="dxa"/>
            </w:tcMar>
            <w:vAlign w:val="center"/>
          </w:tcPr>
          <w:p w14:paraId="42C8580C" w14:textId="77777777" w:rsidR="00B55C9B" w:rsidRDefault="00000000">
            <w:pPr>
              <w:spacing w:after="0"/>
            </w:pPr>
            <w:r>
              <w:rPr>
                <w:b/>
                <w:color w:val="17365D"/>
                <w:sz w:val="18"/>
              </w:rPr>
              <w:t>Representante legal / representante plural</w:t>
            </w:r>
          </w:p>
        </w:tc>
        <w:tc>
          <w:tcPr>
            <w:tcW w:w="5670" w:type="dxa"/>
            <w:tcMar>
              <w:top w:w="80" w:type="dxa"/>
              <w:left w:w="90" w:type="dxa"/>
              <w:bottom w:w="80" w:type="dxa"/>
              <w:right w:w="90" w:type="dxa"/>
            </w:tcMar>
            <w:vAlign w:val="center"/>
          </w:tcPr>
          <w:p w14:paraId="1AE6AD90" w14:textId="77777777" w:rsidR="00B55C9B" w:rsidRDefault="00000000">
            <w:pPr>
              <w:spacing w:after="0"/>
            </w:pPr>
            <w:r>
              <w:rPr>
                <w:color w:val="1F4E78"/>
                <w:sz w:val="18"/>
              </w:rPr>
              <w:t>[____________________________________________]</w:t>
            </w:r>
          </w:p>
        </w:tc>
      </w:tr>
      <w:tr w:rsidR="00B55C9B" w14:paraId="56EE71FA" w14:textId="77777777">
        <w:trPr>
          <w:cantSplit/>
          <w:jc w:val="center"/>
        </w:trPr>
        <w:tc>
          <w:tcPr>
            <w:tcW w:w="3402" w:type="dxa"/>
            <w:shd w:val="clear" w:color="auto" w:fill="DDEBF7"/>
            <w:tcMar>
              <w:top w:w="80" w:type="dxa"/>
              <w:left w:w="90" w:type="dxa"/>
              <w:bottom w:w="80" w:type="dxa"/>
              <w:right w:w="90" w:type="dxa"/>
            </w:tcMar>
            <w:vAlign w:val="center"/>
          </w:tcPr>
          <w:p w14:paraId="0D223582" w14:textId="77777777" w:rsidR="00B55C9B" w:rsidRDefault="00000000">
            <w:pPr>
              <w:spacing w:after="0"/>
            </w:pPr>
            <w:r>
              <w:rPr>
                <w:b/>
                <w:color w:val="17365D"/>
                <w:sz w:val="18"/>
              </w:rPr>
              <w:t>Documento del representante</w:t>
            </w:r>
          </w:p>
        </w:tc>
        <w:tc>
          <w:tcPr>
            <w:tcW w:w="5670" w:type="dxa"/>
            <w:tcMar>
              <w:top w:w="80" w:type="dxa"/>
              <w:left w:w="90" w:type="dxa"/>
              <w:bottom w:w="80" w:type="dxa"/>
              <w:right w:w="90" w:type="dxa"/>
            </w:tcMar>
            <w:vAlign w:val="center"/>
          </w:tcPr>
          <w:p w14:paraId="746B6429" w14:textId="77777777" w:rsidR="00B55C9B" w:rsidRDefault="00000000">
            <w:pPr>
              <w:spacing w:after="0"/>
            </w:pPr>
            <w:r>
              <w:rPr>
                <w:color w:val="1F4E78"/>
                <w:sz w:val="18"/>
              </w:rPr>
              <w:t>[____________________________________________]</w:t>
            </w:r>
          </w:p>
        </w:tc>
      </w:tr>
      <w:tr w:rsidR="00B55C9B" w14:paraId="19BA5DD4" w14:textId="77777777">
        <w:trPr>
          <w:cantSplit/>
          <w:jc w:val="center"/>
        </w:trPr>
        <w:tc>
          <w:tcPr>
            <w:tcW w:w="3402" w:type="dxa"/>
            <w:shd w:val="clear" w:color="auto" w:fill="DDEBF7"/>
            <w:tcMar>
              <w:top w:w="80" w:type="dxa"/>
              <w:left w:w="90" w:type="dxa"/>
              <w:bottom w:w="80" w:type="dxa"/>
              <w:right w:w="90" w:type="dxa"/>
            </w:tcMar>
            <w:vAlign w:val="center"/>
          </w:tcPr>
          <w:p w14:paraId="1497720B" w14:textId="77777777" w:rsidR="00B55C9B" w:rsidRDefault="00000000">
            <w:pPr>
              <w:spacing w:after="0"/>
            </w:pPr>
            <w:r>
              <w:rPr>
                <w:b/>
                <w:color w:val="17365D"/>
                <w:sz w:val="18"/>
              </w:rPr>
              <w:t>Dirección y ciudad</w:t>
            </w:r>
          </w:p>
        </w:tc>
        <w:tc>
          <w:tcPr>
            <w:tcW w:w="5670" w:type="dxa"/>
            <w:tcMar>
              <w:top w:w="80" w:type="dxa"/>
              <w:left w:w="90" w:type="dxa"/>
              <w:bottom w:w="80" w:type="dxa"/>
              <w:right w:w="90" w:type="dxa"/>
            </w:tcMar>
            <w:vAlign w:val="center"/>
          </w:tcPr>
          <w:p w14:paraId="10FECAE5" w14:textId="77777777" w:rsidR="00B55C9B" w:rsidRDefault="00000000">
            <w:pPr>
              <w:spacing w:after="0"/>
            </w:pPr>
            <w:r>
              <w:rPr>
                <w:color w:val="1F4E78"/>
                <w:sz w:val="18"/>
              </w:rPr>
              <w:t>[____________________________________________]</w:t>
            </w:r>
          </w:p>
        </w:tc>
      </w:tr>
      <w:tr w:rsidR="00B55C9B" w14:paraId="14CADD04" w14:textId="77777777">
        <w:trPr>
          <w:cantSplit/>
          <w:jc w:val="center"/>
        </w:trPr>
        <w:tc>
          <w:tcPr>
            <w:tcW w:w="3402" w:type="dxa"/>
            <w:shd w:val="clear" w:color="auto" w:fill="DDEBF7"/>
            <w:tcMar>
              <w:top w:w="80" w:type="dxa"/>
              <w:left w:w="90" w:type="dxa"/>
              <w:bottom w:w="80" w:type="dxa"/>
              <w:right w:w="90" w:type="dxa"/>
            </w:tcMar>
            <w:vAlign w:val="center"/>
          </w:tcPr>
          <w:p w14:paraId="1DAE4F0E" w14:textId="77777777" w:rsidR="00B55C9B" w:rsidRDefault="00000000">
            <w:pPr>
              <w:spacing w:after="0"/>
            </w:pPr>
            <w:r>
              <w:rPr>
                <w:b/>
                <w:color w:val="17365D"/>
                <w:sz w:val="18"/>
              </w:rPr>
              <w:t>Correo de notificaciones</w:t>
            </w:r>
          </w:p>
        </w:tc>
        <w:tc>
          <w:tcPr>
            <w:tcW w:w="5670" w:type="dxa"/>
            <w:tcMar>
              <w:top w:w="80" w:type="dxa"/>
              <w:left w:w="90" w:type="dxa"/>
              <w:bottom w:w="80" w:type="dxa"/>
              <w:right w:w="90" w:type="dxa"/>
            </w:tcMar>
            <w:vAlign w:val="center"/>
          </w:tcPr>
          <w:p w14:paraId="431B990A" w14:textId="77777777" w:rsidR="00B55C9B" w:rsidRDefault="00000000">
            <w:pPr>
              <w:spacing w:after="0"/>
            </w:pPr>
            <w:r>
              <w:rPr>
                <w:color w:val="1F4E78"/>
                <w:sz w:val="18"/>
              </w:rPr>
              <w:t>[____________________________________________]</w:t>
            </w:r>
          </w:p>
        </w:tc>
      </w:tr>
      <w:tr w:rsidR="00B55C9B" w14:paraId="01B86CB9" w14:textId="77777777">
        <w:trPr>
          <w:cantSplit/>
          <w:jc w:val="center"/>
        </w:trPr>
        <w:tc>
          <w:tcPr>
            <w:tcW w:w="3402" w:type="dxa"/>
            <w:shd w:val="clear" w:color="auto" w:fill="DDEBF7"/>
            <w:tcMar>
              <w:top w:w="80" w:type="dxa"/>
              <w:left w:w="90" w:type="dxa"/>
              <w:bottom w:w="80" w:type="dxa"/>
              <w:right w:w="90" w:type="dxa"/>
            </w:tcMar>
            <w:vAlign w:val="center"/>
          </w:tcPr>
          <w:p w14:paraId="458DA7C3" w14:textId="77777777" w:rsidR="00B55C9B" w:rsidRDefault="00000000">
            <w:pPr>
              <w:spacing w:after="0"/>
            </w:pPr>
            <w:r>
              <w:rPr>
                <w:b/>
                <w:color w:val="17365D"/>
                <w:sz w:val="18"/>
              </w:rPr>
              <w:t>Teléfono</w:t>
            </w:r>
          </w:p>
        </w:tc>
        <w:tc>
          <w:tcPr>
            <w:tcW w:w="5670" w:type="dxa"/>
            <w:tcMar>
              <w:top w:w="80" w:type="dxa"/>
              <w:left w:w="90" w:type="dxa"/>
              <w:bottom w:w="80" w:type="dxa"/>
              <w:right w:w="90" w:type="dxa"/>
            </w:tcMar>
            <w:vAlign w:val="center"/>
          </w:tcPr>
          <w:p w14:paraId="6669BE5A" w14:textId="77777777" w:rsidR="00B55C9B" w:rsidRDefault="00000000">
            <w:pPr>
              <w:spacing w:after="0"/>
            </w:pPr>
            <w:r>
              <w:rPr>
                <w:color w:val="1F4E78"/>
                <w:sz w:val="18"/>
              </w:rPr>
              <w:t>[____________________________________________]</w:t>
            </w:r>
          </w:p>
        </w:tc>
      </w:tr>
      <w:tr w:rsidR="00B55C9B" w14:paraId="6060D513" w14:textId="77777777">
        <w:trPr>
          <w:cantSplit/>
          <w:jc w:val="center"/>
        </w:trPr>
        <w:tc>
          <w:tcPr>
            <w:tcW w:w="3402" w:type="dxa"/>
            <w:shd w:val="clear" w:color="auto" w:fill="DDEBF7"/>
            <w:tcMar>
              <w:top w:w="80" w:type="dxa"/>
              <w:left w:w="90" w:type="dxa"/>
              <w:bottom w:w="80" w:type="dxa"/>
              <w:right w:w="90" w:type="dxa"/>
            </w:tcMar>
            <w:vAlign w:val="center"/>
          </w:tcPr>
          <w:p w14:paraId="1B2FA982" w14:textId="77777777" w:rsidR="00B55C9B" w:rsidRDefault="00000000">
            <w:pPr>
              <w:spacing w:after="0"/>
            </w:pPr>
            <w:r>
              <w:rPr>
                <w:b/>
                <w:color w:val="17365D"/>
                <w:sz w:val="18"/>
              </w:rPr>
              <w:t>Actividad económica principal</w:t>
            </w:r>
          </w:p>
        </w:tc>
        <w:tc>
          <w:tcPr>
            <w:tcW w:w="5670" w:type="dxa"/>
            <w:tcMar>
              <w:top w:w="80" w:type="dxa"/>
              <w:left w:w="90" w:type="dxa"/>
              <w:bottom w:w="80" w:type="dxa"/>
              <w:right w:w="90" w:type="dxa"/>
            </w:tcMar>
            <w:vAlign w:val="center"/>
          </w:tcPr>
          <w:p w14:paraId="0E86B1D4" w14:textId="77777777" w:rsidR="00B55C9B" w:rsidRDefault="00000000">
            <w:pPr>
              <w:spacing w:after="0"/>
            </w:pPr>
            <w:r>
              <w:rPr>
                <w:color w:val="1F4E78"/>
                <w:sz w:val="18"/>
              </w:rPr>
              <w:t>[____________________________________________]</w:t>
            </w:r>
          </w:p>
        </w:tc>
      </w:tr>
      <w:tr w:rsidR="00B55C9B" w14:paraId="2F36B150" w14:textId="77777777">
        <w:trPr>
          <w:cantSplit/>
          <w:jc w:val="center"/>
        </w:trPr>
        <w:tc>
          <w:tcPr>
            <w:tcW w:w="3402" w:type="dxa"/>
            <w:shd w:val="clear" w:color="auto" w:fill="DDEBF7"/>
            <w:tcMar>
              <w:top w:w="80" w:type="dxa"/>
              <w:left w:w="90" w:type="dxa"/>
              <w:bottom w:w="80" w:type="dxa"/>
              <w:right w:w="90" w:type="dxa"/>
            </w:tcMar>
            <w:vAlign w:val="center"/>
          </w:tcPr>
          <w:p w14:paraId="7DDB298B" w14:textId="77777777" w:rsidR="00B55C9B" w:rsidRDefault="00000000">
            <w:pPr>
              <w:spacing w:after="0"/>
            </w:pPr>
            <w:r>
              <w:rPr>
                <w:b/>
                <w:color w:val="17365D"/>
                <w:sz w:val="18"/>
              </w:rPr>
              <w:t>Número y fecha del RUP</w:t>
            </w:r>
          </w:p>
        </w:tc>
        <w:tc>
          <w:tcPr>
            <w:tcW w:w="5670" w:type="dxa"/>
            <w:tcMar>
              <w:top w:w="80" w:type="dxa"/>
              <w:left w:w="90" w:type="dxa"/>
              <w:bottom w:w="80" w:type="dxa"/>
              <w:right w:w="90" w:type="dxa"/>
            </w:tcMar>
            <w:vAlign w:val="center"/>
          </w:tcPr>
          <w:p w14:paraId="5BD5AC0F" w14:textId="77777777" w:rsidR="00B55C9B" w:rsidRDefault="00000000">
            <w:pPr>
              <w:spacing w:after="0"/>
            </w:pPr>
            <w:r>
              <w:rPr>
                <w:color w:val="1F4E78"/>
                <w:sz w:val="18"/>
              </w:rPr>
              <w:t>[____________________________________________]</w:t>
            </w:r>
          </w:p>
        </w:tc>
      </w:tr>
      <w:tr w:rsidR="00B55C9B" w14:paraId="3C5B21E1" w14:textId="77777777">
        <w:trPr>
          <w:cantSplit/>
          <w:jc w:val="center"/>
        </w:trPr>
        <w:tc>
          <w:tcPr>
            <w:tcW w:w="3402" w:type="dxa"/>
            <w:shd w:val="clear" w:color="auto" w:fill="DDEBF7"/>
            <w:tcMar>
              <w:top w:w="80" w:type="dxa"/>
              <w:left w:w="90" w:type="dxa"/>
              <w:bottom w:w="80" w:type="dxa"/>
              <w:right w:w="90" w:type="dxa"/>
            </w:tcMar>
            <w:vAlign w:val="center"/>
          </w:tcPr>
          <w:p w14:paraId="603D192F" w14:textId="77777777" w:rsidR="00B55C9B" w:rsidRDefault="00000000">
            <w:pPr>
              <w:spacing w:after="0"/>
            </w:pPr>
            <w:r>
              <w:rPr>
                <w:b/>
                <w:color w:val="17365D"/>
                <w:sz w:val="18"/>
              </w:rPr>
              <w:t>Vigencia de la sociedad / acuerdo</w:t>
            </w:r>
          </w:p>
        </w:tc>
        <w:tc>
          <w:tcPr>
            <w:tcW w:w="5670" w:type="dxa"/>
            <w:tcMar>
              <w:top w:w="80" w:type="dxa"/>
              <w:left w:w="90" w:type="dxa"/>
              <w:bottom w:w="80" w:type="dxa"/>
              <w:right w:w="90" w:type="dxa"/>
            </w:tcMar>
            <w:vAlign w:val="center"/>
          </w:tcPr>
          <w:p w14:paraId="22FC1916" w14:textId="77777777" w:rsidR="00B55C9B" w:rsidRDefault="00000000">
            <w:pPr>
              <w:spacing w:after="0"/>
            </w:pPr>
            <w:r>
              <w:rPr>
                <w:color w:val="1F4E78"/>
                <w:sz w:val="18"/>
              </w:rPr>
              <w:t>[____________________________________________]</w:t>
            </w:r>
          </w:p>
        </w:tc>
      </w:tr>
      <w:tr w:rsidR="00B55C9B" w14:paraId="7936763C" w14:textId="77777777">
        <w:trPr>
          <w:cantSplit/>
          <w:jc w:val="center"/>
        </w:trPr>
        <w:tc>
          <w:tcPr>
            <w:tcW w:w="3402" w:type="dxa"/>
            <w:shd w:val="clear" w:color="auto" w:fill="DDEBF7"/>
            <w:tcMar>
              <w:top w:w="80" w:type="dxa"/>
              <w:left w:w="90" w:type="dxa"/>
              <w:bottom w:w="80" w:type="dxa"/>
              <w:right w:w="90" w:type="dxa"/>
            </w:tcMar>
            <w:vAlign w:val="center"/>
          </w:tcPr>
          <w:p w14:paraId="0F2F9A1F" w14:textId="77777777" w:rsidR="00B55C9B" w:rsidRDefault="00000000">
            <w:pPr>
              <w:spacing w:after="0"/>
            </w:pPr>
            <w:r>
              <w:rPr>
                <w:b/>
                <w:color w:val="17365D"/>
                <w:sz w:val="18"/>
              </w:rPr>
              <w:t>Revisor fiscal, si aplica</w:t>
            </w:r>
          </w:p>
        </w:tc>
        <w:tc>
          <w:tcPr>
            <w:tcW w:w="5670" w:type="dxa"/>
            <w:tcMar>
              <w:top w:w="80" w:type="dxa"/>
              <w:left w:w="90" w:type="dxa"/>
              <w:bottom w:w="80" w:type="dxa"/>
              <w:right w:w="90" w:type="dxa"/>
            </w:tcMar>
            <w:vAlign w:val="center"/>
          </w:tcPr>
          <w:p w14:paraId="30384186" w14:textId="77777777" w:rsidR="00B55C9B" w:rsidRDefault="00000000">
            <w:pPr>
              <w:spacing w:after="0"/>
            </w:pPr>
            <w:r>
              <w:rPr>
                <w:color w:val="1F4E78"/>
                <w:sz w:val="18"/>
              </w:rPr>
              <w:t>[Nombre, identificación y TP]</w:t>
            </w:r>
          </w:p>
        </w:tc>
      </w:tr>
      <w:tr w:rsidR="00B55C9B" w14:paraId="6333E39C" w14:textId="77777777">
        <w:trPr>
          <w:cantSplit/>
          <w:jc w:val="center"/>
        </w:trPr>
        <w:tc>
          <w:tcPr>
            <w:tcW w:w="3402" w:type="dxa"/>
            <w:shd w:val="clear" w:color="auto" w:fill="DDEBF7"/>
            <w:tcMar>
              <w:top w:w="80" w:type="dxa"/>
              <w:left w:w="90" w:type="dxa"/>
              <w:bottom w:w="80" w:type="dxa"/>
              <w:right w:w="90" w:type="dxa"/>
            </w:tcMar>
            <w:vAlign w:val="center"/>
          </w:tcPr>
          <w:p w14:paraId="3962E3B8" w14:textId="77777777" w:rsidR="00B55C9B" w:rsidRDefault="00000000">
            <w:pPr>
              <w:spacing w:after="0"/>
            </w:pPr>
            <w:r>
              <w:rPr>
                <w:b/>
                <w:color w:val="17365D"/>
                <w:sz w:val="18"/>
              </w:rPr>
              <w:t>Persona de contacto para el proceso</w:t>
            </w:r>
          </w:p>
        </w:tc>
        <w:tc>
          <w:tcPr>
            <w:tcW w:w="5670" w:type="dxa"/>
            <w:tcMar>
              <w:top w:w="80" w:type="dxa"/>
              <w:left w:w="90" w:type="dxa"/>
              <w:bottom w:w="80" w:type="dxa"/>
              <w:right w:w="90" w:type="dxa"/>
            </w:tcMar>
            <w:vAlign w:val="center"/>
          </w:tcPr>
          <w:p w14:paraId="21C6D05A" w14:textId="77777777" w:rsidR="00B55C9B" w:rsidRDefault="00000000">
            <w:pPr>
              <w:spacing w:after="0"/>
            </w:pPr>
            <w:r>
              <w:rPr>
                <w:color w:val="1F4E78"/>
                <w:sz w:val="18"/>
              </w:rPr>
              <w:t>[Nombre, cargo, correo y teléfono]</w:t>
            </w:r>
          </w:p>
        </w:tc>
      </w:tr>
    </w:tbl>
    <w:p w14:paraId="58AFCC7C" w14:textId="77777777" w:rsidR="00B55C9B" w:rsidRDefault="00000000">
      <w:pPr>
        <w:pStyle w:val="Ttulo2"/>
      </w:pPr>
      <w:r>
        <w:t>Integrantes del proponente plural, si aplica</w:t>
      </w:r>
    </w:p>
    <w:tbl>
      <w:tblPr>
        <w:tblW w:w="0" w:type="auto"/>
        <w:jc w:val="center"/>
        <w:tblBorders>
          <w:top w:val="single" w:sz="4" w:space="0" w:color="95A5A6"/>
          <w:left w:val="single" w:sz="4" w:space="0" w:color="95A5A6"/>
          <w:bottom w:val="single" w:sz="4" w:space="0" w:color="95A5A6"/>
          <w:right w:val="single" w:sz="4" w:space="0" w:color="95A5A6"/>
          <w:insideH w:val="single" w:sz="4" w:space="0" w:color="95A5A6"/>
          <w:insideV w:val="single" w:sz="4" w:space="0" w:color="95A5A6"/>
        </w:tblBorders>
        <w:tblLayout w:type="fixed"/>
        <w:tblLook w:val="04A0" w:firstRow="1" w:lastRow="0" w:firstColumn="1" w:lastColumn="0" w:noHBand="0" w:noVBand="1"/>
      </w:tblPr>
      <w:tblGrid>
        <w:gridCol w:w="510"/>
        <w:gridCol w:w="2494"/>
        <w:gridCol w:w="1814"/>
        <w:gridCol w:w="1247"/>
        <w:gridCol w:w="3005"/>
      </w:tblGrid>
      <w:tr w:rsidR="00B55C9B" w14:paraId="4ABF55D8" w14:textId="77777777">
        <w:trPr>
          <w:tblHeader/>
          <w:jc w:val="center"/>
        </w:trPr>
        <w:tc>
          <w:tcPr>
            <w:tcW w:w="510" w:type="dxa"/>
            <w:shd w:val="clear" w:color="auto" w:fill="17365D"/>
            <w:tcMar>
              <w:top w:w="80" w:type="dxa"/>
              <w:left w:w="90" w:type="dxa"/>
              <w:bottom w:w="80" w:type="dxa"/>
              <w:right w:w="90" w:type="dxa"/>
            </w:tcMar>
            <w:vAlign w:val="center"/>
          </w:tcPr>
          <w:p w14:paraId="6B4491B4" w14:textId="77777777" w:rsidR="00B55C9B" w:rsidRDefault="00000000">
            <w:pPr>
              <w:spacing w:after="0"/>
              <w:jc w:val="center"/>
            </w:pPr>
            <w:r>
              <w:rPr>
                <w:b/>
                <w:color w:val="FFFFFF"/>
                <w:sz w:val="16"/>
              </w:rPr>
              <w:t>No.</w:t>
            </w:r>
          </w:p>
        </w:tc>
        <w:tc>
          <w:tcPr>
            <w:tcW w:w="2494" w:type="dxa"/>
            <w:shd w:val="clear" w:color="auto" w:fill="17365D"/>
            <w:tcMar>
              <w:top w:w="80" w:type="dxa"/>
              <w:left w:w="90" w:type="dxa"/>
              <w:bottom w:w="80" w:type="dxa"/>
              <w:right w:w="90" w:type="dxa"/>
            </w:tcMar>
            <w:vAlign w:val="center"/>
          </w:tcPr>
          <w:p w14:paraId="40968C5E" w14:textId="77777777" w:rsidR="00B55C9B" w:rsidRDefault="00000000">
            <w:pPr>
              <w:spacing w:after="0"/>
              <w:jc w:val="center"/>
            </w:pPr>
            <w:r>
              <w:rPr>
                <w:b/>
                <w:color w:val="FFFFFF"/>
                <w:sz w:val="16"/>
              </w:rPr>
              <w:t>Integrante / razón social</w:t>
            </w:r>
          </w:p>
        </w:tc>
        <w:tc>
          <w:tcPr>
            <w:tcW w:w="1814" w:type="dxa"/>
            <w:shd w:val="clear" w:color="auto" w:fill="17365D"/>
            <w:tcMar>
              <w:top w:w="80" w:type="dxa"/>
              <w:left w:w="90" w:type="dxa"/>
              <w:bottom w:w="80" w:type="dxa"/>
              <w:right w:w="90" w:type="dxa"/>
            </w:tcMar>
            <w:vAlign w:val="center"/>
          </w:tcPr>
          <w:p w14:paraId="6A93D43A" w14:textId="77777777" w:rsidR="00B55C9B" w:rsidRDefault="00000000">
            <w:pPr>
              <w:spacing w:after="0"/>
              <w:jc w:val="center"/>
            </w:pPr>
            <w:r>
              <w:rPr>
                <w:b/>
                <w:color w:val="FFFFFF"/>
                <w:sz w:val="16"/>
              </w:rPr>
              <w:t>NIT / identificación</w:t>
            </w:r>
          </w:p>
        </w:tc>
        <w:tc>
          <w:tcPr>
            <w:tcW w:w="1247" w:type="dxa"/>
            <w:shd w:val="clear" w:color="auto" w:fill="17365D"/>
            <w:tcMar>
              <w:top w:w="80" w:type="dxa"/>
              <w:left w:w="90" w:type="dxa"/>
              <w:bottom w:w="80" w:type="dxa"/>
              <w:right w:w="90" w:type="dxa"/>
            </w:tcMar>
            <w:vAlign w:val="center"/>
          </w:tcPr>
          <w:p w14:paraId="4441AC5B" w14:textId="77777777" w:rsidR="00B55C9B" w:rsidRDefault="00000000">
            <w:pPr>
              <w:spacing w:after="0"/>
              <w:jc w:val="center"/>
            </w:pPr>
            <w:r>
              <w:rPr>
                <w:b/>
                <w:color w:val="FFFFFF"/>
                <w:sz w:val="16"/>
              </w:rPr>
              <w:t>Participación %</w:t>
            </w:r>
          </w:p>
        </w:tc>
        <w:tc>
          <w:tcPr>
            <w:tcW w:w="3005" w:type="dxa"/>
            <w:shd w:val="clear" w:color="auto" w:fill="17365D"/>
            <w:tcMar>
              <w:top w:w="80" w:type="dxa"/>
              <w:left w:w="90" w:type="dxa"/>
              <w:bottom w:w="80" w:type="dxa"/>
              <w:right w:w="90" w:type="dxa"/>
            </w:tcMar>
            <w:vAlign w:val="center"/>
          </w:tcPr>
          <w:p w14:paraId="267DFF7E" w14:textId="77777777" w:rsidR="00B55C9B" w:rsidRDefault="00000000">
            <w:pPr>
              <w:spacing w:after="0"/>
              <w:jc w:val="center"/>
            </w:pPr>
            <w:r>
              <w:rPr>
                <w:b/>
                <w:color w:val="FFFFFF"/>
                <w:sz w:val="16"/>
              </w:rPr>
              <w:t>Actividad o responsabilidad dentro de la propuesta</w:t>
            </w:r>
          </w:p>
        </w:tc>
      </w:tr>
      <w:tr w:rsidR="00B55C9B" w14:paraId="78780394" w14:textId="77777777">
        <w:trPr>
          <w:jc w:val="center"/>
        </w:trPr>
        <w:tc>
          <w:tcPr>
            <w:tcW w:w="510" w:type="dxa"/>
            <w:tcMar>
              <w:top w:w="80" w:type="dxa"/>
              <w:left w:w="90" w:type="dxa"/>
              <w:bottom w:w="80" w:type="dxa"/>
              <w:right w:w="90" w:type="dxa"/>
            </w:tcMar>
            <w:vAlign w:val="center"/>
          </w:tcPr>
          <w:p w14:paraId="294D2DD7" w14:textId="77777777" w:rsidR="00B55C9B" w:rsidRDefault="00B55C9B">
            <w:pPr>
              <w:spacing w:after="0"/>
            </w:pPr>
          </w:p>
        </w:tc>
        <w:tc>
          <w:tcPr>
            <w:tcW w:w="2494" w:type="dxa"/>
            <w:tcMar>
              <w:top w:w="80" w:type="dxa"/>
              <w:left w:w="90" w:type="dxa"/>
              <w:bottom w:w="80" w:type="dxa"/>
              <w:right w:w="90" w:type="dxa"/>
            </w:tcMar>
            <w:vAlign w:val="center"/>
          </w:tcPr>
          <w:p w14:paraId="10E459F0" w14:textId="77777777" w:rsidR="00B55C9B" w:rsidRDefault="00B55C9B">
            <w:pPr>
              <w:spacing w:after="0"/>
            </w:pPr>
          </w:p>
        </w:tc>
        <w:tc>
          <w:tcPr>
            <w:tcW w:w="1814" w:type="dxa"/>
            <w:tcMar>
              <w:top w:w="80" w:type="dxa"/>
              <w:left w:w="90" w:type="dxa"/>
              <w:bottom w:w="80" w:type="dxa"/>
              <w:right w:w="90" w:type="dxa"/>
            </w:tcMar>
            <w:vAlign w:val="center"/>
          </w:tcPr>
          <w:p w14:paraId="235B14F2" w14:textId="77777777" w:rsidR="00B55C9B" w:rsidRDefault="00B55C9B">
            <w:pPr>
              <w:spacing w:after="0"/>
            </w:pPr>
          </w:p>
        </w:tc>
        <w:tc>
          <w:tcPr>
            <w:tcW w:w="1247" w:type="dxa"/>
            <w:tcMar>
              <w:top w:w="80" w:type="dxa"/>
              <w:left w:w="90" w:type="dxa"/>
              <w:bottom w:w="80" w:type="dxa"/>
              <w:right w:w="90" w:type="dxa"/>
            </w:tcMar>
            <w:vAlign w:val="center"/>
          </w:tcPr>
          <w:p w14:paraId="783F49B3" w14:textId="77777777" w:rsidR="00B55C9B" w:rsidRDefault="00B55C9B">
            <w:pPr>
              <w:spacing w:after="0"/>
            </w:pPr>
          </w:p>
        </w:tc>
        <w:tc>
          <w:tcPr>
            <w:tcW w:w="3005" w:type="dxa"/>
            <w:tcMar>
              <w:top w:w="80" w:type="dxa"/>
              <w:left w:w="90" w:type="dxa"/>
              <w:bottom w:w="80" w:type="dxa"/>
              <w:right w:w="90" w:type="dxa"/>
            </w:tcMar>
            <w:vAlign w:val="center"/>
          </w:tcPr>
          <w:p w14:paraId="2EFB444D" w14:textId="77777777" w:rsidR="00B55C9B" w:rsidRDefault="00B55C9B">
            <w:pPr>
              <w:spacing w:after="0"/>
            </w:pPr>
          </w:p>
        </w:tc>
      </w:tr>
      <w:tr w:rsidR="00B55C9B" w14:paraId="5213B1DB" w14:textId="77777777">
        <w:trPr>
          <w:jc w:val="center"/>
        </w:trPr>
        <w:tc>
          <w:tcPr>
            <w:tcW w:w="510" w:type="dxa"/>
            <w:tcMar>
              <w:top w:w="80" w:type="dxa"/>
              <w:left w:w="90" w:type="dxa"/>
              <w:bottom w:w="80" w:type="dxa"/>
              <w:right w:w="90" w:type="dxa"/>
            </w:tcMar>
            <w:vAlign w:val="center"/>
          </w:tcPr>
          <w:p w14:paraId="2F2E3B27" w14:textId="77777777" w:rsidR="00B55C9B" w:rsidRDefault="00B55C9B">
            <w:pPr>
              <w:spacing w:after="0"/>
            </w:pPr>
          </w:p>
        </w:tc>
        <w:tc>
          <w:tcPr>
            <w:tcW w:w="2494" w:type="dxa"/>
            <w:tcMar>
              <w:top w:w="80" w:type="dxa"/>
              <w:left w:w="90" w:type="dxa"/>
              <w:bottom w:w="80" w:type="dxa"/>
              <w:right w:w="90" w:type="dxa"/>
            </w:tcMar>
            <w:vAlign w:val="center"/>
          </w:tcPr>
          <w:p w14:paraId="1BA020B6" w14:textId="77777777" w:rsidR="00B55C9B" w:rsidRDefault="00B55C9B">
            <w:pPr>
              <w:spacing w:after="0"/>
            </w:pPr>
          </w:p>
        </w:tc>
        <w:tc>
          <w:tcPr>
            <w:tcW w:w="1814" w:type="dxa"/>
            <w:tcMar>
              <w:top w:w="80" w:type="dxa"/>
              <w:left w:w="90" w:type="dxa"/>
              <w:bottom w:w="80" w:type="dxa"/>
              <w:right w:w="90" w:type="dxa"/>
            </w:tcMar>
            <w:vAlign w:val="center"/>
          </w:tcPr>
          <w:p w14:paraId="69139BEA" w14:textId="77777777" w:rsidR="00B55C9B" w:rsidRDefault="00B55C9B">
            <w:pPr>
              <w:spacing w:after="0"/>
            </w:pPr>
          </w:p>
        </w:tc>
        <w:tc>
          <w:tcPr>
            <w:tcW w:w="1247" w:type="dxa"/>
            <w:tcMar>
              <w:top w:w="80" w:type="dxa"/>
              <w:left w:w="90" w:type="dxa"/>
              <w:bottom w:w="80" w:type="dxa"/>
              <w:right w:w="90" w:type="dxa"/>
            </w:tcMar>
            <w:vAlign w:val="center"/>
          </w:tcPr>
          <w:p w14:paraId="305149E2" w14:textId="77777777" w:rsidR="00B55C9B" w:rsidRDefault="00B55C9B">
            <w:pPr>
              <w:spacing w:after="0"/>
            </w:pPr>
          </w:p>
        </w:tc>
        <w:tc>
          <w:tcPr>
            <w:tcW w:w="3005" w:type="dxa"/>
            <w:tcMar>
              <w:top w:w="80" w:type="dxa"/>
              <w:left w:w="90" w:type="dxa"/>
              <w:bottom w:w="80" w:type="dxa"/>
              <w:right w:w="90" w:type="dxa"/>
            </w:tcMar>
            <w:vAlign w:val="center"/>
          </w:tcPr>
          <w:p w14:paraId="398C2FD4" w14:textId="77777777" w:rsidR="00B55C9B" w:rsidRDefault="00B55C9B">
            <w:pPr>
              <w:spacing w:after="0"/>
            </w:pPr>
          </w:p>
        </w:tc>
      </w:tr>
      <w:tr w:rsidR="00B55C9B" w14:paraId="1B0856A3" w14:textId="77777777">
        <w:trPr>
          <w:jc w:val="center"/>
        </w:trPr>
        <w:tc>
          <w:tcPr>
            <w:tcW w:w="510" w:type="dxa"/>
            <w:tcMar>
              <w:top w:w="80" w:type="dxa"/>
              <w:left w:w="90" w:type="dxa"/>
              <w:bottom w:w="80" w:type="dxa"/>
              <w:right w:w="90" w:type="dxa"/>
            </w:tcMar>
            <w:vAlign w:val="center"/>
          </w:tcPr>
          <w:p w14:paraId="589AF03B" w14:textId="77777777" w:rsidR="00B55C9B" w:rsidRDefault="00B55C9B">
            <w:pPr>
              <w:spacing w:after="0"/>
            </w:pPr>
          </w:p>
        </w:tc>
        <w:tc>
          <w:tcPr>
            <w:tcW w:w="2494" w:type="dxa"/>
            <w:tcMar>
              <w:top w:w="80" w:type="dxa"/>
              <w:left w:w="90" w:type="dxa"/>
              <w:bottom w:w="80" w:type="dxa"/>
              <w:right w:w="90" w:type="dxa"/>
            </w:tcMar>
            <w:vAlign w:val="center"/>
          </w:tcPr>
          <w:p w14:paraId="4AFEE0D3" w14:textId="77777777" w:rsidR="00B55C9B" w:rsidRDefault="00B55C9B">
            <w:pPr>
              <w:spacing w:after="0"/>
            </w:pPr>
          </w:p>
        </w:tc>
        <w:tc>
          <w:tcPr>
            <w:tcW w:w="1814" w:type="dxa"/>
            <w:tcMar>
              <w:top w:w="80" w:type="dxa"/>
              <w:left w:w="90" w:type="dxa"/>
              <w:bottom w:w="80" w:type="dxa"/>
              <w:right w:w="90" w:type="dxa"/>
            </w:tcMar>
            <w:vAlign w:val="center"/>
          </w:tcPr>
          <w:p w14:paraId="2F03CCE1" w14:textId="77777777" w:rsidR="00B55C9B" w:rsidRDefault="00B55C9B">
            <w:pPr>
              <w:spacing w:after="0"/>
            </w:pPr>
          </w:p>
        </w:tc>
        <w:tc>
          <w:tcPr>
            <w:tcW w:w="1247" w:type="dxa"/>
            <w:tcMar>
              <w:top w:w="80" w:type="dxa"/>
              <w:left w:w="90" w:type="dxa"/>
              <w:bottom w:w="80" w:type="dxa"/>
              <w:right w:w="90" w:type="dxa"/>
            </w:tcMar>
            <w:vAlign w:val="center"/>
          </w:tcPr>
          <w:p w14:paraId="3FD79F7E" w14:textId="77777777" w:rsidR="00B55C9B" w:rsidRDefault="00B55C9B">
            <w:pPr>
              <w:spacing w:after="0"/>
            </w:pPr>
          </w:p>
        </w:tc>
        <w:tc>
          <w:tcPr>
            <w:tcW w:w="3005" w:type="dxa"/>
            <w:tcMar>
              <w:top w:w="80" w:type="dxa"/>
              <w:left w:w="90" w:type="dxa"/>
              <w:bottom w:w="80" w:type="dxa"/>
              <w:right w:w="90" w:type="dxa"/>
            </w:tcMar>
            <w:vAlign w:val="center"/>
          </w:tcPr>
          <w:p w14:paraId="4E0E70C0" w14:textId="77777777" w:rsidR="00B55C9B" w:rsidRDefault="00B55C9B">
            <w:pPr>
              <w:spacing w:after="0"/>
            </w:pPr>
          </w:p>
        </w:tc>
      </w:tr>
      <w:tr w:rsidR="00B55C9B" w14:paraId="6F5F0C82" w14:textId="77777777">
        <w:trPr>
          <w:jc w:val="center"/>
        </w:trPr>
        <w:tc>
          <w:tcPr>
            <w:tcW w:w="510" w:type="dxa"/>
            <w:tcMar>
              <w:top w:w="80" w:type="dxa"/>
              <w:left w:w="90" w:type="dxa"/>
              <w:bottom w:w="80" w:type="dxa"/>
              <w:right w:w="90" w:type="dxa"/>
            </w:tcMar>
            <w:vAlign w:val="center"/>
          </w:tcPr>
          <w:p w14:paraId="29F0595F" w14:textId="77777777" w:rsidR="00B55C9B" w:rsidRDefault="00B55C9B">
            <w:pPr>
              <w:spacing w:after="0"/>
            </w:pPr>
          </w:p>
        </w:tc>
        <w:tc>
          <w:tcPr>
            <w:tcW w:w="2494" w:type="dxa"/>
            <w:tcMar>
              <w:top w:w="80" w:type="dxa"/>
              <w:left w:w="90" w:type="dxa"/>
              <w:bottom w:w="80" w:type="dxa"/>
              <w:right w:w="90" w:type="dxa"/>
            </w:tcMar>
            <w:vAlign w:val="center"/>
          </w:tcPr>
          <w:p w14:paraId="04A16729" w14:textId="77777777" w:rsidR="00B55C9B" w:rsidRDefault="00B55C9B">
            <w:pPr>
              <w:spacing w:after="0"/>
            </w:pPr>
          </w:p>
        </w:tc>
        <w:tc>
          <w:tcPr>
            <w:tcW w:w="1814" w:type="dxa"/>
            <w:tcMar>
              <w:top w:w="80" w:type="dxa"/>
              <w:left w:w="90" w:type="dxa"/>
              <w:bottom w:w="80" w:type="dxa"/>
              <w:right w:w="90" w:type="dxa"/>
            </w:tcMar>
            <w:vAlign w:val="center"/>
          </w:tcPr>
          <w:p w14:paraId="3EFF349C" w14:textId="77777777" w:rsidR="00B55C9B" w:rsidRDefault="00B55C9B">
            <w:pPr>
              <w:spacing w:after="0"/>
            </w:pPr>
          </w:p>
        </w:tc>
        <w:tc>
          <w:tcPr>
            <w:tcW w:w="1247" w:type="dxa"/>
            <w:tcMar>
              <w:top w:w="80" w:type="dxa"/>
              <w:left w:w="90" w:type="dxa"/>
              <w:bottom w:w="80" w:type="dxa"/>
              <w:right w:w="90" w:type="dxa"/>
            </w:tcMar>
            <w:vAlign w:val="center"/>
          </w:tcPr>
          <w:p w14:paraId="5F921EA9" w14:textId="77777777" w:rsidR="00B55C9B" w:rsidRDefault="00B55C9B">
            <w:pPr>
              <w:spacing w:after="0"/>
            </w:pPr>
          </w:p>
        </w:tc>
        <w:tc>
          <w:tcPr>
            <w:tcW w:w="3005" w:type="dxa"/>
            <w:tcMar>
              <w:top w:w="80" w:type="dxa"/>
              <w:left w:w="90" w:type="dxa"/>
              <w:bottom w:w="80" w:type="dxa"/>
              <w:right w:w="90" w:type="dxa"/>
            </w:tcMar>
            <w:vAlign w:val="center"/>
          </w:tcPr>
          <w:p w14:paraId="03AF1902" w14:textId="77777777" w:rsidR="00B55C9B" w:rsidRDefault="00B55C9B">
            <w:pPr>
              <w:spacing w:after="0"/>
            </w:pPr>
          </w:p>
        </w:tc>
      </w:tr>
    </w:tbl>
    <w:p w14:paraId="2C6FCC91" w14:textId="77777777" w:rsidR="00B55C9B" w:rsidRDefault="00B55C9B"/>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4536"/>
        <w:gridCol w:w="4536"/>
      </w:tblGrid>
      <w:tr w:rsidR="00B55C9B" w14:paraId="6E1AF358" w14:textId="77777777">
        <w:trPr>
          <w:jc w:val="center"/>
        </w:trPr>
        <w:tc>
          <w:tcPr>
            <w:tcW w:w="4536" w:type="dxa"/>
            <w:tcMar>
              <w:top w:w="80" w:type="dxa"/>
              <w:left w:w="90" w:type="dxa"/>
              <w:bottom w:w="80" w:type="dxa"/>
              <w:right w:w="90" w:type="dxa"/>
            </w:tcMar>
            <w:vAlign w:val="center"/>
          </w:tcPr>
          <w:p w14:paraId="3C7ADE62" w14:textId="77777777" w:rsidR="00610B32" w:rsidRDefault="00000000" w:rsidP="00610B32">
            <w:pPr>
              <w:spacing w:before="240" w:after="240"/>
              <w:rPr>
                <w:color w:val="000000"/>
                <w:sz w:val="18"/>
              </w:rPr>
            </w:pPr>
            <w:r>
              <w:rPr>
                <w:color w:val="000000"/>
                <w:sz w:val="18"/>
              </w:rPr>
              <w:t>Nombre: __________________________________</w:t>
            </w:r>
            <w:r>
              <w:rPr>
                <w:color w:val="000000"/>
                <w:sz w:val="18"/>
              </w:rPr>
              <w:br/>
            </w:r>
          </w:p>
          <w:p w14:paraId="58079B62" w14:textId="7F27FF52" w:rsidR="00B55C9B" w:rsidRDefault="00000000" w:rsidP="00610B32">
            <w:pPr>
              <w:spacing w:before="240" w:after="240"/>
            </w:pPr>
            <w:r>
              <w:rPr>
                <w:color w:val="000000"/>
                <w:sz w:val="18"/>
              </w:rPr>
              <w:t>Documento: _________________________________</w:t>
            </w:r>
          </w:p>
        </w:tc>
        <w:tc>
          <w:tcPr>
            <w:tcW w:w="4536" w:type="dxa"/>
            <w:tcMar>
              <w:top w:w="80" w:type="dxa"/>
              <w:left w:w="90" w:type="dxa"/>
              <w:bottom w:w="80" w:type="dxa"/>
              <w:right w:w="90" w:type="dxa"/>
            </w:tcMar>
            <w:vAlign w:val="center"/>
          </w:tcPr>
          <w:p w14:paraId="5B2F7D9F" w14:textId="46DB1597" w:rsidR="00610B32" w:rsidRDefault="00000000" w:rsidP="00610B32">
            <w:pPr>
              <w:spacing w:before="240" w:after="240"/>
              <w:rPr>
                <w:color w:val="000000"/>
                <w:sz w:val="18"/>
              </w:rPr>
            </w:pPr>
            <w:r>
              <w:rPr>
                <w:color w:val="000000"/>
                <w:sz w:val="18"/>
              </w:rPr>
              <w:t>Calidad</w:t>
            </w:r>
            <w:r w:rsidR="00610B32">
              <w:rPr>
                <w:color w:val="000000"/>
                <w:sz w:val="18"/>
              </w:rPr>
              <w:t>/Cargo</w:t>
            </w:r>
            <w:r>
              <w:rPr>
                <w:color w:val="000000"/>
                <w:sz w:val="18"/>
              </w:rPr>
              <w:t>: _______________________________</w:t>
            </w:r>
            <w:r>
              <w:rPr>
                <w:color w:val="000000"/>
                <w:sz w:val="18"/>
              </w:rPr>
              <w:br/>
            </w:r>
          </w:p>
          <w:p w14:paraId="36E0EE19" w14:textId="4AAAE67E" w:rsidR="00B55C9B" w:rsidRDefault="00000000" w:rsidP="00610B32">
            <w:pPr>
              <w:spacing w:before="240" w:after="240"/>
            </w:pPr>
            <w:r>
              <w:rPr>
                <w:color w:val="000000"/>
                <w:sz w:val="18"/>
              </w:rPr>
              <w:t>Firma: _______</w:t>
            </w:r>
            <w:r w:rsidR="00610B32">
              <w:rPr>
                <w:color w:val="000000"/>
                <w:sz w:val="18"/>
              </w:rPr>
              <w:t>____</w:t>
            </w:r>
            <w:r>
              <w:rPr>
                <w:color w:val="000000"/>
                <w:sz w:val="18"/>
              </w:rPr>
              <w:t>__________________________</w:t>
            </w:r>
          </w:p>
        </w:tc>
      </w:tr>
      <w:tr w:rsidR="00B55C9B" w14:paraId="3F2D9B98" w14:textId="77777777">
        <w:trPr>
          <w:jc w:val="center"/>
        </w:trPr>
        <w:tc>
          <w:tcPr>
            <w:tcW w:w="4536" w:type="dxa"/>
            <w:tcMar>
              <w:top w:w="80" w:type="dxa"/>
              <w:left w:w="90" w:type="dxa"/>
              <w:bottom w:w="80" w:type="dxa"/>
              <w:right w:w="90" w:type="dxa"/>
            </w:tcMar>
            <w:vAlign w:val="center"/>
          </w:tcPr>
          <w:p w14:paraId="1AF67500" w14:textId="77777777" w:rsidR="00B55C9B" w:rsidRDefault="00000000" w:rsidP="00610B32">
            <w:pPr>
              <w:spacing w:before="120" w:after="120"/>
            </w:pPr>
            <w:r>
              <w:rPr>
                <w:color w:val="000000"/>
                <w:sz w:val="18"/>
              </w:rPr>
              <w:t>Fecha: ____ / ____ / ______</w:t>
            </w:r>
          </w:p>
        </w:tc>
        <w:tc>
          <w:tcPr>
            <w:tcW w:w="4536" w:type="dxa"/>
            <w:tcMar>
              <w:top w:w="80" w:type="dxa"/>
              <w:left w:w="90" w:type="dxa"/>
              <w:bottom w:w="80" w:type="dxa"/>
              <w:right w:w="90" w:type="dxa"/>
            </w:tcMar>
            <w:vAlign w:val="center"/>
          </w:tcPr>
          <w:p w14:paraId="7BF34867" w14:textId="490E00DE" w:rsidR="00B55C9B" w:rsidRDefault="00000000" w:rsidP="00610B32">
            <w:pPr>
              <w:spacing w:before="120" w:after="120"/>
            </w:pPr>
            <w:r>
              <w:rPr>
                <w:color w:val="000000"/>
                <w:sz w:val="18"/>
              </w:rPr>
              <w:t>Ciudad: ________________</w:t>
            </w:r>
            <w:r w:rsidR="00610B32">
              <w:rPr>
                <w:color w:val="000000"/>
                <w:sz w:val="18"/>
              </w:rPr>
              <w:t>______</w:t>
            </w:r>
            <w:r>
              <w:rPr>
                <w:color w:val="000000"/>
                <w:sz w:val="18"/>
              </w:rPr>
              <w:t>______________</w:t>
            </w:r>
          </w:p>
        </w:tc>
      </w:tr>
    </w:tbl>
    <w:p w14:paraId="53B6D994" w14:textId="77777777" w:rsidR="00B55C9B" w:rsidRDefault="00000000">
      <w:r>
        <w:br w:type="page"/>
      </w:r>
    </w:p>
    <w:p w14:paraId="28C5E7EC" w14:textId="77777777" w:rsidR="00B55C9B" w:rsidRDefault="00B55C9B">
      <w:pPr>
        <w:sectPr w:rsidR="00B55C9B" w:rsidSect="00B54F3D">
          <w:headerReference w:type="default" r:id="rId8"/>
          <w:footerReference w:type="default" r:id="rId9"/>
          <w:pgSz w:w="11906" w:h="16838"/>
          <w:pgMar w:top="1361" w:right="1020" w:bottom="1020" w:left="1020" w:header="397" w:footer="796" w:gutter="0"/>
          <w:cols w:space="720"/>
          <w:docGrid w:linePitch="360"/>
        </w:sectPr>
      </w:pPr>
    </w:p>
    <w:p w14:paraId="4B5F0474" w14:textId="77777777" w:rsidR="00B55C9B" w:rsidRDefault="00000000">
      <w:pPr>
        <w:pStyle w:val="Ttulo1"/>
        <w:jc w:val="center"/>
      </w:pPr>
      <w:r>
        <w:lastRenderedPageBreak/>
        <w:t>ANEXO 3. EXPERIENCIA ESPECÍFICA DEL OFERENTE</w:t>
      </w:r>
    </w:p>
    <w:p w14:paraId="173AA711" w14:textId="77777777" w:rsidR="00B55C9B" w:rsidRDefault="00000000" w:rsidP="00D57CF3">
      <w:pPr>
        <w:spacing w:after="160"/>
        <w:jc w:val="center"/>
      </w:pPr>
      <w:r>
        <w:rPr>
          <w:i/>
          <w:color w:val="666666"/>
          <w:sz w:val="17"/>
        </w:rPr>
        <w:t>Relacione únicamente contratos que permitan verificar el cumplimiento de la experiencia solicitada. Agregue filas si es necesario.</w:t>
      </w:r>
    </w:p>
    <w:tbl>
      <w:tblPr>
        <w:tblW w:w="0" w:type="auto"/>
        <w:jc w:val="center"/>
        <w:tblBorders>
          <w:top w:val="single" w:sz="4" w:space="0" w:color="7F8C8D"/>
          <w:left w:val="single" w:sz="4" w:space="0" w:color="7F8C8D"/>
          <w:bottom w:val="single" w:sz="4" w:space="0" w:color="7F8C8D"/>
          <w:right w:val="single" w:sz="4" w:space="0" w:color="7F8C8D"/>
          <w:insideH w:val="single" w:sz="4" w:space="0" w:color="7F8C8D"/>
          <w:insideV w:val="single" w:sz="4" w:space="0" w:color="7F8C8D"/>
        </w:tblBorders>
        <w:tblLayout w:type="fixed"/>
        <w:tblLook w:val="04A0" w:firstRow="1" w:lastRow="0" w:firstColumn="1" w:lastColumn="0" w:noHBand="0" w:noVBand="1"/>
      </w:tblPr>
      <w:tblGrid>
        <w:gridCol w:w="396"/>
        <w:gridCol w:w="1530"/>
        <w:gridCol w:w="2324"/>
        <w:gridCol w:w="2438"/>
        <w:gridCol w:w="1134"/>
        <w:gridCol w:w="963"/>
        <w:gridCol w:w="963"/>
        <w:gridCol w:w="1190"/>
        <w:gridCol w:w="793"/>
        <w:gridCol w:w="793"/>
        <w:gridCol w:w="1020"/>
        <w:gridCol w:w="1020"/>
        <w:gridCol w:w="850"/>
      </w:tblGrid>
      <w:tr w:rsidR="00B55C9B" w14:paraId="18E1C181" w14:textId="77777777">
        <w:trPr>
          <w:tblHeader/>
          <w:jc w:val="center"/>
        </w:trPr>
        <w:tc>
          <w:tcPr>
            <w:tcW w:w="396" w:type="dxa"/>
            <w:shd w:val="clear" w:color="auto" w:fill="17365D"/>
            <w:tcMar>
              <w:top w:w="80" w:type="dxa"/>
              <w:left w:w="90" w:type="dxa"/>
              <w:bottom w:w="80" w:type="dxa"/>
              <w:right w:w="90" w:type="dxa"/>
            </w:tcMar>
            <w:vAlign w:val="center"/>
          </w:tcPr>
          <w:p w14:paraId="4027F13F" w14:textId="77777777" w:rsidR="00B55C9B" w:rsidRDefault="00000000">
            <w:pPr>
              <w:spacing w:after="0"/>
              <w:jc w:val="center"/>
            </w:pPr>
            <w:r>
              <w:rPr>
                <w:b/>
                <w:color w:val="FFFFFF"/>
                <w:sz w:val="14"/>
              </w:rPr>
              <w:t>No.</w:t>
            </w:r>
          </w:p>
        </w:tc>
        <w:tc>
          <w:tcPr>
            <w:tcW w:w="1530" w:type="dxa"/>
            <w:shd w:val="clear" w:color="auto" w:fill="17365D"/>
            <w:tcMar>
              <w:top w:w="80" w:type="dxa"/>
              <w:left w:w="90" w:type="dxa"/>
              <w:bottom w:w="80" w:type="dxa"/>
              <w:right w:w="90" w:type="dxa"/>
            </w:tcMar>
            <w:vAlign w:val="center"/>
          </w:tcPr>
          <w:p w14:paraId="575ECEF5" w14:textId="77777777" w:rsidR="00B55C9B" w:rsidRDefault="00000000">
            <w:pPr>
              <w:spacing w:after="0"/>
              <w:jc w:val="center"/>
            </w:pPr>
            <w:r>
              <w:rPr>
                <w:b/>
                <w:color w:val="FFFFFF"/>
                <w:sz w:val="14"/>
              </w:rPr>
              <w:t>Contratante</w:t>
            </w:r>
          </w:p>
        </w:tc>
        <w:tc>
          <w:tcPr>
            <w:tcW w:w="2324" w:type="dxa"/>
            <w:shd w:val="clear" w:color="auto" w:fill="17365D"/>
            <w:tcMar>
              <w:top w:w="80" w:type="dxa"/>
              <w:left w:w="90" w:type="dxa"/>
              <w:bottom w:w="80" w:type="dxa"/>
              <w:right w:w="90" w:type="dxa"/>
            </w:tcMar>
            <w:vAlign w:val="center"/>
          </w:tcPr>
          <w:p w14:paraId="6B367B5F" w14:textId="77777777" w:rsidR="00B55C9B" w:rsidRDefault="00000000">
            <w:pPr>
              <w:spacing w:after="0"/>
              <w:jc w:val="center"/>
            </w:pPr>
            <w:r>
              <w:rPr>
                <w:b/>
                <w:color w:val="FFFFFF"/>
                <w:sz w:val="14"/>
              </w:rPr>
              <w:t>Objeto contractual</w:t>
            </w:r>
          </w:p>
        </w:tc>
        <w:tc>
          <w:tcPr>
            <w:tcW w:w="2438" w:type="dxa"/>
            <w:shd w:val="clear" w:color="auto" w:fill="17365D"/>
            <w:tcMar>
              <w:top w:w="80" w:type="dxa"/>
              <w:left w:w="90" w:type="dxa"/>
              <w:bottom w:w="80" w:type="dxa"/>
              <w:right w:w="90" w:type="dxa"/>
            </w:tcMar>
            <w:vAlign w:val="center"/>
          </w:tcPr>
          <w:p w14:paraId="2427DAB5" w14:textId="77777777" w:rsidR="00B55C9B" w:rsidRDefault="00000000">
            <w:pPr>
              <w:spacing w:after="0"/>
              <w:jc w:val="center"/>
            </w:pPr>
            <w:r>
              <w:rPr>
                <w:b/>
                <w:color w:val="FFFFFF"/>
                <w:sz w:val="14"/>
              </w:rPr>
              <w:t>Componentes ejecutados</w:t>
            </w:r>
          </w:p>
        </w:tc>
        <w:tc>
          <w:tcPr>
            <w:tcW w:w="1134" w:type="dxa"/>
            <w:shd w:val="clear" w:color="auto" w:fill="17365D"/>
            <w:tcMar>
              <w:top w:w="80" w:type="dxa"/>
              <w:left w:w="90" w:type="dxa"/>
              <w:bottom w:w="80" w:type="dxa"/>
              <w:right w:w="90" w:type="dxa"/>
            </w:tcMar>
            <w:vAlign w:val="center"/>
          </w:tcPr>
          <w:p w14:paraId="27FE1A83" w14:textId="77777777" w:rsidR="00B55C9B" w:rsidRDefault="00000000">
            <w:pPr>
              <w:spacing w:after="0"/>
              <w:jc w:val="center"/>
            </w:pPr>
            <w:r>
              <w:rPr>
                <w:b/>
                <w:color w:val="FFFFFF"/>
                <w:sz w:val="14"/>
              </w:rPr>
              <w:t>Contrato No.</w:t>
            </w:r>
          </w:p>
        </w:tc>
        <w:tc>
          <w:tcPr>
            <w:tcW w:w="963" w:type="dxa"/>
            <w:shd w:val="clear" w:color="auto" w:fill="17365D"/>
            <w:tcMar>
              <w:top w:w="80" w:type="dxa"/>
              <w:left w:w="90" w:type="dxa"/>
              <w:bottom w:w="80" w:type="dxa"/>
              <w:right w:w="90" w:type="dxa"/>
            </w:tcMar>
            <w:vAlign w:val="center"/>
          </w:tcPr>
          <w:p w14:paraId="5A4BD560" w14:textId="77777777" w:rsidR="00B55C9B" w:rsidRDefault="00000000">
            <w:pPr>
              <w:spacing w:after="0"/>
              <w:jc w:val="center"/>
            </w:pPr>
            <w:r>
              <w:rPr>
                <w:b/>
                <w:color w:val="FFFFFF"/>
                <w:sz w:val="14"/>
              </w:rPr>
              <w:t>Inicio</w:t>
            </w:r>
          </w:p>
        </w:tc>
        <w:tc>
          <w:tcPr>
            <w:tcW w:w="963" w:type="dxa"/>
            <w:shd w:val="clear" w:color="auto" w:fill="17365D"/>
            <w:tcMar>
              <w:top w:w="80" w:type="dxa"/>
              <w:left w:w="90" w:type="dxa"/>
              <w:bottom w:w="80" w:type="dxa"/>
              <w:right w:w="90" w:type="dxa"/>
            </w:tcMar>
            <w:vAlign w:val="center"/>
          </w:tcPr>
          <w:p w14:paraId="2A45B026" w14:textId="77777777" w:rsidR="00B55C9B" w:rsidRDefault="00000000">
            <w:pPr>
              <w:spacing w:after="0"/>
              <w:jc w:val="center"/>
            </w:pPr>
            <w:r>
              <w:rPr>
                <w:b/>
                <w:color w:val="FFFFFF"/>
                <w:sz w:val="14"/>
              </w:rPr>
              <w:t>Terminación</w:t>
            </w:r>
          </w:p>
        </w:tc>
        <w:tc>
          <w:tcPr>
            <w:tcW w:w="1190" w:type="dxa"/>
            <w:shd w:val="clear" w:color="auto" w:fill="17365D"/>
            <w:tcMar>
              <w:top w:w="80" w:type="dxa"/>
              <w:left w:w="90" w:type="dxa"/>
              <w:bottom w:w="80" w:type="dxa"/>
              <w:right w:w="90" w:type="dxa"/>
            </w:tcMar>
            <w:vAlign w:val="center"/>
          </w:tcPr>
          <w:p w14:paraId="4E836756" w14:textId="77777777" w:rsidR="00B55C9B" w:rsidRDefault="00000000">
            <w:pPr>
              <w:spacing w:after="0"/>
              <w:jc w:val="center"/>
            </w:pPr>
            <w:r>
              <w:rPr>
                <w:b/>
                <w:color w:val="FFFFFF"/>
                <w:sz w:val="14"/>
              </w:rPr>
              <w:t>Valor ejecutado</w:t>
            </w:r>
          </w:p>
        </w:tc>
        <w:tc>
          <w:tcPr>
            <w:tcW w:w="793" w:type="dxa"/>
            <w:shd w:val="clear" w:color="auto" w:fill="17365D"/>
            <w:tcMar>
              <w:top w:w="80" w:type="dxa"/>
              <w:left w:w="90" w:type="dxa"/>
              <w:bottom w:w="80" w:type="dxa"/>
              <w:right w:w="90" w:type="dxa"/>
            </w:tcMar>
            <w:vAlign w:val="center"/>
          </w:tcPr>
          <w:p w14:paraId="22203DAA" w14:textId="77777777" w:rsidR="00B55C9B" w:rsidRDefault="00000000">
            <w:pPr>
              <w:spacing w:after="0"/>
              <w:jc w:val="center"/>
            </w:pPr>
            <w:r>
              <w:rPr>
                <w:b/>
                <w:color w:val="FFFFFF"/>
                <w:sz w:val="14"/>
              </w:rPr>
              <w:t>SMMLV</w:t>
            </w:r>
          </w:p>
        </w:tc>
        <w:tc>
          <w:tcPr>
            <w:tcW w:w="793" w:type="dxa"/>
            <w:shd w:val="clear" w:color="auto" w:fill="17365D"/>
            <w:tcMar>
              <w:top w:w="80" w:type="dxa"/>
              <w:left w:w="90" w:type="dxa"/>
              <w:bottom w:w="80" w:type="dxa"/>
              <w:right w:w="90" w:type="dxa"/>
            </w:tcMar>
            <w:vAlign w:val="center"/>
          </w:tcPr>
          <w:p w14:paraId="49EA5A0E" w14:textId="77777777" w:rsidR="00B55C9B" w:rsidRDefault="00000000">
            <w:pPr>
              <w:spacing w:after="0"/>
              <w:jc w:val="center"/>
            </w:pPr>
            <w:r>
              <w:rPr>
                <w:b/>
                <w:color w:val="FFFFFF"/>
                <w:sz w:val="14"/>
              </w:rPr>
              <w:t>Participación %</w:t>
            </w:r>
          </w:p>
        </w:tc>
        <w:tc>
          <w:tcPr>
            <w:tcW w:w="1020" w:type="dxa"/>
            <w:shd w:val="clear" w:color="auto" w:fill="17365D"/>
            <w:tcMar>
              <w:top w:w="80" w:type="dxa"/>
              <w:left w:w="90" w:type="dxa"/>
              <w:bottom w:w="80" w:type="dxa"/>
              <w:right w:w="90" w:type="dxa"/>
            </w:tcMar>
            <w:vAlign w:val="center"/>
          </w:tcPr>
          <w:p w14:paraId="3E8DA6E0" w14:textId="77777777" w:rsidR="00B55C9B" w:rsidRDefault="00000000">
            <w:pPr>
              <w:spacing w:after="0"/>
              <w:jc w:val="center"/>
            </w:pPr>
            <w:r>
              <w:rPr>
                <w:b/>
                <w:color w:val="FFFFFF"/>
                <w:sz w:val="14"/>
              </w:rPr>
              <w:t>Estado</w:t>
            </w:r>
          </w:p>
        </w:tc>
        <w:tc>
          <w:tcPr>
            <w:tcW w:w="1020" w:type="dxa"/>
            <w:shd w:val="clear" w:color="auto" w:fill="17365D"/>
            <w:tcMar>
              <w:top w:w="80" w:type="dxa"/>
              <w:left w:w="90" w:type="dxa"/>
              <w:bottom w:w="80" w:type="dxa"/>
              <w:right w:w="90" w:type="dxa"/>
            </w:tcMar>
            <w:vAlign w:val="center"/>
          </w:tcPr>
          <w:p w14:paraId="5B47A668" w14:textId="77777777" w:rsidR="00B55C9B" w:rsidRDefault="00000000">
            <w:pPr>
              <w:spacing w:after="0"/>
              <w:jc w:val="center"/>
            </w:pPr>
            <w:r>
              <w:rPr>
                <w:b/>
                <w:color w:val="FFFFFF"/>
                <w:sz w:val="14"/>
              </w:rPr>
              <w:t>Soporte / folios</w:t>
            </w:r>
          </w:p>
        </w:tc>
        <w:tc>
          <w:tcPr>
            <w:tcW w:w="850" w:type="dxa"/>
            <w:shd w:val="clear" w:color="auto" w:fill="17365D"/>
            <w:tcMar>
              <w:top w:w="80" w:type="dxa"/>
              <w:left w:w="90" w:type="dxa"/>
              <w:bottom w:w="80" w:type="dxa"/>
              <w:right w:w="90" w:type="dxa"/>
            </w:tcMar>
            <w:vAlign w:val="center"/>
          </w:tcPr>
          <w:p w14:paraId="66C7C51C" w14:textId="77777777" w:rsidR="00B55C9B" w:rsidRDefault="00000000">
            <w:pPr>
              <w:spacing w:after="0"/>
              <w:jc w:val="center"/>
            </w:pPr>
            <w:r>
              <w:rPr>
                <w:b/>
                <w:color w:val="FFFFFF"/>
                <w:sz w:val="14"/>
              </w:rPr>
              <w:t>Cumple</w:t>
            </w:r>
          </w:p>
        </w:tc>
      </w:tr>
      <w:tr w:rsidR="00B55C9B" w14:paraId="7F82BF08" w14:textId="77777777">
        <w:trPr>
          <w:jc w:val="center"/>
        </w:trPr>
        <w:tc>
          <w:tcPr>
            <w:tcW w:w="396" w:type="dxa"/>
            <w:tcMar>
              <w:top w:w="80" w:type="dxa"/>
              <w:left w:w="90" w:type="dxa"/>
              <w:bottom w:w="80" w:type="dxa"/>
              <w:right w:w="90" w:type="dxa"/>
            </w:tcMar>
            <w:vAlign w:val="center"/>
          </w:tcPr>
          <w:p w14:paraId="27C92EC8" w14:textId="77777777" w:rsidR="00B55C9B" w:rsidRDefault="00000000">
            <w:pPr>
              <w:spacing w:after="0"/>
              <w:jc w:val="center"/>
            </w:pPr>
            <w:r>
              <w:rPr>
                <w:b/>
                <w:color w:val="17365D"/>
                <w:sz w:val="14"/>
              </w:rPr>
              <w:t>1</w:t>
            </w:r>
          </w:p>
        </w:tc>
        <w:tc>
          <w:tcPr>
            <w:tcW w:w="1530" w:type="dxa"/>
            <w:tcMar>
              <w:top w:w="80" w:type="dxa"/>
              <w:left w:w="90" w:type="dxa"/>
              <w:bottom w:w="80" w:type="dxa"/>
              <w:right w:w="90" w:type="dxa"/>
            </w:tcMar>
            <w:vAlign w:val="center"/>
          </w:tcPr>
          <w:p w14:paraId="6C147BFB" w14:textId="77777777" w:rsidR="00B55C9B" w:rsidRDefault="00B55C9B">
            <w:pPr>
              <w:spacing w:after="0"/>
            </w:pPr>
          </w:p>
        </w:tc>
        <w:tc>
          <w:tcPr>
            <w:tcW w:w="2324" w:type="dxa"/>
            <w:tcMar>
              <w:top w:w="80" w:type="dxa"/>
              <w:left w:w="90" w:type="dxa"/>
              <w:bottom w:w="80" w:type="dxa"/>
              <w:right w:w="90" w:type="dxa"/>
            </w:tcMar>
            <w:vAlign w:val="center"/>
          </w:tcPr>
          <w:p w14:paraId="68E53767" w14:textId="77777777" w:rsidR="00B55C9B" w:rsidRDefault="00B55C9B">
            <w:pPr>
              <w:spacing w:after="0"/>
            </w:pPr>
          </w:p>
        </w:tc>
        <w:tc>
          <w:tcPr>
            <w:tcW w:w="2438" w:type="dxa"/>
            <w:tcMar>
              <w:top w:w="80" w:type="dxa"/>
              <w:left w:w="90" w:type="dxa"/>
              <w:bottom w:w="80" w:type="dxa"/>
              <w:right w:w="90" w:type="dxa"/>
            </w:tcMar>
            <w:vAlign w:val="center"/>
          </w:tcPr>
          <w:p w14:paraId="3C8B67EC" w14:textId="77777777" w:rsidR="00B55C9B" w:rsidRDefault="00B55C9B">
            <w:pPr>
              <w:spacing w:after="0"/>
            </w:pPr>
          </w:p>
        </w:tc>
        <w:tc>
          <w:tcPr>
            <w:tcW w:w="1134" w:type="dxa"/>
            <w:tcMar>
              <w:top w:w="80" w:type="dxa"/>
              <w:left w:w="90" w:type="dxa"/>
              <w:bottom w:w="80" w:type="dxa"/>
              <w:right w:w="90" w:type="dxa"/>
            </w:tcMar>
            <w:vAlign w:val="center"/>
          </w:tcPr>
          <w:p w14:paraId="4B1EAC17" w14:textId="77777777" w:rsidR="00B55C9B" w:rsidRDefault="00B55C9B">
            <w:pPr>
              <w:spacing w:after="0"/>
            </w:pPr>
          </w:p>
        </w:tc>
        <w:tc>
          <w:tcPr>
            <w:tcW w:w="963" w:type="dxa"/>
            <w:tcMar>
              <w:top w:w="80" w:type="dxa"/>
              <w:left w:w="90" w:type="dxa"/>
              <w:bottom w:w="80" w:type="dxa"/>
              <w:right w:w="90" w:type="dxa"/>
            </w:tcMar>
            <w:vAlign w:val="center"/>
          </w:tcPr>
          <w:p w14:paraId="72BCC2A6" w14:textId="77777777" w:rsidR="00B55C9B" w:rsidRDefault="00B55C9B">
            <w:pPr>
              <w:spacing w:after="0"/>
            </w:pPr>
          </w:p>
        </w:tc>
        <w:tc>
          <w:tcPr>
            <w:tcW w:w="963" w:type="dxa"/>
            <w:tcMar>
              <w:top w:w="80" w:type="dxa"/>
              <w:left w:w="90" w:type="dxa"/>
              <w:bottom w:w="80" w:type="dxa"/>
              <w:right w:w="90" w:type="dxa"/>
            </w:tcMar>
            <w:vAlign w:val="center"/>
          </w:tcPr>
          <w:p w14:paraId="4E844168" w14:textId="77777777" w:rsidR="00B55C9B" w:rsidRDefault="00B55C9B">
            <w:pPr>
              <w:spacing w:after="0"/>
            </w:pPr>
          </w:p>
        </w:tc>
        <w:tc>
          <w:tcPr>
            <w:tcW w:w="1190" w:type="dxa"/>
            <w:tcMar>
              <w:top w:w="80" w:type="dxa"/>
              <w:left w:w="90" w:type="dxa"/>
              <w:bottom w:w="80" w:type="dxa"/>
              <w:right w:w="90" w:type="dxa"/>
            </w:tcMar>
            <w:vAlign w:val="center"/>
          </w:tcPr>
          <w:p w14:paraId="42CE0A39" w14:textId="77777777" w:rsidR="00B55C9B" w:rsidRDefault="00B55C9B">
            <w:pPr>
              <w:spacing w:after="0"/>
            </w:pPr>
          </w:p>
        </w:tc>
        <w:tc>
          <w:tcPr>
            <w:tcW w:w="793" w:type="dxa"/>
            <w:tcMar>
              <w:top w:w="80" w:type="dxa"/>
              <w:left w:w="90" w:type="dxa"/>
              <w:bottom w:w="80" w:type="dxa"/>
              <w:right w:w="90" w:type="dxa"/>
            </w:tcMar>
            <w:vAlign w:val="center"/>
          </w:tcPr>
          <w:p w14:paraId="756B0592" w14:textId="77777777" w:rsidR="00B55C9B" w:rsidRDefault="00B55C9B">
            <w:pPr>
              <w:spacing w:after="0"/>
            </w:pPr>
          </w:p>
        </w:tc>
        <w:tc>
          <w:tcPr>
            <w:tcW w:w="793" w:type="dxa"/>
            <w:tcMar>
              <w:top w:w="80" w:type="dxa"/>
              <w:left w:w="90" w:type="dxa"/>
              <w:bottom w:w="80" w:type="dxa"/>
              <w:right w:w="90" w:type="dxa"/>
            </w:tcMar>
            <w:vAlign w:val="center"/>
          </w:tcPr>
          <w:p w14:paraId="25C19C37" w14:textId="77777777" w:rsidR="00B55C9B" w:rsidRDefault="00B55C9B">
            <w:pPr>
              <w:spacing w:after="0"/>
            </w:pPr>
          </w:p>
        </w:tc>
        <w:tc>
          <w:tcPr>
            <w:tcW w:w="1020" w:type="dxa"/>
            <w:tcMar>
              <w:top w:w="80" w:type="dxa"/>
              <w:left w:w="90" w:type="dxa"/>
              <w:bottom w:w="80" w:type="dxa"/>
              <w:right w:w="90" w:type="dxa"/>
            </w:tcMar>
            <w:vAlign w:val="center"/>
          </w:tcPr>
          <w:p w14:paraId="0F92AC4C" w14:textId="77777777" w:rsidR="00B55C9B" w:rsidRDefault="00B55C9B">
            <w:pPr>
              <w:spacing w:after="0"/>
            </w:pPr>
          </w:p>
        </w:tc>
        <w:tc>
          <w:tcPr>
            <w:tcW w:w="1020" w:type="dxa"/>
            <w:tcMar>
              <w:top w:w="80" w:type="dxa"/>
              <w:left w:w="90" w:type="dxa"/>
              <w:bottom w:w="80" w:type="dxa"/>
              <w:right w:w="90" w:type="dxa"/>
            </w:tcMar>
            <w:vAlign w:val="center"/>
          </w:tcPr>
          <w:p w14:paraId="08E88993" w14:textId="77777777" w:rsidR="00B55C9B" w:rsidRDefault="00B55C9B">
            <w:pPr>
              <w:spacing w:after="0"/>
            </w:pPr>
          </w:p>
        </w:tc>
        <w:tc>
          <w:tcPr>
            <w:tcW w:w="850" w:type="dxa"/>
            <w:tcMar>
              <w:top w:w="80" w:type="dxa"/>
              <w:left w:w="90" w:type="dxa"/>
              <w:bottom w:w="80" w:type="dxa"/>
              <w:right w:w="90" w:type="dxa"/>
            </w:tcMar>
            <w:vAlign w:val="center"/>
          </w:tcPr>
          <w:p w14:paraId="5BF27516" w14:textId="77777777" w:rsidR="00B55C9B" w:rsidRDefault="00B55C9B">
            <w:pPr>
              <w:spacing w:after="0"/>
            </w:pPr>
          </w:p>
        </w:tc>
      </w:tr>
      <w:tr w:rsidR="00B55C9B" w14:paraId="06631A14" w14:textId="77777777">
        <w:trPr>
          <w:jc w:val="center"/>
        </w:trPr>
        <w:tc>
          <w:tcPr>
            <w:tcW w:w="396" w:type="dxa"/>
            <w:tcMar>
              <w:top w:w="80" w:type="dxa"/>
              <w:left w:w="90" w:type="dxa"/>
              <w:bottom w:w="80" w:type="dxa"/>
              <w:right w:w="90" w:type="dxa"/>
            </w:tcMar>
            <w:vAlign w:val="center"/>
          </w:tcPr>
          <w:p w14:paraId="55E78147" w14:textId="77777777" w:rsidR="00B55C9B" w:rsidRDefault="00000000">
            <w:pPr>
              <w:spacing w:after="0"/>
              <w:jc w:val="center"/>
            </w:pPr>
            <w:r>
              <w:rPr>
                <w:b/>
                <w:color w:val="17365D"/>
                <w:sz w:val="14"/>
              </w:rPr>
              <w:t>2</w:t>
            </w:r>
          </w:p>
        </w:tc>
        <w:tc>
          <w:tcPr>
            <w:tcW w:w="1530" w:type="dxa"/>
            <w:tcMar>
              <w:top w:w="80" w:type="dxa"/>
              <w:left w:w="90" w:type="dxa"/>
              <w:bottom w:w="80" w:type="dxa"/>
              <w:right w:w="90" w:type="dxa"/>
            </w:tcMar>
            <w:vAlign w:val="center"/>
          </w:tcPr>
          <w:p w14:paraId="2D5765DF" w14:textId="77777777" w:rsidR="00B55C9B" w:rsidRDefault="00B55C9B">
            <w:pPr>
              <w:spacing w:after="0"/>
            </w:pPr>
          </w:p>
        </w:tc>
        <w:tc>
          <w:tcPr>
            <w:tcW w:w="2324" w:type="dxa"/>
            <w:tcMar>
              <w:top w:w="80" w:type="dxa"/>
              <w:left w:w="90" w:type="dxa"/>
              <w:bottom w:w="80" w:type="dxa"/>
              <w:right w:w="90" w:type="dxa"/>
            </w:tcMar>
            <w:vAlign w:val="center"/>
          </w:tcPr>
          <w:p w14:paraId="0CEBF721" w14:textId="77777777" w:rsidR="00B55C9B" w:rsidRDefault="00B55C9B">
            <w:pPr>
              <w:spacing w:after="0"/>
            </w:pPr>
          </w:p>
        </w:tc>
        <w:tc>
          <w:tcPr>
            <w:tcW w:w="2438" w:type="dxa"/>
            <w:tcMar>
              <w:top w:w="80" w:type="dxa"/>
              <w:left w:w="90" w:type="dxa"/>
              <w:bottom w:w="80" w:type="dxa"/>
              <w:right w:w="90" w:type="dxa"/>
            </w:tcMar>
            <w:vAlign w:val="center"/>
          </w:tcPr>
          <w:p w14:paraId="53745BAB" w14:textId="77777777" w:rsidR="00B55C9B" w:rsidRDefault="00B55C9B">
            <w:pPr>
              <w:spacing w:after="0"/>
            </w:pPr>
          </w:p>
        </w:tc>
        <w:tc>
          <w:tcPr>
            <w:tcW w:w="1134" w:type="dxa"/>
            <w:tcMar>
              <w:top w:w="80" w:type="dxa"/>
              <w:left w:w="90" w:type="dxa"/>
              <w:bottom w:w="80" w:type="dxa"/>
              <w:right w:w="90" w:type="dxa"/>
            </w:tcMar>
            <w:vAlign w:val="center"/>
          </w:tcPr>
          <w:p w14:paraId="31ED8F2E" w14:textId="77777777" w:rsidR="00B55C9B" w:rsidRDefault="00B55C9B">
            <w:pPr>
              <w:spacing w:after="0"/>
            </w:pPr>
          </w:p>
        </w:tc>
        <w:tc>
          <w:tcPr>
            <w:tcW w:w="963" w:type="dxa"/>
            <w:tcMar>
              <w:top w:w="80" w:type="dxa"/>
              <w:left w:w="90" w:type="dxa"/>
              <w:bottom w:w="80" w:type="dxa"/>
              <w:right w:w="90" w:type="dxa"/>
            </w:tcMar>
            <w:vAlign w:val="center"/>
          </w:tcPr>
          <w:p w14:paraId="019AAC4F" w14:textId="77777777" w:rsidR="00B55C9B" w:rsidRDefault="00B55C9B">
            <w:pPr>
              <w:spacing w:after="0"/>
            </w:pPr>
          </w:p>
        </w:tc>
        <w:tc>
          <w:tcPr>
            <w:tcW w:w="963" w:type="dxa"/>
            <w:tcMar>
              <w:top w:w="80" w:type="dxa"/>
              <w:left w:w="90" w:type="dxa"/>
              <w:bottom w:w="80" w:type="dxa"/>
              <w:right w:w="90" w:type="dxa"/>
            </w:tcMar>
            <w:vAlign w:val="center"/>
          </w:tcPr>
          <w:p w14:paraId="25D108F3" w14:textId="77777777" w:rsidR="00B55C9B" w:rsidRDefault="00B55C9B">
            <w:pPr>
              <w:spacing w:after="0"/>
            </w:pPr>
          </w:p>
        </w:tc>
        <w:tc>
          <w:tcPr>
            <w:tcW w:w="1190" w:type="dxa"/>
            <w:tcMar>
              <w:top w:w="80" w:type="dxa"/>
              <w:left w:w="90" w:type="dxa"/>
              <w:bottom w:w="80" w:type="dxa"/>
              <w:right w:w="90" w:type="dxa"/>
            </w:tcMar>
            <w:vAlign w:val="center"/>
          </w:tcPr>
          <w:p w14:paraId="5F51193C" w14:textId="77777777" w:rsidR="00B55C9B" w:rsidRDefault="00B55C9B">
            <w:pPr>
              <w:spacing w:after="0"/>
            </w:pPr>
          </w:p>
        </w:tc>
        <w:tc>
          <w:tcPr>
            <w:tcW w:w="793" w:type="dxa"/>
            <w:tcMar>
              <w:top w:w="80" w:type="dxa"/>
              <w:left w:w="90" w:type="dxa"/>
              <w:bottom w:w="80" w:type="dxa"/>
              <w:right w:w="90" w:type="dxa"/>
            </w:tcMar>
            <w:vAlign w:val="center"/>
          </w:tcPr>
          <w:p w14:paraId="4541F8A9" w14:textId="77777777" w:rsidR="00B55C9B" w:rsidRDefault="00B55C9B">
            <w:pPr>
              <w:spacing w:after="0"/>
            </w:pPr>
          </w:p>
        </w:tc>
        <w:tc>
          <w:tcPr>
            <w:tcW w:w="793" w:type="dxa"/>
            <w:tcMar>
              <w:top w:w="80" w:type="dxa"/>
              <w:left w:w="90" w:type="dxa"/>
              <w:bottom w:w="80" w:type="dxa"/>
              <w:right w:w="90" w:type="dxa"/>
            </w:tcMar>
            <w:vAlign w:val="center"/>
          </w:tcPr>
          <w:p w14:paraId="0EED562C" w14:textId="77777777" w:rsidR="00B55C9B" w:rsidRDefault="00B55C9B">
            <w:pPr>
              <w:spacing w:after="0"/>
            </w:pPr>
          </w:p>
        </w:tc>
        <w:tc>
          <w:tcPr>
            <w:tcW w:w="1020" w:type="dxa"/>
            <w:tcMar>
              <w:top w:w="80" w:type="dxa"/>
              <w:left w:w="90" w:type="dxa"/>
              <w:bottom w:w="80" w:type="dxa"/>
              <w:right w:w="90" w:type="dxa"/>
            </w:tcMar>
            <w:vAlign w:val="center"/>
          </w:tcPr>
          <w:p w14:paraId="420F833E" w14:textId="77777777" w:rsidR="00B55C9B" w:rsidRDefault="00B55C9B">
            <w:pPr>
              <w:spacing w:after="0"/>
            </w:pPr>
          </w:p>
        </w:tc>
        <w:tc>
          <w:tcPr>
            <w:tcW w:w="1020" w:type="dxa"/>
            <w:tcMar>
              <w:top w:w="80" w:type="dxa"/>
              <w:left w:w="90" w:type="dxa"/>
              <w:bottom w:w="80" w:type="dxa"/>
              <w:right w:w="90" w:type="dxa"/>
            </w:tcMar>
            <w:vAlign w:val="center"/>
          </w:tcPr>
          <w:p w14:paraId="682AB045" w14:textId="77777777" w:rsidR="00B55C9B" w:rsidRDefault="00B55C9B">
            <w:pPr>
              <w:spacing w:after="0"/>
            </w:pPr>
          </w:p>
        </w:tc>
        <w:tc>
          <w:tcPr>
            <w:tcW w:w="850" w:type="dxa"/>
            <w:tcMar>
              <w:top w:w="80" w:type="dxa"/>
              <w:left w:w="90" w:type="dxa"/>
              <w:bottom w:w="80" w:type="dxa"/>
              <w:right w:w="90" w:type="dxa"/>
            </w:tcMar>
            <w:vAlign w:val="center"/>
          </w:tcPr>
          <w:p w14:paraId="48B94399" w14:textId="77777777" w:rsidR="00B55C9B" w:rsidRDefault="00B55C9B">
            <w:pPr>
              <w:spacing w:after="0"/>
            </w:pPr>
          </w:p>
        </w:tc>
      </w:tr>
      <w:tr w:rsidR="00B55C9B" w14:paraId="5610BECD" w14:textId="77777777">
        <w:trPr>
          <w:jc w:val="center"/>
        </w:trPr>
        <w:tc>
          <w:tcPr>
            <w:tcW w:w="396" w:type="dxa"/>
            <w:tcMar>
              <w:top w:w="80" w:type="dxa"/>
              <w:left w:w="90" w:type="dxa"/>
              <w:bottom w:w="80" w:type="dxa"/>
              <w:right w:w="90" w:type="dxa"/>
            </w:tcMar>
            <w:vAlign w:val="center"/>
          </w:tcPr>
          <w:p w14:paraId="22EC2E69" w14:textId="77777777" w:rsidR="00B55C9B" w:rsidRDefault="00000000">
            <w:pPr>
              <w:spacing w:after="0"/>
              <w:jc w:val="center"/>
            </w:pPr>
            <w:r>
              <w:rPr>
                <w:b/>
                <w:color w:val="17365D"/>
                <w:sz w:val="14"/>
              </w:rPr>
              <w:t>3</w:t>
            </w:r>
          </w:p>
        </w:tc>
        <w:tc>
          <w:tcPr>
            <w:tcW w:w="1530" w:type="dxa"/>
            <w:tcMar>
              <w:top w:w="80" w:type="dxa"/>
              <w:left w:w="90" w:type="dxa"/>
              <w:bottom w:w="80" w:type="dxa"/>
              <w:right w:w="90" w:type="dxa"/>
            </w:tcMar>
            <w:vAlign w:val="center"/>
          </w:tcPr>
          <w:p w14:paraId="59BD2E03" w14:textId="77777777" w:rsidR="00B55C9B" w:rsidRDefault="00B55C9B">
            <w:pPr>
              <w:spacing w:after="0"/>
            </w:pPr>
          </w:p>
        </w:tc>
        <w:tc>
          <w:tcPr>
            <w:tcW w:w="2324" w:type="dxa"/>
            <w:tcMar>
              <w:top w:w="80" w:type="dxa"/>
              <w:left w:w="90" w:type="dxa"/>
              <w:bottom w:w="80" w:type="dxa"/>
              <w:right w:w="90" w:type="dxa"/>
            </w:tcMar>
            <w:vAlign w:val="center"/>
          </w:tcPr>
          <w:p w14:paraId="499B07F3" w14:textId="77777777" w:rsidR="00B55C9B" w:rsidRDefault="00B55C9B">
            <w:pPr>
              <w:spacing w:after="0"/>
            </w:pPr>
          </w:p>
        </w:tc>
        <w:tc>
          <w:tcPr>
            <w:tcW w:w="2438" w:type="dxa"/>
            <w:tcMar>
              <w:top w:w="80" w:type="dxa"/>
              <w:left w:w="90" w:type="dxa"/>
              <w:bottom w:w="80" w:type="dxa"/>
              <w:right w:w="90" w:type="dxa"/>
            </w:tcMar>
            <w:vAlign w:val="center"/>
          </w:tcPr>
          <w:p w14:paraId="5B8CCD77" w14:textId="77777777" w:rsidR="00B55C9B" w:rsidRDefault="00B55C9B">
            <w:pPr>
              <w:spacing w:after="0"/>
            </w:pPr>
          </w:p>
        </w:tc>
        <w:tc>
          <w:tcPr>
            <w:tcW w:w="1134" w:type="dxa"/>
            <w:tcMar>
              <w:top w:w="80" w:type="dxa"/>
              <w:left w:w="90" w:type="dxa"/>
              <w:bottom w:w="80" w:type="dxa"/>
              <w:right w:w="90" w:type="dxa"/>
            </w:tcMar>
            <w:vAlign w:val="center"/>
          </w:tcPr>
          <w:p w14:paraId="43B3466A" w14:textId="77777777" w:rsidR="00B55C9B" w:rsidRDefault="00B55C9B">
            <w:pPr>
              <w:spacing w:after="0"/>
            </w:pPr>
          </w:p>
        </w:tc>
        <w:tc>
          <w:tcPr>
            <w:tcW w:w="963" w:type="dxa"/>
            <w:tcMar>
              <w:top w:w="80" w:type="dxa"/>
              <w:left w:w="90" w:type="dxa"/>
              <w:bottom w:w="80" w:type="dxa"/>
              <w:right w:w="90" w:type="dxa"/>
            </w:tcMar>
            <w:vAlign w:val="center"/>
          </w:tcPr>
          <w:p w14:paraId="4FA137D5" w14:textId="77777777" w:rsidR="00B55C9B" w:rsidRDefault="00B55C9B">
            <w:pPr>
              <w:spacing w:after="0"/>
            </w:pPr>
          </w:p>
        </w:tc>
        <w:tc>
          <w:tcPr>
            <w:tcW w:w="963" w:type="dxa"/>
            <w:tcMar>
              <w:top w:w="80" w:type="dxa"/>
              <w:left w:w="90" w:type="dxa"/>
              <w:bottom w:w="80" w:type="dxa"/>
              <w:right w:w="90" w:type="dxa"/>
            </w:tcMar>
            <w:vAlign w:val="center"/>
          </w:tcPr>
          <w:p w14:paraId="76E7D2B9" w14:textId="77777777" w:rsidR="00B55C9B" w:rsidRDefault="00B55C9B">
            <w:pPr>
              <w:spacing w:after="0"/>
            </w:pPr>
          </w:p>
        </w:tc>
        <w:tc>
          <w:tcPr>
            <w:tcW w:w="1190" w:type="dxa"/>
            <w:tcMar>
              <w:top w:w="80" w:type="dxa"/>
              <w:left w:w="90" w:type="dxa"/>
              <w:bottom w:w="80" w:type="dxa"/>
              <w:right w:w="90" w:type="dxa"/>
            </w:tcMar>
            <w:vAlign w:val="center"/>
          </w:tcPr>
          <w:p w14:paraId="368BF613" w14:textId="77777777" w:rsidR="00B55C9B" w:rsidRDefault="00B55C9B">
            <w:pPr>
              <w:spacing w:after="0"/>
            </w:pPr>
          </w:p>
        </w:tc>
        <w:tc>
          <w:tcPr>
            <w:tcW w:w="793" w:type="dxa"/>
            <w:tcMar>
              <w:top w:w="80" w:type="dxa"/>
              <w:left w:w="90" w:type="dxa"/>
              <w:bottom w:w="80" w:type="dxa"/>
              <w:right w:w="90" w:type="dxa"/>
            </w:tcMar>
            <w:vAlign w:val="center"/>
          </w:tcPr>
          <w:p w14:paraId="326BFBEA" w14:textId="77777777" w:rsidR="00B55C9B" w:rsidRDefault="00B55C9B">
            <w:pPr>
              <w:spacing w:after="0"/>
            </w:pPr>
          </w:p>
        </w:tc>
        <w:tc>
          <w:tcPr>
            <w:tcW w:w="793" w:type="dxa"/>
            <w:tcMar>
              <w:top w:w="80" w:type="dxa"/>
              <w:left w:w="90" w:type="dxa"/>
              <w:bottom w:w="80" w:type="dxa"/>
              <w:right w:w="90" w:type="dxa"/>
            </w:tcMar>
            <w:vAlign w:val="center"/>
          </w:tcPr>
          <w:p w14:paraId="73ABFEA5" w14:textId="77777777" w:rsidR="00B55C9B" w:rsidRDefault="00B55C9B">
            <w:pPr>
              <w:spacing w:after="0"/>
            </w:pPr>
          </w:p>
        </w:tc>
        <w:tc>
          <w:tcPr>
            <w:tcW w:w="1020" w:type="dxa"/>
            <w:tcMar>
              <w:top w:w="80" w:type="dxa"/>
              <w:left w:w="90" w:type="dxa"/>
              <w:bottom w:w="80" w:type="dxa"/>
              <w:right w:w="90" w:type="dxa"/>
            </w:tcMar>
            <w:vAlign w:val="center"/>
          </w:tcPr>
          <w:p w14:paraId="2854FA73" w14:textId="77777777" w:rsidR="00B55C9B" w:rsidRDefault="00B55C9B">
            <w:pPr>
              <w:spacing w:after="0"/>
            </w:pPr>
          </w:p>
        </w:tc>
        <w:tc>
          <w:tcPr>
            <w:tcW w:w="1020" w:type="dxa"/>
            <w:tcMar>
              <w:top w:w="80" w:type="dxa"/>
              <w:left w:w="90" w:type="dxa"/>
              <w:bottom w:w="80" w:type="dxa"/>
              <w:right w:w="90" w:type="dxa"/>
            </w:tcMar>
            <w:vAlign w:val="center"/>
          </w:tcPr>
          <w:p w14:paraId="5F18E704" w14:textId="77777777" w:rsidR="00B55C9B" w:rsidRDefault="00B55C9B">
            <w:pPr>
              <w:spacing w:after="0"/>
            </w:pPr>
          </w:p>
        </w:tc>
        <w:tc>
          <w:tcPr>
            <w:tcW w:w="850" w:type="dxa"/>
            <w:tcMar>
              <w:top w:w="80" w:type="dxa"/>
              <w:left w:w="90" w:type="dxa"/>
              <w:bottom w:w="80" w:type="dxa"/>
              <w:right w:w="90" w:type="dxa"/>
            </w:tcMar>
            <w:vAlign w:val="center"/>
          </w:tcPr>
          <w:p w14:paraId="59636B1B" w14:textId="77777777" w:rsidR="00B55C9B" w:rsidRDefault="00B55C9B">
            <w:pPr>
              <w:spacing w:after="0"/>
            </w:pPr>
          </w:p>
        </w:tc>
      </w:tr>
      <w:tr w:rsidR="00B55C9B" w14:paraId="51D7BFDB" w14:textId="77777777">
        <w:trPr>
          <w:jc w:val="center"/>
        </w:trPr>
        <w:tc>
          <w:tcPr>
            <w:tcW w:w="396" w:type="dxa"/>
            <w:tcMar>
              <w:top w:w="80" w:type="dxa"/>
              <w:left w:w="90" w:type="dxa"/>
              <w:bottom w:w="80" w:type="dxa"/>
              <w:right w:w="90" w:type="dxa"/>
            </w:tcMar>
            <w:vAlign w:val="center"/>
          </w:tcPr>
          <w:p w14:paraId="5B74B010" w14:textId="77777777" w:rsidR="00B55C9B" w:rsidRDefault="00000000">
            <w:pPr>
              <w:spacing w:after="0"/>
              <w:jc w:val="center"/>
            </w:pPr>
            <w:r>
              <w:rPr>
                <w:b/>
                <w:color w:val="17365D"/>
                <w:sz w:val="14"/>
              </w:rPr>
              <w:t>4</w:t>
            </w:r>
          </w:p>
        </w:tc>
        <w:tc>
          <w:tcPr>
            <w:tcW w:w="1530" w:type="dxa"/>
            <w:tcMar>
              <w:top w:w="80" w:type="dxa"/>
              <w:left w:w="90" w:type="dxa"/>
              <w:bottom w:w="80" w:type="dxa"/>
              <w:right w:w="90" w:type="dxa"/>
            </w:tcMar>
            <w:vAlign w:val="center"/>
          </w:tcPr>
          <w:p w14:paraId="26933DBD" w14:textId="77777777" w:rsidR="00B55C9B" w:rsidRDefault="00B55C9B">
            <w:pPr>
              <w:spacing w:after="0"/>
            </w:pPr>
          </w:p>
        </w:tc>
        <w:tc>
          <w:tcPr>
            <w:tcW w:w="2324" w:type="dxa"/>
            <w:tcMar>
              <w:top w:w="80" w:type="dxa"/>
              <w:left w:w="90" w:type="dxa"/>
              <w:bottom w:w="80" w:type="dxa"/>
              <w:right w:w="90" w:type="dxa"/>
            </w:tcMar>
            <w:vAlign w:val="center"/>
          </w:tcPr>
          <w:p w14:paraId="79B45306" w14:textId="77777777" w:rsidR="00B55C9B" w:rsidRDefault="00B55C9B">
            <w:pPr>
              <w:spacing w:after="0"/>
            </w:pPr>
          </w:p>
        </w:tc>
        <w:tc>
          <w:tcPr>
            <w:tcW w:w="2438" w:type="dxa"/>
            <w:tcMar>
              <w:top w:w="80" w:type="dxa"/>
              <w:left w:w="90" w:type="dxa"/>
              <w:bottom w:w="80" w:type="dxa"/>
              <w:right w:w="90" w:type="dxa"/>
            </w:tcMar>
            <w:vAlign w:val="center"/>
          </w:tcPr>
          <w:p w14:paraId="15E20571" w14:textId="77777777" w:rsidR="00B55C9B" w:rsidRDefault="00B55C9B">
            <w:pPr>
              <w:spacing w:after="0"/>
            </w:pPr>
          </w:p>
        </w:tc>
        <w:tc>
          <w:tcPr>
            <w:tcW w:w="1134" w:type="dxa"/>
            <w:tcMar>
              <w:top w:w="80" w:type="dxa"/>
              <w:left w:w="90" w:type="dxa"/>
              <w:bottom w:w="80" w:type="dxa"/>
              <w:right w:w="90" w:type="dxa"/>
            </w:tcMar>
            <w:vAlign w:val="center"/>
          </w:tcPr>
          <w:p w14:paraId="1AF7880F" w14:textId="77777777" w:rsidR="00B55C9B" w:rsidRDefault="00B55C9B">
            <w:pPr>
              <w:spacing w:after="0"/>
            </w:pPr>
          </w:p>
        </w:tc>
        <w:tc>
          <w:tcPr>
            <w:tcW w:w="963" w:type="dxa"/>
            <w:tcMar>
              <w:top w:w="80" w:type="dxa"/>
              <w:left w:w="90" w:type="dxa"/>
              <w:bottom w:w="80" w:type="dxa"/>
              <w:right w:w="90" w:type="dxa"/>
            </w:tcMar>
            <w:vAlign w:val="center"/>
          </w:tcPr>
          <w:p w14:paraId="252B7048" w14:textId="77777777" w:rsidR="00B55C9B" w:rsidRDefault="00B55C9B">
            <w:pPr>
              <w:spacing w:after="0"/>
            </w:pPr>
          </w:p>
        </w:tc>
        <w:tc>
          <w:tcPr>
            <w:tcW w:w="963" w:type="dxa"/>
            <w:tcMar>
              <w:top w:w="80" w:type="dxa"/>
              <w:left w:w="90" w:type="dxa"/>
              <w:bottom w:w="80" w:type="dxa"/>
              <w:right w:w="90" w:type="dxa"/>
            </w:tcMar>
            <w:vAlign w:val="center"/>
          </w:tcPr>
          <w:p w14:paraId="0E7F42EA" w14:textId="77777777" w:rsidR="00B55C9B" w:rsidRDefault="00B55C9B">
            <w:pPr>
              <w:spacing w:after="0"/>
            </w:pPr>
          </w:p>
        </w:tc>
        <w:tc>
          <w:tcPr>
            <w:tcW w:w="1190" w:type="dxa"/>
            <w:tcMar>
              <w:top w:w="80" w:type="dxa"/>
              <w:left w:w="90" w:type="dxa"/>
              <w:bottom w:w="80" w:type="dxa"/>
              <w:right w:w="90" w:type="dxa"/>
            </w:tcMar>
            <w:vAlign w:val="center"/>
          </w:tcPr>
          <w:p w14:paraId="4336CCCC" w14:textId="77777777" w:rsidR="00B55C9B" w:rsidRDefault="00B55C9B">
            <w:pPr>
              <w:spacing w:after="0"/>
            </w:pPr>
          </w:p>
        </w:tc>
        <w:tc>
          <w:tcPr>
            <w:tcW w:w="793" w:type="dxa"/>
            <w:tcMar>
              <w:top w:w="80" w:type="dxa"/>
              <w:left w:w="90" w:type="dxa"/>
              <w:bottom w:w="80" w:type="dxa"/>
              <w:right w:w="90" w:type="dxa"/>
            </w:tcMar>
            <w:vAlign w:val="center"/>
          </w:tcPr>
          <w:p w14:paraId="285B7405" w14:textId="77777777" w:rsidR="00B55C9B" w:rsidRDefault="00B55C9B">
            <w:pPr>
              <w:spacing w:after="0"/>
            </w:pPr>
          </w:p>
        </w:tc>
        <w:tc>
          <w:tcPr>
            <w:tcW w:w="793" w:type="dxa"/>
            <w:tcMar>
              <w:top w:w="80" w:type="dxa"/>
              <w:left w:w="90" w:type="dxa"/>
              <w:bottom w:w="80" w:type="dxa"/>
              <w:right w:w="90" w:type="dxa"/>
            </w:tcMar>
            <w:vAlign w:val="center"/>
          </w:tcPr>
          <w:p w14:paraId="577EA959" w14:textId="77777777" w:rsidR="00B55C9B" w:rsidRDefault="00B55C9B">
            <w:pPr>
              <w:spacing w:after="0"/>
            </w:pPr>
          </w:p>
        </w:tc>
        <w:tc>
          <w:tcPr>
            <w:tcW w:w="1020" w:type="dxa"/>
            <w:tcMar>
              <w:top w:w="80" w:type="dxa"/>
              <w:left w:w="90" w:type="dxa"/>
              <w:bottom w:w="80" w:type="dxa"/>
              <w:right w:w="90" w:type="dxa"/>
            </w:tcMar>
            <w:vAlign w:val="center"/>
          </w:tcPr>
          <w:p w14:paraId="3133AAC0" w14:textId="77777777" w:rsidR="00B55C9B" w:rsidRDefault="00B55C9B">
            <w:pPr>
              <w:spacing w:after="0"/>
            </w:pPr>
          </w:p>
        </w:tc>
        <w:tc>
          <w:tcPr>
            <w:tcW w:w="1020" w:type="dxa"/>
            <w:tcMar>
              <w:top w:w="80" w:type="dxa"/>
              <w:left w:w="90" w:type="dxa"/>
              <w:bottom w:w="80" w:type="dxa"/>
              <w:right w:w="90" w:type="dxa"/>
            </w:tcMar>
            <w:vAlign w:val="center"/>
          </w:tcPr>
          <w:p w14:paraId="262A656A" w14:textId="77777777" w:rsidR="00B55C9B" w:rsidRDefault="00B55C9B">
            <w:pPr>
              <w:spacing w:after="0"/>
            </w:pPr>
          </w:p>
        </w:tc>
        <w:tc>
          <w:tcPr>
            <w:tcW w:w="850" w:type="dxa"/>
            <w:tcMar>
              <w:top w:w="80" w:type="dxa"/>
              <w:left w:w="90" w:type="dxa"/>
              <w:bottom w:w="80" w:type="dxa"/>
              <w:right w:w="90" w:type="dxa"/>
            </w:tcMar>
            <w:vAlign w:val="center"/>
          </w:tcPr>
          <w:p w14:paraId="438148EF" w14:textId="77777777" w:rsidR="00B55C9B" w:rsidRDefault="00B55C9B">
            <w:pPr>
              <w:spacing w:after="0"/>
            </w:pPr>
          </w:p>
        </w:tc>
      </w:tr>
      <w:tr w:rsidR="00B55C9B" w14:paraId="48D0F460" w14:textId="77777777">
        <w:trPr>
          <w:jc w:val="center"/>
        </w:trPr>
        <w:tc>
          <w:tcPr>
            <w:tcW w:w="396" w:type="dxa"/>
            <w:tcMar>
              <w:top w:w="80" w:type="dxa"/>
              <w:left w:w="90" w:type="dxa"/>
              <w:bottom w:w="80" w:type="dxa"/>
              <w:right w:w="90" w:type="dxa"/>
            </w:tcMar>
            <w:vAlign w:val="center"/>
          </w:tcPr>
          <w:p w14:paraId="5CE815E4" w14:textId="77777777" w:rsidR="00B55C9B" w:rsidRDefault="00000000">
            <w:pPr>
              <w:spacing w:after="0"/>
              <w:jc w:val="center"/>
            </w:pPr>
            <w:r>
              <w:rPr>
                <w:b/>
                <w:color w:val="17365D"/>
                <w:sz w:val="14"/>
              </w:rPr>
              <w:t>5</w:t>
            </w:r>
          </w:p>
        </w:tc>
        <w:tc>
          <w:tcPr>
            <w:tcW w:w="1530" w:type="dxa"/>
            <w:tcMar>
              <w:top w:w="80" w:type="dxa"/>
              <w:left w:w="90" w:type="dxa"/>
              <w:bottom w:w="80" w:type="dxa"/>
              <w:right w:w="90" w:type="dxa"/>
            </w:tcMar>
            <w:vAlign w:val="center"/>
          </w:tcPr>
          <w:p w14:paraId="4E9CA3CB" w14:textId="77777777" w:rsidR="00B55C9B" w:rsidRDefault="00B55C9B">
            <w:pPr>
              <w:spacing w:after="0"/>
            </w:pPr>
          </w:p>
        </w:tc>
        <w:tc>
          <w:tcPr>
            <w:tcW w:w="2324" w:type="dxa"/>
            <w:tcMar>
              <w:top w:w="80" w:type="dxa"/>
              <w:left w:w="90" w:type="dxa"/>
              <w:bottom w:w="80" w:type="dxa"/>
              <w:right w:w="90" w:type="dxa"/>
            </w:tcMar>
            <w:vAlign w:val="center"/>
          </w:tcPr>
          <w:p w14:paraId="6A448606" w14:textId="77777777" w:rsidR="00B55C9B" w:rsidRDefault="00B55C9B">
            <w:pPr>
              <w:spacing w:after="0"/>
            </w:pPr>
          </w:p>
        </w:tc>
        <w:tc>
          <w:tcPr>
            <w:tcW w:w="2438" w:type="dxa"/>
            <w:tcMar>
              <w:top w:w="80" w:type="dxa"/>
              <w:left w:w="90" w:type="dxa"/>
              <w:bottom w:w="80" w:type="dxa"/>
              <w:right w:w="90" w:type="dxa"/>
            </w:tcMar>
            <w:vAlign w:val="center"/>
          </w:tcPr>
          <w:p w14:paraId="61D687DE" w14:textId="77777777" w:rsidR="00B55C9B" w:rsidRDefault="00B55C9B">
            <w:pPr>
              <w:spacing w:after="0"/>
            </w:pPr>
          </w:p>
        </w:tc>
        <w:tc>
          <w:tcPr>
            <w:tcW w:w="1134" w:type="dxa"/>
            <w:tcMar>
              <w:top w:w="80" w:type="dxa"/>
              <w:left w:w="90" w:type="dxa"/>
              <w:bottom w:w="80" w:type="dxa"/>
              <w:right w:w="90" w:type="dxa"/>
            </w:tcMar>
            <w:vAlign w:val="center"/>
          </w:tcPr>
          <w:p w14:paraId="7E273ADE" w14:textId="77777777" w:rsidR="00B55C9B" w:rsidRDefault="00B55C9B">
            <w:pPr>
              <w:spacing w:after="0"/>
            </w:pPr>
          </w:p>
        </w:tc>
        <w:tc>
          <w:tcPr>
            <w:tcW w:w="963" w:type="dxa"/>
            <w:tcMar>
              <w:top w:w="80" w:type="dxa"/>
              <w:left w:w="90" w:type="dxa"/>
              <w:bottom w:w="80" w:type="dxa"/>
              <w:right w:w="90" w:type="dxa"/>
            </w:tcMar>
            <w:vAlign w:val="center"/>
          </w:tcPr>
          <w:p w14:paraId="420A5414" w14:textId="77777777" w:rsidR="00B55C9B" w:rsidRDefault="00B55C9B">
            <w:pPr>
              <w:spacing w:after="0"/>
            </w:pPr>
          </w:p>
        </w:tc>
        <w:tc>
          <w:tcPr>
            <w:tcW w:w="963" w:type="dxa"/>
            <w:tcMar>
              <w:top w:w="80" w:type="dxa"/>
              <w:left w:w="90" w:type="dxa"/>
              <w:bottom w:w="80" w:type="dxa"/>
              <w:right w:w="90" w:type="dxa"/>
            </w:tcMar>
            <w:vAlign w:val="center"/>
          </w:tcPr>
          <w:p w14:paraId="21485FA8" w14:textId="77777777" w:rsidR="00B55C9B" w:rsidRDefault="00B55C9B">
            <w:pPr>
              <w:spacing w:after="0"/>
            </w:pPr>
          </w:p>
        </w:tc>
        <w:tc>
          <w:tcPr>
            <w:tcW w:w="1190" w:type="dxa"/>
            <w:tcMar>
              <w:top w:w="80" w:type="dxa"/>
              <w:left w:w="90" w:type="dxa"/>
              <w:bottom w:w="80" w:type="dxa"/>
              <w:right w:w="90" w:type="dxa"/>
            </w:tcMar>
            <w:vAlign w:val="center"/>
          </w:tcPr>
          <w:p w14:paraId="708A6215" w14:textId="77777777" w:rsidR="00B55C9B" w:rsidRDefault="00B55C9B">
            <w:pPr>
              <w:spacing w:after="0"/>
            </w:pPr>
          </w:p>
        </w:tc>
        <w:tc>
          <w:tcPr>
            <w:tcW w:w="793" w:type="dxa"/>
            <w:tcMar>
              <w:top w:w="80" w:type="dxa"/>
              <w:left w:w="90" w:type="dxa"/>
              <w:bottom w:w="80" w:type="dxa"/>
              <w:right w:w="90" w:type="dxa"/>
            </w:tcMar>
            <w:vAlign w:val="center"/>
          </w:tcPr>
          <w:p w14:paraId="07E1A65C" w14:textId="77777777" w:rsidR="00B55C9B" w:rsidRDefault="00B55C9B">
            <w:pPr>
              <w:spacing w:after="0"/>
            </w:pPr>
          </w:p>
        </w:tc>
        <w:tc>
          <w:tcPr>
            <w:tcW w:w="793" w:type="dxa"/>
            <w:tcMar>
              <w:top w:w="80" w:type="dxa"/>
              <w:left w:w="90" w:type="dxa"/>
              <w:bottom w:w="80" w:type="dxa"/>
              <w:right w:w="90" w:type="dxa"/>
            </w:tcMar>
            <w:vAlign w:val="center"/>
          </w:tcPr>
          <w:p w14:paraId="76B7CC18" w14:textId="77777777" w:rsidR="00B55C9B" w:rsidRDefault="00B55C9B">
            <w:pPr>
              <w:spacing w:after="0"/>
            </w:pPr>
          </w:p>
        </w:tc>
        <w:tc>
          <w:tcPr>
            <w:tcW w:w="1020" w:type="dxa"/>
            <w:tcMar>
              <w:top w:w="80" w:type="dxa"/>
              <w:left w:w="90" w:type="dxa"/>
              <w:bottom w:w="80" w:type="dxa"/>
              <w:right w:w="90" w:type="dxa"/>
            </w:tcMar>
            <w:vAlign w:val="center"/>
          </w:tcPr>
          <w:p w14:paraId="041DA929" w14:textId="77777777" w:rsidR="00B55C9B" w:rsidRDefault="00B55C9B">
            <w:pPr>
              <w:spacing w:after="0"/>
            </w:pPr>
          </w:p>
        </w:tc>
        <w:tc>
          <w:tcPr>
            <w:tcW w:w="1020" w:type="dxa"/>
            <w:tcMar>
              <w:top w:w="80" w:type="dxa"/>
              <w:left w:w="90" w:type="dxa"/>
              <w:bottom w:w="80" w:type="dxa"/>
              <w:right w:w="90" w:type="dxa"/>
            </w:tcMar>
            <w:vAlign w:val="center"/>
          </w:tcPr>
          <w:p w14:paraId="00EF47B7" w14:textId="77777777" w:rsidR="00B55C9B" w:rsidRDefault="00B55C9B">
            <w:pPr>
              <w:spacing w:after="0"/>
            </w:pPr>
          </w:p>
        </w:tc>
        <w:tc>
          <w:tcPr>
            <w:tcW w:w="850" w:type="dxa"/>
            <w:tcMar>
              <w:top w:w="80" w:type="dxa"/>
              <w:left w:w="90" w:type="dxa"/>
              <w:bottom w:w="80" w:type="dxa"/>
              <w:right w:w="90" w:type="dxa"/>
            </w:tcMar>
            <w:vAlign w:val="center"/>
          </w:tcPr>
          <w:p w14:paraId="769EE555" w14:textId="77777777" w:rsidR="00B55C9B" w:rsidRDefault="00B55C9B">
            <w:pPr>
              <w:spacing w:after="0"/>
            </w:pPr>
          </w:p>
        </w:tc>
      </w:tr>
      <w:tr w:rsidR="00B55C9B" w14:paraId="31220FE6" w14:textId="77777777">
        <w:trPr>
          <w:jc w:val="center"/>
        </w:trPr>
        <w:tc>
          <w:tcPr>
            <w:tcW w:w="396" w:type="dxa"/>
            <w:tcMar>
              <w:top w:w="80" w:type="dxa"/>
              <w:left w:w="90" w:type="dxa"/>
              <w:bottom w:w="80" w:type="dxa"/>
              <w:right w:w="90" w:type="dxa"/>
            </w:tcMar>
            <w:vAlign w:val="center"/>
          </w:tcPr>
          <w:p w14:paraId="133BEDE8" w14:textId="77777777" w:rsidR="00B55C9B" w:rsidRDefault="00000000">
            <w:pPr>
              <w:spacing w:after="0"/>
              <w:jc w:val="center"/>
            </w:pPr>
            <w:r>
              <w:rPr>
                <w:b/>
                <w:color w:val="17365D"/>
                <w:sz w:val="14"/>
              </w:rPr>
              <w:t>6</w:t>
            </w:r>
          </w:p>
        </w:tc>
        <w:tc>
          <w:tcPr>
            <w:tcW w:w="1530" w:type="dxa"/>
            <w:tcMar>
              <w:top w:w="80" w:type="dxa"/>
              <w:left w:w="90" w:type="dxa"/>
              <w:bottom w:w="80" w:type="dxa"/>
              <w:right w:w="90" w:type="dxa"/>
            </w:tcMar>
            <w:vAlign w:val="center"/>
          </w:tcPr>
          <w:p w14:paraId="7D228763" w14:textId="77777777" w:rsidR="00B55C9B" w:rsidRDefault="00B55C9B">
            <w:pPr>
              <w:spacing w:after="0"/>
            </w:pPr>
          </w:p>
        </w:tc>
        <w:tc>
          <w:tcPr>
            <w:tcW w:w="2324" w:type="dxa"/>
            <w:tcMar>
              <w:top w:w="80" w:type="dxa"/>
              <w:left w:w="90" w:type="dxa"/>
              <w:bottom w:w="80" w:type="dxa"/>
              <w:right w:w="90" w:type="dxa"/>
            </w:tcMar>
            <w:vAlign w:val="center"/>
          </w:tcPr>
          <w:p w14:paraId="30B0E451" w14:textId="77777777" w:rsidR="00B55C9B" w:rsidRDefault="00B55C9B">
            <w:pPr>
              <w:spacing w:after="0"/>
            </w:pPr>
          </w:p>
        </w:tc>
        <w:tc>
          <w:tcPr>
            <w:tcW w:w="2438" w:type="dxa"/>
            <w:tcMar>
              <w:top w:w="80" w:type="dxa"/>
              <w:left w:w="90" w:type="dxa"/>
              <w:bottom w:w="80" w:type="dxa"/>
              <w:right w:w="90" w:type="dxa"/>
            </w:tcMar>
            <w:vAlign w:val="center"/>
          </w:tcPr>
          <w:p w14:paraId="0D33BAF1" w14:textId="77777777" w:rsidR="00B55C9B" w:rsidRDefault="00B55C9B">
            <w:pPr>
              <w:spacing w:after="0"/>
            </w:pPr>
          </w:p>
        </w:tc>
        <w:tc>
          <w:tcPr>
            <w:tcW w:w="1134" w:type="dxa"/>
            <w:tcMar>
              <w:top w:w="80" w:type="dxa"/>
              <w:left w:w="90" w:type="dxa"/>
              <w:bottom w:w="80" w:type="dxa"/>
              <w:right w:w="90" w:type="dxa"/>
            </w:tcMar>
            <w:vAlign w:val="center"/>
          </w:tcPr>
          <w:p w14:paraId="149755EB" w14:textId="77777777" w:rsidR="00B55C9B" w:rsidRDefault="00B55C9B">
            <w:pPr>
              <w:spacing w:after="0"/>
            </w:pPr>
          </w:p>
        </w:tc>
        <w:tc>
          <w:tcPr>
            <w:tcW w:w="963" w:type="dxa"/>
            <w:tcMar>
              <w:top w:w="80" w:type="dxa"/>
              <w:left w:w="90" w:type="dxa"/>
              <w:bottom w:w="80" w:type="dxa"/>
              <w:right w:w="90" w:type="dxa"/>
            </w:tcMar>
            <w:vAlign w:val="center"/>
          </w:tcPr>
          <w:p w14:paraId="0CC7CBDA" w14:textId="77777777" w:rsidR="00B55C9B" w:rsidRDefault="00B55C9B">
            <w:pPr>
              <w:spacing w:after="0"/>
            </w:pPr>
          </w:p>
        </w:tc>
        <w:tc>
          <w:tcPr>
            <w:tcW w:w="963" w:type="dxa"/>
            <w:tcMar>
              <w:top w:w="80" w:type="dxa"/>
              <w:left w:w="90" w:type="dxa"/>
              <w:bottom w:w="80" w:type="dxa"/>
              <w:right w:w="90" w:type="dxa"/>
            </w:tcMar>
            <w:vAlign w:val="center"/>
          </w:tcPr>
          <w:p w14:paraId="67E41580" w14:textId="77777777" w:rsidR="00B55C9B" w:rsidRDefault="00B55C9B">
            <w:pPr>
              <w:spacing w:after="0"/>
            </w:pPr>
          </w:p>
        </w:tc>
        <w:tc>
          <w:tcPr>
            <w:tcW w:w="1190" w:type="dxa"/>
            <w:tcMar>
              <w:top w:w="80" w:type="dxa"/>
              <w:left w:w="90" w:type="dxa"/>
              <w:bottom w:w="80" w:type="dxa"/>
              <w:right w:w="90" w:type="dxa"/>
            </w:tcMar>
            <w:vAlign w:val="center"/>
          </w:tcPr>
          <w:p w14:paraId="3419CF41" w14:textId="77777777" w:rsidR="00B55C9B" w:rsidRDefault="00B55C9B">
            <w:pPr>
              <w:spacing w:after="0"/>
            </w:pPr>
          </w:p>
        </w:tc>
        <w:tc>
          <w:tcPr>
            <w:tcW w:w="793" w:type="dxa"/>
            <w:tcMar>
              <w:top w:w="80" w:type="dxa"/>
              <w:left w:w="90" w:type="dxa"/>
              <w:bottom w:w="80" w:type="dxa"/>
              <w:right w:w="90" w:type="dxa"/>
            </w:tcMar>
            <w:vAlign w:val="center"/>
          </w:tcPr>
          <w:p w14:paraId="5D30BED6" w14:textId="77777777" w:rsidR="00B55C9B" w:rsidRDefault="00B55C9B">
            <w:pPr>
              <w:spacing w:after="0"/>
            </w:pPr>
          </w:p>
        </w:tc>
        <w:tc>
          <w:tcPr>
            <w:tcW w:w="793" w:type="dxa"/>
            <w:tcMar>
              <w:top w:w="80" w:type="dxa"/>
              <w:left w:w="90" w:type="dxa"/>
              <w:bottom w:w="80" w:type="dxa"/>
              <w:right w:w="90" w:type="dxa"/>
            </w:tcMar>
            <w:vAlign w:val="center"/>
          </w:tcPr>
          <w:p w14:paraId="321609DC" w14:textId="77777777" w:rsidR="00B55C9B" w:rsidRDefault="00B55C9B">
            <w:pPr>
              <w:spacing w:after="0"/>
            </w:pPr>
          </w:p>
        </w:tc>
        <w:tc>
          <w:tcPr>
            <w:tcW w:w="1020" w:type="dxa"/>
            <w:tcMar>
              <w:top w:w="80" w:type="dxa"/>
              <w:left w:w="90" w:type="dxa"/>
              <w:bottom w:w="80" w:type="dxa"/>
              <w:right w:w="90" w:type="dxa"/>
            </w:tcMar>
            <w:vAlign w:val="center"/>
          </w:tcPr>
          <w:p w14:paraId="128508E7" w14:textId="77777777" w:rsidR="00B55C9B" w:rsidRDefault="00B55C9B">
            <w:pPr>
              <w:spacing w:after="0"/>
            </w:pPr>
          </w:p>
        </w:tc>
        <w:tc>
          <w:tcPr>
            <w:tcW w:w="1020" w:type="dxa"/>
            <w:tcMar>
              <w:top w:w="80" w:type="dxa"/>
              <w:left w:w="90" w:type="dxa"/>
              <w:bottom w:w="80" w:type="dxa"/>
              <w:right w:w="90" w:type="dxa"/>
            </w:tcMar>
            <w:vAlign w:val="center"/>
          </w:tcPr>
          <w:p w14:paraId="14B34071" w14:textId="77777777" w:rsidR="00B55C9B" w:rsidRDefault="00B55C9B">
            <w:pPr>
              <w:spacing w:after="0"/>
            </w:pPr>
          </w:p>
        </w:tc>
        <w:tc>
          <w:tcPr>
            <w:tcW w:w="850" w:type="dxa"/>
            <w:tcMar>
              <w:top w:w="80" w:type="dxa"/>
              <w:left w:w="90" w:type="dxa"/>
              <w:bottom w:w="80" w:type="dxa"/>
              <w:right w:w="90" w:type="dxa"/>
            </w:tcMar>
            <w:vAlign w:val="center"/>
          </w:tcPr>
          <w:p w14:paraId="3BBBDD35" w14:textId="77777777" w:rsidR="00B55C9B" w:rsidRDefault="00B55C9B">
            <w:pPr>
              <w:spacing w:after="0"/>
            </w:pPr>
          </w:p>
        </w:tc>
      </w:tr>
    </w:tbl>
    <w:p w14:paraId="02C8B5A3" w14:textId="77777777" w:rsidR="00B55C9B" w:rsidRDefault="00000000">
      <w:pPr>
        <w:pStyle w:val="Ttulo2"/>
      </w:pPr>
      <w:r>
        <w:t>Declaración del oferente</w:t>
      </w:r>
    </w:p>
    <w:p w14:paraId="68ECE1D7" w14:textId="77777777" w:rsidR="00B55C9B" w:rsidRDefault="00000000">
      <w:pPr>
        <w:jc w:val="both"/>
      </w:pPr>
      <w:r>
        <w:rPr>
          <w:i/>
        </w:rPr>
        <w:t>Certifico que la experiencia relacionada fue ejecutada por el oferente o por los integrantes en los porcentajes indicados, se encuentra terminada y está soportada con documentos verificables. Autorizo a la Cámara para contactar a los contratantes y validar la información.</w:t>
      </w:r>
    </w:p>
    <w:p w14:paraId="62A0D4B7" w14:textId="77777777" w:rsidR="00B55C9B" w:rsidRDefault="00B55C9B"/>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4536"/>
        <w:gridCol w:w="4536"/>
      </w:tblGrid>
      <w:tr w:rsidR="00B55C9B" w14:paraId="0AD97260" w14:textId="77777777">
        <w:trPr>
          <w:jc w:val="center"/>
        </w:trPr>
        <w:tc>
          <w:tcPr>
            <w:tcW w:w="4536" w:type="dxa"/>
            <w:tcMar>
              <w:top w:w="80" w:type="dxa"/>
              <w:left w:w="90" w:type="dxa"/>
              <w:bottom w:w="80" w:type="dxa"/>
              <w:right w:w="90" w:type="dxa"/>
            </w:tcMar>
            <w:vAlign w:val="center"/>
          </w:tcPr>
          <w:p w14:paraId="5AE905DA" w14:textId="77777777" w:rsidR="00D57CF3" w:rsidRDefault="00000000" w:rsidP="00D57CF3">
            <w:pPr>
              <w:spacing w:before="360" w:after="360"/>
              <w:rPr>
                <w:color w:val="000000"/>
                <w:sz w:val="18"/>
              </w:rPr>
            </w:pPr>
            <w:r>
              <w:rPr>
                <w:color w:val="000000"/>
                <w:sz w:val="18"/>
              </w:rPr>
              <w:t>Nombre: __________________________________</w:t>
            </w:r>
            <w:r>
              <w:rPr>
                <w:color w:val="000000"/>
                <w:sz w:val="18"/>
              </w:rPr>
              <w:br/>
            </w:r>
          </w:p>
          <w:p w14:paraId="4F0D58A1" w14:textId="2A0D4A52" w:rsidR="00B55C9B" w:rsidRDefault="00000000" w:rsidP="00D57CF3">
            <w:pPr>
              <w:spacing w:before="360" w:after="360"/>
            </w:pPr>
            <w:r>
              <w:rPr>
                <w:color w:val="000000"/>
                <w:sz w:val="18"/>
              </w:rPr>
              <w:t>Documento: _________________________________</w:t>
            </w:r>
          </w:p>
        </w:tc>
        <w:tc>
          <w:tcPr>
            <w:tcW w:w="4536" w:type="dxa"/>
            <w:tcMar>
              <w:top w:w="80" w:type="dxa"/>
              <w:left w:w="90" w:type="dxa"/>
              <w:bottom w:w="80" w:type="dxa"/>
              <w:right w:w="90" w:type="dxa"/>
            </w:tcMar>
            <w:vAlign w:val="center"/>
          </w:tcPr>
          <w:p w14:paraId="5BFA3D44" w14:textId="21E6FCE2" w:rsidR="00D57CF3" w:rsidRDefault="00000000" w:rsidP="00D57CF3">
            <w:pPr>
              <w:spacing w:before="360" w:after="360"/>
              <w:rPr>
                <w:color w:val="000000"/>
                <w:sz w:val="18"/>
              </w:rPr>
            </w:pPr>
            <w:r>
              <w:rPr>
                <w:color w:val="000000"/>
                <w:sz w:val="18"/>
              </w:rPr>
              <w:t>Calidad</w:t>
            </w:r>
            <w:r w:rsidR="008B7B88">
              <w:rPr>
                <w:color w:val="000000"/>
                <w:sz w:val="18"/>
              </w:rPr>
              <w:t>/Cargo</w:t>
            </w:r>
            <w:r>
              <w:rPr>
                <w:color w:val="000000"/>
                <w:sz w:val="18"/>
              </w:rPr>
              <w:t>:</w:t>
            </w:r>
            <w:r w:rsidR="008B7B88">
              <w:rPr>
                <w:color w:val="000000"/>
                <w:sz w:val="18"/>
              </w:rPr>
              <w:t xml:space="preserve"> </w:t>
            </w:r>
            <w:r>
              <w:rPr>
                <w:color w:val="000000"/>
                <w:sz w:val="18"/>
              </w:rPr>
              <w:t>_______________________________</w:t>
            </w:r>
            <w:r>
              <w:rPr>
                <w:color w:val="000000"/>
                <w:sz w:val="18"/>
              </w:rPr>
              <w:br/>
            </w:r>
          </w:p>
          <w:p w14:paraId="4E0E04C2" w14:textId="3580412B" w:rsidR="00B55C9B" w:rsidRDefault="00000000" w:rsidP="00D57CF3">
            <w:pPr>
              <w:spacing w:before="360" w:after="360"/>
            </w:pPr>
            <w:r>
              <w:rPr>
                <w:color w:val="000000"/>
                <w:sz w:val="18"/>
              </w:rPr>
              <w:t>Firma: ____</w:t>
            </w:r>
            <w:r w:rsidR="00D57CF3">
              <w:rPr>
                <w:color w:val="000000"/>
                <w:sz w:val="18"/>
              </w:rPr>
              <w:t>__</w:t>
            </w:r>
            <w:r>
              <w:rPr>
                <w:color w:val="000000"/>
                <w:sz w:val="18"/>
              </w:rPr>
              <w:t>_____________________</w:t>
            </w:r>
            <w:r w:rsidR="008B7B88">
              <w:rPr>
                <w:color w:val="000000"/>
                <w:sz w:val="18"/>
              </w:rPr>
              <w:t>_</w:t>
            </w:r>
            <w:r>
              <w:rPr>
                <w:color w:val="000000"/>
                <w:sz w:val="18"/>
              </w:rPr>
              <w:t>_________</w:t>
            </w:r>
          </w:p>
        </w:tc>
      </w:tr>
      <w:tr w:rsidR="00B55C9B" w14:paraId="2945E60D" w14:textId="77777777">
        <w:trPr>
          <w:jc w:val="center"/>
        </w:trPr>
        <w:tc>
          <w:tcPr>
            <w:tcW w:w="4536" w:type="dxa"/>
            <w:tcMar>
              <w:top w:w="80" w:type="dxa"/>
              <w:left w:w="90" w:type="dxa"/>
              <w:bottom w:w="80" w:type="dxa"/>
              <w:right w:w="90" w:type="dxa"/>
            </w:tcMar>
            <w:vAlign w:val="center"/>
          </w:tcPr>
          <w:p w14:paraId="530595EE" w14:textId="77777777" w:rsidR="00B55C9B" w:rsidRDefault="00000000" w:rsidP="008B7B88">
            <w:pPr>
              <w:spacing w:before="120" w:after="120"/>
            </w:pPr>
            <w:r>
              <w:rPr>
                <w:color w:val="000000"/>
                <w:sz w:val="18"/>
              </w:rPr>
              <w:t>Fecha: ____ / ____ / ______</w:t>
            </w:r>
          </w:p>
        </w:tc>
        <w:tc>
          <w:tcPr>
            <w:tcW w:w="4536" w:type="dxa"/>
            <w:tcMar>
              <w:top w:w="80" w:type="dxa"/>
              <w:left w:w="90" w:type="dxa"/>
              <w:bottom w:w="80" w:type="dxa"/>
              <w:right w:w="90" w:type="dxa"/>
            </w:tcMar>
            <w:vAlign w:val="center"/>
          </w:tcPr>
          <w:p w14:paraId="1855A920" w14:textId="6043A719" w:rsidR="00B55C9B" w:rsidRDefault="00000000" w:rsidP="008B7B88">
            <w:pPr>
              <w:spacing w:before="120" w:after="120"/>
            </w:pPr>
            <w:r>
              <w:rPr>
                <w:color w:val="000000"/>
                <w:sz w:val="18"/>
              </w:rPr>
              <w:t>Ciudad: ___</w:t>
            </w:r>
            <w:r w:rsidR="00D57CF3">
              <w:rPr>
                <w:color w:val="000000"/>
                <w:sz w:val="18"/>
              </w:rPr>
              <w:t>_____</w:t>
            </w:r>
            <w:r>
              <w:rPr>
                <w:color w:val="000000"/>
                <w:sz w:val="18"/>
              </w:rPr>
              <w:t>___________________________</w:t>
            </w:r>
          </w:p>
        </w:tc>
      </w:tr>
    </w:tbl>
    <w:p w14:paraId="799747C0" w14:textId="77777777" w:rsidR="00B55C9B" w:rsidRDefault="00000000">
      <w:r>
        <w:br w:type="page"/>
      </w:r>
    </w:p>
    <w:p w14:paraId="3BA89872" w14:textId="77777777" w:rsidR="00B55C9B" w:rsidRDefault="00000000">
      <w:pPr>
        <w:pStyle w:val="Ttulo1"/>
        <w:jc w:val="center"/>
      </w:pPr>
      <w:r>
        <w:lastRenderedPageBreak/>
        <w:t>ANEXO 4. EQUIPO PROFESIONAL PROPUESTO</w:t>
      </w:r>
    </w:p>
    <w:p w14:paraId="4DED2574" w14:textId="77777777" w:rsidR="00B55C9B" w:rsidRDefault="00000000" w:rsidP="00894FE4">
      <w:pPr>
        <w:spacing w:after="160"/>
        <w:jc w:val="center"/>
      </w:pPr>
      <w:r>
        <w:rPr>
          <w:i/>
          <w:color w:val="666666"/>
          <w:sz w:val="17"/>
        </w:rPr>
        <w:t>Diligencie una fila por cada cargo. Adjunte hoja de vida, títulos, matrícula profesional, certificaciones y soportes de experiencia.</w:t>
      </w:r>
    </w:p>
    <w:tbl>
      <w:tblPr>
        <w:tblW w:w="0" w:type="auto"/>
        <w:jc w:val="center"/>
        <w:tblBorders>
          <w:top w:val="single" w:sz="4" w:space="0" w:color="7F8C8D"/>
          <w:left w:val="single" w:sz="4" w:space="0" w:color="7F8C8D"/>
          <w:bottom w:val="single" w:sz="4" w:space="0" w:color="7F8C8D"/>
          <w:right w:val="single" w:sz="4" w:space="0" w:color="7F8C8D"/>
          <w:insideH w:val="single" w:sz="4" w:space="0" w:color="7F8C8D"/>
          <w:insideV w:val="single" w:sz="4" w:space="0" w:color="7F8C8D"/>
        </w:tblBorders>
        <w:tblLayout w:type="fixed"/>
        <w:tblLook w:val="04A0" w:firstRow="1" w:lastRow="0" w:firstColumn="1" w:lastColumn="0" w:noHBand="0" w:noVBand="1"/>
      </w:tblPr>
      <w:tblGrid>
        <w:gridCol w:w="368"/>
        <w:gridCol w:w="2494"/>
        <w:gridCol w:w="1701"/>
        <w:gridCol w:w="1244"/>
        <w:gridCol w:w="1193"/>
        <w:gridCol w:w="1134"/>
        <w:gridCol w:w="1247"/>
        <w:gridCol w:w="1190"/>
        <w:gridCol w:w="850"/>
        <w:gridCol w:w="1247"/>
      </w:tblGrid>
      <w:tr w:rsidR="00B55C9B" w14:paraId="74EA0D05" w14:textId="77777777" w:rsidTr="008B7B88">
        <w:trPr>
          <w:tblHeader/>
          <w:jc w:val="center"/>
        </w:trPr>
        <w:tc>
          <w:tcPr>
            <w:tcW w:w="368" w:type="dxa"/>
            <w:shd w:val="clear" w:color="auto" w:fill="17365D"/>
            <w:tcMar>
              <w:top w:w="80" w:type="dxa"/>
              <w:left w:w="90" w:type="dxa"/>
              <w:bottom w:w="80" w:type="dxa"/>
              <w:right w:w="90" w:type="dxa"/>
            </w:tcMar>
            <w:vAlign w:val="center"/>
          </w:tcPr>
          <w:p w14:paraId="1DC2BD64" w14:textId="77777777" w:rsidR="00B55C9B" w:rsidRDefault="00000000">
            <w:pPr>
              <w:spacing w:after="0"/>
              <w:jc w:val="center"/>
            </w:pPr>
            <w:r>
              <w:rPr>
                <w:b/>
                <w:color w:val="FFFFFF"/>
                <w:sz w:val="14"/>
              </w:rPr>
              <w:t>No.</w:t>
            </w:r>
          </w:p>
        </w:tc>
        <w:tc>
          <w:tcPr>
            <w:tcW w:w="2494" w:type="dxa"/>
            <w:shd w:val="clear" w:color="auto" w:fill="17365D"/>
            <w:tcMar>
              <w:top w:w="80" w:type="dxa"/>
              <w:left w:w="90" w:type="dxa"/>
              <w:bottom w:w="80" w:type="dxa"/>
              <w:right w:w="90" w:type="dxa"/>
            </w:tcMar>
            <w:vAlign w:val="center"/>
          </w:tcPr>
          <w:p w14:paraId="52E86E88" w14:textId="77777777" w:rsidR="00B55C9B" w:rsidRDefault="00000000">
            <w:pPr>
              <w:spacing w:after="0"/>
              <w:jc w:val="center"/>
            </w:pPr>
            <w:r>
              <w:rPr>
                <w:b/>
                <w:color w:val="FFFFFF"/>
                <w:sz w:val="14"/>
              </w:rPr>
              <w:t>Cargo requerido</w:t>
            </w:r>
          </w:p>
        </w:tc>
        <w:tc>
          <w:tcPr>
            <w:tcW w:w="1701" w:type="dxa"/>
            <w:shd w:val="clear" w:color="auto" w:fill="17365D"/>
            <w:tcMar>
              <w:top w:w="80" w:type="dxa"/>
              <w:left w:w="90" w:type="dxa"/>
              <w:bottom w:w="80" w:type="dxa"/>
              <w:right w:w="90" w:type="dxa"/>
            </w:tcMar>
            <w:vAlign w:val="center"/>
          </w:tcPr>
          <w:p w14:paraId="39E54301" w14:textId="77777777" w:rsidR="00B55C9B" w:rsidRDefault="00000000">
            <w:pPr>
              <w:spacing w:after="0"/>
              <w:jc w:val="center"/>
            </w:pPr>
            <w:r>
              <w:rPr>
                <w:b/>
                <w:color w:val="FFFFFF"/>
                <w:sz w:val="14"/>
              </w:rPr>
              <w:t>Nombre completo</w:t>
            </w:r>
          </w:p>
        </w:tc>
        <w:tc>
          <w:tcPr>
            <w:tcW w:w="1244" w:type="dxa"/>
            <w:shd w:val="clear" w:color="auto" w:fill="17365D"/>
            <w:tcMar>
              <w:top w:w="80" w:type="dxa"/>
              <w:left w:w="90" w:type="dxa"/>
              <w:bottom w:w="80" w:type="dxa"/>
              <w:right w:w="90" w:type="dxa"/>
            </w:tcMar>
            <w:vAlign w:val="center"/>
          </w:tcPr>
          <w:p w14:paraId="2B4850E9" w14:textId="77777777" w:rsidR="00B55C9B" w:rsidRDefault="00000000">
            <w:pPr>
              <w:spacing w:after="0"/>
              <w:jc w:val="center"/>
            </w:pPr>
            <w:r>
              <w:rPr>
                <w:b/>
                <w:color w:val="FFFFFF"/>
                <w:sz w:val="14"/>
              </w:rPr>
              <w:t>Identificación</w:t>
            </w:r>
          </w:p>
        </w:tc>
        <w:tc>
          <w:tcPr>
            <w:tcW w:w="1193" w:type="dxa"/>
            <w:shd w:val="clear" w:color="auto" w:fill="17365D"/>
            <w:tcMar>
              <w:top w:w="80" w:type="dxa"/>
              <w:left w:w="90" w:type="dxa"/>
              <w:bottom w:w="80" w:type="dxa"/>
              <w:right w:w="90" w:type="dxa"/>
            </w:tcMar>
            <w:vAlign w:val="center"/>
          </w:tcPr>
          <w:p w14:paraId="1054C26E" w14:textId="77777777" w:rsidR="00B55C9B" w:rsidRDefault="00000000">
            <w:pPr>
              <w:spacing w:after="0"/>
              <w:jc w:val="center"/>
            </w:pPr>
            <w:r>
              <w:rPr>
                <w:b/>
                <w:color w:val="FFFFFF"/>
                <w:sz w:val="14"/>
              </w:rPr>
              <w:t>Profesión / TP</w:t>
            </w:r>
          </w:p>
        </w:tc>
        <w:tc>
          <w:tcPr>
            <w:tcW w:w="1134" w:type="dxa"/>
            <w:shd w:val="clear" w:color="auto" w:fill="17365D"/>
            <w:tcMar>
              <w:top w:w="80" w:type="dxa"/>
              <w:left w:w="90" w:type="dxa"/>
              <w:bottom w:w="80" w:type="dxa"/>
              <w:right w:w="90" w:type="dxa"/>
            </w:tcMar>
            <w:vAlign w:val="center"/>
          </w:tcPr>
          <w:p w14:paraId="1EB3A9E3" w14:textId="77777777" w:rsidR="00B55C9B" w:rsidRDefault="00000000">
            <w:pPr>
              <w:spacing w:after="0"/>
              <w:jc w:val="center"/>
            </w:pPr>
            <w:r>
              <w:rPr>
                <w:b/>
                <w:color w:val="FFFFFF"/>
                <w:sz w:val="14"/>
              </w:rPr>
              <w:t>Posgrado</w:t>
            </w:r>
          </w:p>
        </w:tc>
        <w:tc>
          <w:tcPr>
            <w:tcW w:w="1247" w:type="dxa"/>
            <w:shd w:val="clear" w:color="auto" w:fill="17365D"/>
            <w:tcMar>
              <w:top w:w="80" w:type="dxa"/>
              <w:left w:w="90" w:type="dxa"/>
              <w:bottom w:w="80" w:type="dxa"/>
              <w:right w:w="90" w:type="dxa"/>
            </w:tcMar>
            <w:vAlign w:val="center"/>
          </w:tcPr>
          <w:p w14:paraId="6D893E95" w14:textId="77777777" w:rsidR="00B55C9B" w:rsidRDefault="00000000">
            <w:pPr>
              <w:spacing w:after="0"/>
              <w:jc w:val="center"/>
            </w:pPr>
            <w:r>
              <w:rPr>
                <w:b/>
                <w:color w:val="FFFFFF"/>
                <w:sz w:val="14"/>
              </w:rPr>
              <w:t>Exp. general (años)</w:t>
            </w:r>
          </w:p>
        </w:tc>
        <w:tc>
          <w:tcPr>
            <w:tcW w:w="1190" w:type="dxa"/>
            <w:shd w:val="clear" w:color="auto" w:fill="17365D"/>
            <w:tcMar>
              <w:top w:w="80" w:type="dxa"/>
              <w:left w:w="90" w:type="dxa"/>
              <w:bottom w:w="80" w:type="dxa"/>
              <w:right w:w="90" w:type="dxa"/>
            </w:tcMar>
            <w:vAlign w:val="center"/>
          </w:tcPr>
          <w:p w14:paraId="4532C128" w14:textId="77777777" w:rsidR="00B55C9B" w:rsidRDefault="00000000">
            <w:pPr>
              <w:spacing w:after="0"/>
              <w:jc w:val="center"/>
            </w:pPr>
            <w:r>
              <w:rPr>
                <w:b/>
                <w:color w:val="FFFFFF"/>
                <w:sz w:val="14"/>
              </w:rPr>
              <w:t>Exp. específica (años)</w:t>
            </w:r>
          </w:p>
        </w:tc>
        <w:tc>
          <w:tcPr>
            <w:tcW w:w="850" w:type="dxa"/>
            <w:shd w:val="clear" w:color="auto" w:fill="17365D"/>
            <w:tcMar>
              <w:top w:w="80" w:type="dxa"/>
              <w:left w:w="90" w:type="dxa"/>
              <w:bottom w:w="80" w:type="dxa"/>
              <w:right w:w="90" w:type="dxa"/>
            </w:tcMar>
            <w:vAlign w:val="center"/>
          </w:tcPr>
          <w:p w14:paraId="4728EC14" w14:textId="77777777" w:rsidR="00B55C9B" w:rsidRDefault="00000000">
            <w:pPr>
              <w:spacing w:after="0"/>
              <w:jc w:val="center"/>
            </w:pPr>
            <w:r>
              <w:rPr>
                <w:b/>
                <w:color w:val="FFFFFF"/>
                <w:sz w:val="14"/>
              </w:rPr>
              <w:t>Dispon. %</w:t>
            </w:r>
          </w:p>
        </w:tc>
        <w:tc>
          <w:tcPr>
            <w:tcW w:w="1247" w:type="dxa"/>
            <w:shd w:val="clear" w:color="auto" w:fill="17365D"/>
            <w:tcMar>
              <w:top w:w="80" w:type="dxa"/>
              <w:left w:w="90" w:type="dxa"/>
              <w:bottom w:w="80" w:type="dxa"/>
              <w:right w:w="90" w:type="dxa"/>
            </w:tcMar>
            <w:vAlign w:val="center"/>
          </w:tcPr>
          <w:p w14:paraId="07F59F39" w14:textId="77777777" w:rsidR="00B55C9B" w:rsidRDefault="00000000">
            <w:pPr>
              <w:spacing w:after="0"/>
              <w:jc w:val="center"/>
            </w:pPr>
            <w:r>
              <w:rPr>
                <w:b/>
                <w:color w:val="FFFFFF"/>
                <w:sz w:val="14"/>
              </w:rPr>
              <w:t>Soportes / folios</w:t>
            </w:r>
          </w:p>
        </w:tc>
      </w:tr>
      <w:tr w:rsidR="00B55C9B" w14:paraId="00BE3C47" w14:textId="77777777" w:rsidTr="008B7B88">
        <w:trPr>
          <w:jc w:val="center"/>
        </w:trPr>
        <w:tc>
          <w:tcPr>
            <w:tcW w:w="368" w:type="dxa"/>
            <w:tcMar>
              <w:top w:w="80" w:type="dxa"/>
              <w:left w:w="90" w:type="dxa"/>
              <w:bottom w:w="80" w:type="dxa"/>
              <w:right w:w="90" w:type="dxa"/>
            </w:tcMar>
            <w:vAlign w:val="center"/>
          </w:tcPr>
          <w:p w14:paraId="52026550" w14:textId="77777777" w:rsidR="00B55C9B" w:rsidRDefault="00000000">
            <w:pPr>
              <w:spacing w:after="0"/>
              <w:jc w:val="center"/>
            </w:pPr>
            <w:r>
              <w:rPr>
                <w:b/>
                <w:color w:val="17365D"/>
                <w:sz w:val="14"/>
              </w:rPr>
              <w:t>1</w:t>
            </w:r>
          </w:p>
        </w:tc>
        <w:tc>
          <w:tcPr>
            <w:tcW w:w="2494" w:type="dxa"/>
            <w:tcMar>
              <w:top w:w="80" w:type="dxa"/>
              <w:left w:w="90" w:type="dxa"/>
              <w:bottom w:w="80" w:type="dxa"/>
              <w:right w:w="90" w:type="dxa"/>
            </w:tcMar>
            <w:vAlign w:val="center"/>
          </w:tcPr>
          <w:p w14:paraId="40F58880" w14:textId="77777777" w:rsidR="00B55C9B" w:rsidRDefault="00000000">
            <w:pPr>
              <w:spacing w:after="0"/>
            </w:pPr>
            <w:r>
              <w:rPr>
                <w:color w:val="000000"/>
                <w:sz w:val="14"/>
              </w:rPr>
              <w:t>Director de consultoría / arquitecto director</w:t>
            </w:r>
          </w:p>
        </w:tc>
        <w:tc>
          <w:tcPr>
            <w:tcW w:w="1701" w:type="dxa"/>
            <w:tcMar>
              <w:top w:w="80" w:type="dxa"/>
              <w:left w:w="90" w:type="dxa"/>
              <w:bottom w:w="80" w:type="dxa"/>
              <w:right w:w="90" w:type="dxa"/>
            </w:tcMar>
            <w:vAlign w:val="center"/>
          </w:tcPr>
          <w:p w14:paraId="2682798F" w14:textId="77777777" w:rsidR="00B55C9B" w:rsidRDefault="00B55C9B">
            <w:pPr>
              <w:spacing w:after="0"/>
            </w:pPr>
          </w:p>
        </w:tc>
        <w:tc>
          <w:tcPr>
            <w:tcW w:w="1244" w:type="dxa"/>
            <w:tcMar>
              <w:top w:w="80" w:type="dxa"/>
              <w:left w:w="90" w:type="dxa"/>
              <w:bottom w:w="80" w:type="dxa"/>
              <w:right w:w="90" w:type="dxa"/>
            </w:tcMar>
            <w:vAlign w:val="center"/>
          </w:tcPr>
          <w:p w14:paraId="767E1B5E" w14:textId="77777777" w:rsidR="00B55C9B" w:rsidRDefault="00B55C9B">
            <w:pPr>
              <w:spacing w:after="0"/>
            </w:pPr>
          </w:p>
        </w:tc>
        <w:tc>
          <w:tcPr>
            <w:tcW w:w="1193" w:type="dxa"/>
            <w:tcMar>
              <w:top w:w="80" w:type="dxa"/>
              <w:left w:w="90" w:type="dxa"/>
              <w:bottom w:w="80" w:type="dxa"/>
              <w:right w:w="90" w:type="dxa"/>
            </w:tcMar>
            <w:vAlign w:val="center"/>
          </w:tcPr>
          <w:p w14:paraId="5EECDCBC" w14:textId="77777777" w:rsidR="00B55C9B" w:rsidRDefault="00B55C9B">
            <w:pPr>
              <w:spacing w:after="0"/>
            </w:pPr>
          </w:p>
        </w:tc>
        <w:tc>
          <w:tcPr>
            <w:tcW w:w="1134" w:type="dxa"/>
            <w:tcMar>
              <w:top w:w="80" w:type="dxa"/>
              <w:left w:w="90" w:type="dxa"/>
              <w:bottom w:w="80" w:type="dxa"/>
              <w:right w:w="90" w:type="dxa"/>
            </w:tcMar>
            <w:vAlign w:val="center"/>
          </w:tcPr>
          <w:p w14:paraId="3FDCEE3D" w14:textId="77777777" w:rsidR="00B55C9B" w:rsidRDefault="00B55C9B">
            <w:pPr>
              <w:spacing w:after="0"/>
            </w:pPr>
          </w:p>
        </w:tc>
        <w:tc>
          <w:tcPr>
            <w:tcW w:w="1247" w:type="dxa"/>
            <w:tcMar>
              <w:top w:w="80" w:type="dxa"/>
              <w:left w:w="90" w:type="dxa"/>
              <w:bottom w:w="80" w:type="dxa"/>
              <w:right w:w="90" w:type="dxa"/>
            </w:tcMar>
            <w:vAlign w:val="center"/>
          </w:tcPr>
          <w:p w14:paraId="19AC811D" w14:textId="77777777" w:rsidR="00B55C9B" w:rsidRDefault="00B55C9B">
            <w:pPr>
              <w:spacing w:after="0"/>
            </w:pPr>
          </w:p>
        </w:tc>
        <w:tc>
          <w:tcPr>
            <w:tcW w:w="1190" w:type="dxa"/>
            <w:tcMar>
              <w:top w:w="80" w:type="dxa"/>
              <w:left w:w="90" w:type="dxa"/>
              <w:bottom w:w="80" w:type="dxa"/>
              <w:right w:w="90" w:type="dxa"/>
            </w:tcMar>
            <w:vAlign w:val="center"/>
          </w:tcPr>
          <w:p w14:paraId="09E1FF0B" w14:textId="77777777" w:rsidR="00B55C9B" w:rsidRDefault="00B55C9B">
            <w:pPr>
              <w:spacing w:after="0"/>
            </w:pPr>
          </w:p>
        </w:tc>
        <w:tc>
          <w:tcPr>
            <w:tcW w:w="850" w:type="dxa"/>
            <w:tcMar>
              <w:top w:w="80" w:type="dxa"/>
              <w:left w:w="90" w:type="dxa"/>
              <w:bottom w:w="80" w:type="dxa"/>
              <w:right w:w="90" w:type="dxa"/>
            </w:tcMar>
            <w:vAlign w:val="center"/>
          </w:tcPr>
          <w:p w14:paraId="3E0203BE" w14:textId="77777777" w:rsidR="00B55C9B" w:rsidRDefault="00B55C9B">
            <w:pPr>
              <w:spacing w:after="0"/>
            </w:pPr>
          </w:p>
        </w:tc>
        <w:tc>
          <w:tcPr>
            <w:tcW w:w="1247" w:type="dxa"/>
            <w:tcMar>
              <w:top w:w="80" w:type="dxa"/>
              <w:left w:w="90" w:type="dxa"/>
              <w:bottom w:w="80" w:type="dxa"/>
              <w:right w:w="90" w:type="dxa"/>
            </w:tcMar>
            <w:vAlign w:val="center"/>
          </w:tcPr>
          <w:p w14:paraId="6E565315" w14:textId="77777777" w:rsidR="00B55C9B" w:rsidRDefault="00B55C9B">
            <w:pPr>
              <w:spacing w:after="0"/>
            </w:pPr>
          </w:p>
        </w:tc>
      </w:tr>
      <w:tr w:rsidR="00B55C9B" w14:paraId="51407444" w14:textId="77777777" w:rsidTr="008B7B88">
        <w:trPr>
          <w:jc w:val="center"/>
        </w:trPr>
        <w:tc>
          <w:tcPr>
            <w:tcW w:w="368" w:type="dxa"/>
            <w:shd w:val="clear" w:color="auto" w:fill="EEF4F9"/>
            <w:tcMar>
              <w:top w:w="80" w:type="dxa"/>
              <w:left w:w="90" w:type="dxa"/>
              <w:bottom w:w="80" w:type="dxa"/>
              <w:right w:w="90" w:type="dxa"/>
            </w:tcMar>
            <w:vAlign w:val="center"/>
          </w:tcPr>
          <w:p w14:paraId="1D1B15A2" w14:textId="77777777" w:rsidR="00B55C9B" w:rsidRDefault="00000000">
            <w:pPr>
              <w:spacing w:after="0"/>
              <w:jc w:val="center"/>
            </w:pPr>
            <w:r>
              <w:rPr>
                <w:b/>
                <w:color w:val="17365D"/>
                <w:sz w:val="14"/>
              </w:rPr>
              <w:t>2</w:t>
            </w:r>
          </w:p>
        </w:tc>
        <w:tc>
          <w:tcPr>
            <w:tcW w:w="2494" w:type="dxa"/>
            <w:shd w:val="clear" w:color="auto" w:fill="EEF4F9"/>
            <w:tcMar>
              <w:top w:w="80" w:type="dxa"/>
              <w:left w:w="90" w:type="dxa"/>
              <w:bottom w:w="80" w:type="dxa"/>
              <w:right w:w="90" w:type="dxa"/>
            </w:tcMar>
            <w:vAlign w:val="center"/>
          </w:tcPr>
          <w:p w14:paraId="3319B747" w14:textId="77777777" w:rsidR="00B55C9B" w:rsidRDefault="00000000">
            <w:pPr>
              <w:spacing w:after="0"/>
            </w:pPr>
            <w:r>
              <w:rPr>
                <w:color w:val="000000"/>
                <w:sz w:val="14"/>
              </w:rPr>
              <w:t>Diseñador arquitectónico</w:t>
            </w:r>
          </w:p>
        </w:tc>
        <w:tc>
          <w:tcPr>
            <w:tcW w:w="1701" w:type="dxa"/>
            <w:shd w:val="clear" w:color="auto" w:fill="EEF4F9"/>
            <w:tcMar>
              <w:top w:w="80" w:type="dxa"/>
              <w:left w:w="90" w:type="dxa"/>
              <w:bottom w:w="80" w:type="dxa"/>
              <w:right w:w="90" w:type="dxa"/>
            </w:tcMar>
            <w:vAlign w:val="center"/>
          </w:tcPr>
          <w:p w14:paraId="7C98F272" w14:textId="77777777" w:rsidR="00B55C9B" w:rsidRDefault="00B55C9B">
            <w:pPr>
              <w:spacing w:after="0"/>
            </w:pPr>
          </w:p>
        </w:tc>
        <w:tc>
          <w:tcPr>
            <w:tcW w:w="1244" w:type="dxa"/>
            <w:shd w:val="clear" w:color="auto" w:fill="EEF4F9"/>
            <w:tcMar>
              <w:top w:w="80" w:type="dxa"/>
              <w:left w:w="90" w:type="dxa"/>
              <w:bottom w:w="80" w:type="dxa"/>
              <w:right w:w="90" w:type="dxa"/>
            </w:tcMar>
            <w:vAlign w:val="center"/>
          </w:tcPr>
          <w:p w14:paraId="129A0B32" w14:textId="77777777" w:rsidR="00B55C9B" w:rsidRDefault="00B55C9B">
            <w:pPr>
              <w:spacing w:after="0"/>
            </w:pPr>
          </w:p>
        </w:tc>
        <w:tc>
          <w:tcPr>
            <w:tcW w:w="1193" w:type="dxa"/>
            <w:shd w:val="clear" w:color="auto" w:fill="EEF4F9"/>
            <w:tcMar>
              <w:top w:w="80" w:type="dxa"/>
              <w:left w:w="90" w:type="dxa"/>
              <w:bottom w:w="80" w:type="dxa"/>
              <w:right w:w="90" w:type="dxa"/>
            </w:tcMar>
            <w:vAlign w:val="center"/>
          </w:tcPr>
          <w:p w14:paraId="3AAC3E21" w14:textId="77777777" w:rsidR="00B55C9B" w:rsidRDefault="00B55C9B">
            <w:pPr>
              <w:spacing w:after="0"/>
            </w:pPr>
          </w:p>
        </w:tc>
        <w:tc>
          <w:tcPr>
            <w:tcW w:w="1134" w:type="dxa"/>
            <w:shd w:val="clear" w:color="auto" w:fill="EEF4F9"/>
            <w:tcMar>
              <w:top w:w="80" w:type="dxa"/>
              <w:left w:w="90" w:type="dxa"/>
              <w:bottom w:w="80" w:type="dxa"/>
              <w:right w:w="90" w:type="dxa"/>
            </w:tcMar>
            <w:vAlign w:val="center"/>
          </w:tcPr>
          <w:p w14:paraId="7CD83DF8" w14:textId="77777777" w:rsidR="00B55C9B" w:rsidRDefault="00B55C9B">
            <w:pPr>
              <w:spacing w:after="0"/>
            </w:pPr>
          </w:p>
        </w:tc>
        <w:tc>
          <w:tcPr>
            <w:tcW w:w="1247" w:type="dxa"/>
            <w:shd w:val="clear" w:color="auto" w:fill="EEF4F9"/>
            <w:tcMar>
              <w:top w:w="80" w:type="dxa"/>
              <w:left w:w="90" w:type="dxa"/>
              <w:bottom w:w="80" w:type="dxa"/>
              <w:right w:w="90" w:type="dxa"/>
            </w:tcMar>
            <w:vAlign w:val="center"/>
          </w:tcPr>
          <w:p w14:paraId="0ECE45F6" w14:textId="77777777" w:rsidR="00B55C9B" w:rsidRDefault="00B55C9B">
            <w:pPr>
              <w:spacing w:after="0"/>
            </w:pPr>
          </w:p>
        </w:tc>
        <w:tc>
          <w:tcPr>
            <w:tcW w:w="1190" w:type="dxa"/>
            <w:shd w:val="clear" w:color="auto" w:fill="EEF4F9"/>
            <w:tcMar>
              <w:top w:w="80" w:type="dxa"/>
              <w:left w:w="90" w:type="dxa"/>
              <w:bottom w:w="80" w:type="dxa"/>
              <w:right w:w="90" w:type="dxa"/>
            </w:tcMar>
            <w:vAlign w:val="center"/>
          </w:tcPr>
          <w:p w14:paraId="1A5EB361" w14:textId="77777777" w:rsidR="00B55C9B" w:rsidRDefault="00B55C9B">
            <w:pPr>
              <w:spacing w:after="0"/>
            </w:pPr>
          </w:p>
        </w:tc>
        <w:tc>
          <w:tcPr>
            <w:tcW w:w="850" w:type="dxa"/>
            <w:shd w:val="clear" w:color="auto" w:fill="EEF4F9"/>
            <w:tcMar>
              <w:top w:w="80" w:type="dxa"/>
              <w:left w:w="90" w:type="dxa"/>
              <w:bottom w:w="80" w:type="dxa"/>
              <w:right w:w="90" w:type="dxa"/>
            </w:tcMar>
            <w:vAlign w:val="center"/>
          </w:tcPr>
          <w:p w14:paraId="3E144EE1" w14:textId="77777777" w:rsidR="00B55C9B" w:rsidRDefault="00B55C9B">
            <w:pPr>
              <w:spacing w:after="0"/>
            </w:pPr>
          </w:p>
        </w:tc>
        <w:tc>
          <w:tcPr>
            <w:tcW w:w="1247" w:type="dxa"/>
            <w:shd w:val="clear" w:color="auto" w:fill="EEF4F9"/>
            <w:tcMar>
              <w:top w:w="80" w:type="dxa"/>
              <w:left w:w="90" w:type="dxa"/>
              <w:bottom w:w="80" w:type="dxa"/>
              <w:right w:w="90" w:type="dxa"/>
            </w:tcMar>
            <w:vAlign w:val="center"/>
          </w:tcPr>
          <w:p w14:paraId="2C22E1E2" w14:textId="77777777" w:rsidR="00B55C9B" w:rsidRDefault="00B55C9B">
            <w:pPr>
              <w:spacing w:after="0"/>
            </w:pPr>
          </w:p>
        </w:tc>
      </w:tr>
      <w:tr w:rsidR="00B55C9B" w14:paraId="143EC188" w14:textId="77777777" w:rsidTr="008B7B88">
        <w:trPr>
          <w:jc w:val="center"/>
        </w:trPr>
        <w:tc>
          <w:tcPr>
            <w:tcW w:w="368" w:type="dxa"/>
            <w:tcMar>
              <w:top w:w="80" w:type="dxa"/>
              <w:left w:w="90" w:type="dxa"/>
              <w:bottom w:w="80" w:type="dxa"/>
              <w:right w:w="90" w:type="dxa"/>
            </w:tcMar>
            <w:vAlign w:val="center"/>
          </w:tcPr>
          <w:p w14:paraId="30B93463" w14:textId="77777777" w:rsidR="00B55C9B" w:rsidRDefault="00000000">
            <w:pPr>
              <w:spacing w:after="0"/>
              <w:jc w:val="center"/>
            </w:pPr>
            <w:r>
              <w:rPr>
                <w:b/>
                <w:color w:val="17365D"/>
                <w:sz w:val="14"/>
              </w:rPr>
              <w:t>3</w:t>
            </w:r>
          </w:p>
        </w:tc>
        <w:tc>
          <w:tcPr>
            <w:tcW w:w="2494" w:type="dxa"/>
            <w:tcMar>
              <w:top w:w="80" w:type="dxa"/>
              <w:left w:w="90" w:type="dxa"/>
              <w:bottom w:w="80" w:type="dxa"/>
              <w:right w:w="90" w:type="dxa"/>
            </w:tcMar>
            <w:vAlign w:val="center"/>
          </w:tcPr>
          <w:p w14:paraId="4C1B9215" w14:textId="77777777" w:rsidR="00B55C9B" w:rsidRDefault="00000000">
            <w:pPr>
              <w:spacing w:after="0"/>
            </w:pPr>
            <w:r>
              <w:rPr>
                <w:color w:val="000000"/>
                <w:sz w:val="14"/>
              </w:rPr>
              <w:t>Asesor en arquitectura bioclimática</w:t>
            </w:r>
          </w:p>
        </w:tc>
        <w:tc>
          <w:tcPr>
            <w:tcW w:w="1701" w:type="dxa"/>
            <w:tcMar>
              <w:top w:w="80" w:type="dxa"/>
              <w:left w:w="90" w:type="dxa"/>
              <w:bottom w:w="80" w:type="dxa"/>
              <w:right w:w="90" w:type="dxa"/>
            </w:tcMar>
            <w:vAlign w:val="center"/>
          </w:tcPr>
          <w:p w14:paraId="58BFFA7B" w14:textId="77777777" w:rsidR="00B55C9B" w:rsidRDefault="00B55C9B">
            <w:pPr>
              <w:spacing w:after="0"/>
            </w:pPr>
          </w:p>
        </w:tc>
        <w:tc>
          <w:tcPr>
            <w:tcW w:w="1244" w:type="dxa"/>
            <w:tcMar>
              <w:top w:w="80" w:type="dxa"/>
              <w:left w:w="90" w:type="dxa"/>
              <w:bottom w:w="80" w:type="dxa"/>
              <w:right w:w="90" w:type="dxa"/>
            </w:tcMar>
            <w:vAlign w:val="center"/>
          </w:tcPr>
          <w:p w14:paraId="57F92C21" w14:textId="77777777" w:rsidR="00B55C9B" w:rsidRDefault="00B55C9B">
            <w:pPr>
              <w:spacing w:after="0"/>
            </w:pPr>
          </w:p>
        </w:tc>
        <w:tc>
          <w:tcPr>
            <w:tcW w:w="1193" w:type="dxa"/>
            <w:tcMar>
              <w:top w:w="80" w:type="dxa"/>
              <w:left w:w="90" w:type="dxa"/>
              <w:bottom w:w="80" w:type="dxa"/>
              <w:right w:w="90" w:type="dxa"/>
            </w:tcMar>
            <w:vAlign w:val="center"/>
          </w:tcPr>
          <w:p w14:paraId="0D1ED9F7" w14:textId="77777777" w:rsidR="00B55C9B" w:rsidRDefault="00B55C9B">
            <w:pPr>
              <w:spacing w:after="0"/>
            </w:pPr>
          </w:p>
        </w:tc>
        <w:tc>
          <w:tcPr>
            <w:tcW w:w="1134" w:type="dxa"/>
            <w:tcMar>
              <w:top w:w="80" w:type="dxa"/>
              <w:left w:w="90" w:type="dxa"/>
              <w:bottom w:w="80" w:type="dxa"/>
              <w:right w:w="90" w:type="dxa"/>
            </w:tcMar>
            <w:vAlign w:val="center"/>
          </w:tcPr>
          <w:p w14:paraId="739C8263" w14:textId="77777777" w:rsidR="00B55C9B" w:rsidRDefault="00B55C9B">
            <w:pPr>
              <w:spacing w:after="0"/>
            </w:pPr>
          </w:p>
        </w:tc>
        <w:tc>
          <w:tcPr>
            <w:tcW w:w="1247" w:type="dxa"/>
            <w:tcMar>
              <w:top w:w="80" w:type="dxa"/>
              <w:left w:w="90" w:type="dxa"/>
              <w:bottom w:w="80" w:type="dxa"/>
              <w:right w:w="90" w:type="dxa"/>
            </w:tcMar>
            <w:vAlign w:val="center"/>
          </w:tcPr>
          <w:p w14:paraId="56430FDE" w14:textId="77777777" w:rsidR="00B55C9B" w:rsidRDefault="00B55C9B">
            <w:pPr>
              <w:spacing w:after="0"/>
            </w:pPr>
          </w:p>
        </w:tc>
        <w:tc>
          <w:tcPr>
            <w:tcW w:w="1190" w:type="dxa"/>
            <w:tcMar>
              <w:top w:w="80" w:type="dxa"/>
              <w:left w:w="90" w:type="dxa"/>
              <w:bottom w:w="80" w:type="dxa"/>
              <w:right w:w="90" w:type="dxa"/>
            </w:tcMar>
            <w:vAlign w:val="center"/>
          </w:tcPr>
          <w:p w14:paraId="65C493E2" w14:textId="77777777" w:rsidR="00B55C9B" w:rsidRDefault="00B55C9B">
            <w:pPr>
              <w:spacing w:after="0"/>
            </w:pPr>
          </w:p>
        </w:tc>
        <w:tc>
          <w:tcPr>
            <w:tcW w:w="850" w:type="dxa"/>
            <w:tcMar>
              <w:top w:w="80" w:type="dxa"/>
              <w:left w:w="90" w:type="dxa"/>
              <w:bottom w:w="80" w:type="dxa"/>
              <w:right w:w="90" w:type="dxa"/>
            </w:tcMar>
            <w:vAlign w:val="center"/>
          </w:tcPr>
          <w:p w14:paraId="416A35F2" w14:textId="77777777" w:rsidR="00B55C9B" w:rsidRDefault="00B55C9B">
            <w:pPr>
              <w:spacing w:after="0"/>
            </w:pPr>
          </w:p>
        </w:tc>
        <w:tc>
          <w:tcPr>
            <w:tcW w:w="1247" w:type="dxa"/>
            <w:tcMar>
              <w:top w:w="80" w:type="dxa"/>
              <w:left w:w="90" w:type="dxa"/>
              <w:bottom w:w="80" w:type="dxa"/>
              <w:right w:w="90" w:type="dxa"/>
            </w:tcMar>
            <w:vAlign w:val="center"/>
          </w:tcPr>
          <w:p w14:paraId="22A44D86" w14:textId="77777777" w:rsidR="00B55C9B" w:rsidRDefault="00B55C9B">
            <w:pPr>
              <w:spacing w:after="0"/>
            </w:pPr>
          </w:p>
        </w:tc>
      </w:tr>
      <w:tr w:rsidR="00B55C9B" w14:paraId="720B57F5" w14:textId="77777777" w:rsidTr="008B7B88">
        <w:trPr>
          <w:jc w:val="center"/>
        </w:trPr>
        <w:tc>
          <w:tcPr>
            <w:tcW w:w="368" w:type="dxa"/>
            <w:shd w:val="clear" w:color="auto" w:fill="EEF4F9"/>
            <w:tcMar>
              <w:top w:w="80" w:type="dxa"/>
              <w:left w:w="90" w:type="dxa"/>
              <w:bottom w:w="80" w:type="dxa"/>
              <w:right w:w="90" w:type="dxa"/>
            </w:tcMar>
            <w:vAlign w:val="center"/>
          </w:tcPr>
          <w:p w14:paraId="46934C8E" w14:textId="77777777" w:rsidR="00B55C9B" w:rsidRDefault="00000000">
            <w:pPr>
              <w:spacing w:after="0"/>
              <w:jc w:val="center"/>
            </w:pPr>
            <w:r>
              <w:rPr>
                <w:b/>
                <w:color w:val="17365D"/>
                <w:sz w:val="14"/>
              </w:rPr>
              <w:t>4</w:t>
            </w:r>
          </w:p>
        </w:tc>
        <w:tc>
          <w:tcPr>
            <w:tcW w:w="2494" w:type="dxa"/>
            <w:shd w:val="clear" w:color="auto" w:fill="EEF4F9"/>
            <w:tcMar>
              <w:top w:w="80" w:type="dxa"/>
              <w:left w:w="90" w:type="dxa"/>
              <w:bottom w:w="80" w:type="dxa"/>
              <w:right w:w="90" w:type="dxa"/>
            </w:tcMar>
            <w:vAlign w:val="center"/>
          </w:tcPr>
          <w:p w14:paraId="1BECCEBC" w14:textId="77777777" w:rsidR="00B55C9B" w:rsidRDefault="00000000">
            <w:pPr>
              <w:spacing w:after="0"/>
            </w:pPr>
            <w:r>
              <w:rPr>
                <w:color w:val="000000"/>
                <w:sz w:val="14"/>
              </w:rPr>
              <w:t>Patólogo estructural / especialista</w:t>
            </w:r>
          </w:p>
        </w:tc>
        <w:tc>
          <w:tcPr>
            <w:tcW w:w="1701" w:type="dxa"/>
            <w:shd w:val="clear" w:color="auto" w:fill="EEF4F9"/>
            <w:tcMar>
              <w:top w:w="80" w:type="dxa"/>
              <w:left w:w="90" w:type="dxa"/>
              <w:bottom w:w="80" w:type="dxa"/>
              <w:right w:w="90" w:type="dxa"/>
            </w:tcMar>
            <w:vAlign w:val="center"/>
          </w:tcPr>
          <w:p w14:paraId="66C3D265" w14:textId="77777777" w:rsidR="00B55C9B" w:rsidRDefault="00B55C9B">
            <w:pPr>
              <w:spacing w:after="0"/>
            </w:pPr>
          </w:p>
        </w:tc>
        <w:tc>
          <w:tcPr>
            <w:tcW w:w="1244" w:type="dxa"/>
            <w:shd w:val="clear" w:color="auto" w:fill="EEF4F9"/>
            <w:tcMar>
              <w:top w:w="80" w:type="dxa"/>
              <w:left w:w="90" w:type="dxa"/>
              <w:bottom w:w="80" w:type="dxa"/>
              <w:right w:w="90" w:type="dxa"/>
            </w:tcMar>
            <w:vAlign w:val="center"/>
          </w:tcPr>
          <w:p w14:paraId="016B4D34" w14:textId="77777777" w:rsidR="00B55C9B" w:rsidRDefault="00B55C9B">
            <w:pPr>
              <w:spacing w:after="0"/>
            </w:pPr>
          </w:p>
        </w:tc>
        <w:tc>
          <w:tcPr>
            <w:tcW w:w="1193" w:type="dxa"/>
            <w:shd w:val="clear" w:color="auto" w:fill="EEF4F9"/>
            <w:tcMar>
              <w:top w:w="80" w:type="dxa"/>
              <w:left w:w="90" w:type="dxa"/>
              <w:bottom w:w="80" w:type="dxa"/>
              <w:right w:w="90" w:type="dxa"/>
            </w:tcMar>
            <w:vAlign w:val="center"/>
          </w:tcPr>
          <w:p w14:paraId="0C7D7592" w14:textId="77777777" w:rsidR="00B55C9B" w:rsidRDefault="00B55C9B">
            <w:pPr>
              <w:spacing w:after="0"/>
            </w:pPr>
          </w:p>
        </w:tc>
        <w:tc>
          <w:tcPr>
            <w:tcW w:w="1134" w:type="dxa"/>
            <w:shd w:val="clear" w:color="auto" w:fill="EEF4F9"/>
            <w:tcMar>
              <w:top w:w="80" w:type="dxa"/>
              <w:left w:w="90" w:type="dxa"/>
              <w:bottom w:w="80" w:type="dxa"/>
              <w:right w:w="90" w:type="dxa"/>
            </w:tcMar>
            <w:vAlign w:val="center"/>
          </w:tcPr>
          <w:p w14:paraId="441425ED" w14:textId="77777777" w:rsidR="00B55C9B" w:rsidRDefault="00B55C9B">
            <w:pPr>
              <w:spacing w:after="0"/>
            </w:pPr>
          </w:p>
        </w:tc>
        <w:tc>
          <w:tcPr>
            <w:tcW w:w="1247" w:type="dxa"/>
            <w:shd w:val="clear" w:color="auto" w:fill="EEF4F9"/>
            <w:tcMar>
              <w:top w:w="80" w:type="dxa"/>
              <w:left w:w="90" w:type="dxa"/>
              <w:bottom w:w="80" w:type="dxa"/>
              <w:right w:w="90" w:type="dxa"/>
            </w:tcMar>
            <w:vAlign w:val="center"/>
          </w:tcPr>
          <w:p w14:paraId="53FFC9CE" w14:textId="77777777" w:rsidR="00B55C9B" w:rsidRDefault="00B55C9B">
            <w:pPr>
              <w:spacing w:after="0"/>
            </w:pPr>
          </w:p>
        </w:tc>
        <w:tc>
          <w:tcPr>
            <w:tcW w:w="1190" w:type="dxa"/>
            <w:shd w:val="clear" w:color="auto" w:fill="EEF4F9"/>
            <w:tcMar>
              <w:top w:w="80" w:type="dxa"/>
              <w:left w:w="90" w:type="dxa"/>
              <w:bottom w:w="80" w:type="dxa"/>
              <w:right w:w="90" w:type="dxa"/>
            </w:tcMar>
            <w:vAlign w:val="center"/>
          </w:tcPr>
          <w:p w14:paraId="16EDB7C2" w14:textId="77777777" w:rsidR="00B55C9B" w:rsidRDefault="00B55C9B">
            <w:pPr>
              <w:spacing w:after="0"/>
            </w:pPr>
          </w:p>
        </w:tc>
        <w:tc>
          <w:tcPr>
            <w:tcW w:w="850" w:type="dxa"/>
            <w:shd w:val="clear" w:color="auto" w:fill="EEF4F9"/>
            <w:tcMar>
              <w:top w:w="80" w:type="dxa"/>
              <w:left w:w="90" w:type="dxa"/>
              <w:bottom w:w="80" w:type="dxa"/>
              <w:right w:w="90" w:type="dxa"/>
            </w:tcMar>
            <w:vAlign w:val="center"/>
          </w:tcPr>
          <w:p w14:paraId="38AF51BD" w14:textId="77777777" w:rsidR="00B55C9B" w:rsidRDefault="00B55C9B">
            <w:pPr>
              <w:spacing w:after="0"/>
            </w:pPr>
          </w:p>
        </w:tc>
        <w:tc>
          <w:tcPr>
            <w:tcW w:w="1247" w:type="dxa"/>
            <w:shd w:val="clear" w:color="auto" w:fill="EEF4F9"/>
            <w:tcMar>
              <w:top w:w="80" w:type="dxa"/>
              <w:left w:w="90" w:type="dxa"/>
              <w:bottom w:w="80" w:type="dxa"/>
              <w:right w:w="90" w:type="dxa"/>
            </w:tcMar>
            <w:vAlign w:val="center"/>
          </w:tcPr>
          <w:p w14:paraId="38DF8558" w14:textId="77777777" w:rsidR="00B55C9B" w:rsidRDefault="00B55C9B">
            <w:pPr>
              <w:spacing w:after="0"/>
            </w:pPr>
          </w:p>
        </w:tc>
      </w:tr>
      <w:tr w:rsidR="00B55C9B" w14:paraId="35B4D159" w14:textId="77777777" w:rsidTr="008B7B88">
        <w:trPr>
          <w:jc w:val="center"/>
        </w:trPr>
        <w:tc>
          <w:tcPr>
            <w:tcW w:w="368" w:type="dxa"/>
            <w:tcMar>
              <w:top w:w="80" w:type="dxa"/>
              <w:left w:w="90" w:type="dxa"/>
              <w:bottom w:w="80" w:type="dxa"/>
              <w:right w:w="90" w:type="dxa"/>
            </w:tcMar>
            <w:vAlign w:val="center"/>
          </w:tcPr>
          <w:p w14:paraId="383A4DC9" w14:textId="77777777" w:rsidR="00B55C9B" w:rsidRDefault="00000000">
            <w:pPr>
              <w:spacing w:after="0"/>
              <w:jc w:val="center"/>
            </w:pPr>
            <w:r>
              <w:rPr>
                <w:b/>
                <w:color w:val="17365D"/>
                <w:sz w:val="14"/>
              </w:rPr>
              <w:t>5</w:t>
            </w:r>
          </w:p>
        </w:tc>
        <w:tc>
          <w:tcPr>
            <w:tcW w:w="2494" w:type="dxa"/>
            <w:tcMar>
              <w:top w:w="80" w:type="dxa"/>
              <w:left w:w="90" w:type="dxa"/>
              <w:bottom w:w="80" w:type="dxa"/>
              <w:right w:w="90" w:type="dxa"/>
            </w:tcMar>
            <w:vAlign w:val="center"/>
          </w:tcPr>
          <w:p w14:paraId="2FC6F48F" w14:textId="77777777" w:rsidR="00B55C9B" w:rsidRDefault="00000000">
            <w:pPr>
              <w:spacing w:after="0"/>
            </w:pPr>
            <w:r>
              <w:rPr>
                <w:color w:val="000000"/>
                <w:sz w:val="14"/>
              </w:rPr>
              <w:t>Especialista en estructuras / diseñador estructural</w:t>
            </w:r>
          </w:p>
        </w:tc>
        <w:tc>
          <w:tcPr>
            <w:tcW w:w="1701" w:type="dxa"/>
            <w:tcMar>
              <w:top w:w="80" w:type="dxa"/>
              <w:left w:w="90" w:type="dxa"/>
              <w:bottom w:w="80" w:type="dxa"/>
              <w:right w:w="90" w:type="dxa"/>
            </w:tcMar>
            <w:vAlign w:val="center"/>
          </w:tcPr>
          <w:p w14:paraId="7EA0D1EF" w14:textId="77777777" w:rsidR="00B55C9B" w:rsidRDefault="00B55C9B">
            <w:pPr>
              <w:spacing w:after="0"/>
            </w:pPr>
          </w:p>
        </w:tc>
        <w:tc>
          <w:tcPr>
            <w:tcW w:w="1244" w:type="dxa"/>
            <w:tcMar>
              <w:top w:w="80" w:type="dxa"/>
              <w:left w:w="90" w:type="dxa"/>
              <w:bottom w:w="80" w:type="dxa"/>
              <w:right w:w="90" w:type="dxa"/>
            </w:tcMar>
            <w:vAlign w:val="center"/>
          </w:tcPr>
          <w:p w14:paraId="7AA2C2AB" w14:textId="77777777" w:rsidR="00B55C9B" w:rsidRDefault="00B55C9B">
            <w:pPr>
              <w:spacing w:after="0"/>
            </w:pPr>
          </w:p>
        </w:tc>
        <w:tc>
          <w:tcPr>
            <w:tcW w:w="1193" w:type="dxa"/>
            <w:tcMar>
              <w:top w:w="80" w:type="dxa"/>
              <w:left w:w="90" w:type="dxa"/>
              <w:bottom w:w="80" w:type="dxa"/>
              <w:right w:w="90" w:type="dxa"/>
            </w:tcMar>
            <w:vAlign w:val="center"/>
          </w:tcPr>
          <w:p w14:paraId="51131C45" w14:textId="77777777" w:rsidR="00B55C9B" w:rsidRDefault="00B55C9B">
            <w:pPr>
              <w:spacing w:after="0"/>
            </w:pPr>
          </w:p>
        </w:tc>
        <w:tc>
          <w:tcPr>
            <w:tcW w:w="1134" w:type="dxa"/>
            <w:tcMar>
              <w:top w:w="80" w:type="dxa"/>
              <w:left w:w="90" w:type="dxa"/>
              <w:bottom w:w="80" w:type="dxa"/>
              <w:right w:w="90" w:type="dxa"/>
            </w:tcMar>
            <w:vAlign w:val="center"/>
          </w:tcPr>
          <w:p w14:paraId="65307089" w14:textId="77777777" w:rsidR="00B55C9B" w:rsidRDefault="00B55C9B">
            <w:pPr>
              <w:spacing w:after="0"/>
            </w:pPr>
          </w:p>
        </w:tc>
        <w:tc>
          <w:tcPr>
            <w:tcW w:w="1247" w:type="dxa"/>
            <w:tcMar>
              <w:top w:w="80" w:type="dxa"/>
              <w:left w:w="90" w:type="dxa"/>
              <w:bottom w:w="80" w:type="dxa"/>
              <w:right w:w="90" w:type="dxa"/>
            </w:tcMar>
            <w:vAlign w:val="center"/>
          </w:tcPr>
          <w:p w14:paraId="0E5A2013" w14:textId="77777777" w:rsidR="00B55C9B" w:rsidRDefault="00B55C9B">
            <w:pPr>
              <w:spacing w:after="0"/>
            </w:pPr>
          </w:p>
        </w:tc>
        <w:tc>
          <w:tcPr>
            <w:tcW w:w="1190" w:type="dxa"/>
            <w:tcMar>
              <w:top w:w="80" w:type="dxa"/>
              <w:left w:w="90" w:type="dxa"/>
              <w:bottom w:w="80" w:type="dxa"/>
              <w:right w:w="90" w:type="dxa"/>
            </w:tcMar>
            <w:vAlign w:val="center"/>
          </w:tcPr>
          <w:p w14:paraId="328D2663" w14:textId="77777777" w:rsidR="00B55C9B" w:rsidRDefault="00B55C9B">
            <w:pPr>
              <w:spacing w:after="0"/>
            </w:pPr>
          </w:p>
        </w:tc>
        <w:tc>
          <w:tcPr>
            <w:tcW w:w="850" w:type="dxa"/>
            <w:tcMar>
              <w:top w:w="80" w:type="dxa"/>
              <w:left w:w="90" w:type="dxa"/>
              <w:bottom w:w="80" w:type="dxa"/>
              <w:right w:w="90" w:type="dxa"/>
            </w:tcMar>
            <w:vAlign w:val="center"/>
          </w:tcPr>
          <w:p w14:paraId="6C066141" w14:textId="77777777" w:rsidR="00B55C9B" w:rsidRDefault="00B55C9B">
            <w:pPr>
              <w:spacing w:after="0"/>
            </w:pPr>
          </w:p>
        </w:tc>
        <w:tc>
          <w:tcPr>
            <w:tcW w:w="1247" w:type="dxa"/>
            <w:tcMar>
              <w:top w:w="80" w:type="dxa"/>
              <w:left w:w="90" w:type="dxa"/>
              <w:bottom w:w="80" w:type="dxa"/>
              <w:right w:w="90" w:type="dxa"/>
            </w:tcMar>
            <w:vAlign w:val="center"/>
          </w:tcPr>
          <w:p w14:paraId="4BCDEAC8" w14:textId="77777777" w:rsidR="00B55C9B" w:rsidRDefault="00B55C9B">
            <w:pPr>
              <w:spacing w:after="0"/>
            </w:pPr>
          </w:p>
        </w:tc>
      </w:tr>
      <w:tr w:rsidR="00B55C9B" w14:paraId="627BC22D" w14:textId="77777777" w:rsidTr="008B7B88">
        <w:trPr>
          <w:jc w:val="center"/>
        </w:trPr>
        <w:tc>
          <w:tcPr>
            <w:tcW w:w="368" w:type="dxa"/>
            <w:shd w:val="clear" w:color="auto" w:fill="EEF4F9"/>
            <w:tcMar>
              <w:top w:w="80" w:type="dxa"/>
              <w:left w:w="90" w:type="dxa"/>
              <w:bottom w:w="80" w:type="dxa"/>
              <w:right w:w="90" w:type="dxa"/>
            </w:tcMar>
            <w:vAlign w:val="center"/>
          </w:tcPr>
          <w:p w14:paraId="74D0233D" w14:textId="77777777" w:rsidR="00B55C9B" w:rsidRDefault="00000000">
            <w:pPr>
              <w:spacing w:after="0"/>
              <w:jc w:val="center"/>
            </w:pPr>
            <w:r>
              <w:rPr>
                <w:b/>
                <w:color w:val="17365D"/>
                <w:sz w:val="14"/>
              </w:rPr>
              <w:t>6</w:t>
            </w:r>
          </w:p>
        </w:tc>
        <w:tc>
          <w:tcPr>
            <w:tcW w:w="2494" w:type="dxa"/>
            <w:shd w:val="clear" w:color="auto" w:fill="EEF4F9"/>
            <w:tcMar>
              <w:top w:w="80" w:type="dxa"/>
              <w:left w:w="90" w:type="dxa"/>
              <w:bottom w:w="80" w:type="dxa"/>
              <w:right w:w="90" w:type="dxa"/>
            </w:tcMar>
            <w:vAlign w:val="center"/>
          </w:tcPr>
          <w:p w14:paraId="6FE4C82E" w14:textId="77777777" w:rsidR="00B55C9B" w:rsidRDefault="00000000">
            <w:pPr>
              <w:spacing w:after="0"/>
            </w:pPr>
            <w:r>
              <w:rPr>
                <w:color w:val="000000"/>
                <w:sz w:val="14"/>
              </w:rPr>
              <w:t>Especialista geotécnico / ingeniero de suelos</w:t>
            </w:r>
          </w:p>
        </w:tc>
        <w:tc>
          <w:tcPr>
            <w:tcW w:w="1701" w:type="dxa"/>
            <w:shd w:val="clear" w:color="auto" w:fill="EEF4F9"/>
            <w:tcMar>
              <w:top w:w="80" w:type="dxa"/>
              <w:left w:w="90" w:type="dxa"/>
              <w:bottom w:w="80" w:type="dxa"/>
              <w:right w:w="90" w:type="dxa"/>
            </w:tcMar>
            <w:vAlign w:val="center"/>
          </w:tcPr>
          <w:p w14:paraId="36E071A4" w14:textId="77777777" w:rsidR="00B55C9B" w:rsidRDefault="00B55C9B">
            <w:pPr>
              <w:spacing w:after="0"/>
            </w:pPr>
          </w:p>
        </w:tc>
        <w:tc>
          <w:tcPr>
            <w:tcW w:w="1244" w:type="dxa"/>
            <w:shd w:val="clear" w:color="auto" w:fill="EEF4F9"/>
            <w:tcMar>
              <w:top w:w="80" w:type="dxa"/>
              <w:left w:w="90" w:type="dxa"/>
              <w:bottom w:w="80" w:type="dxa"/>
              <w:right w:w="90" w:type="dxa"/>
            </w:tcMar>
            <w:vAlign w:val="center"/>
          </w:tcPr>
          <w:p w14:paraId="5B746DD4" w14:textId="77777777" w:rsidR="00B55C9B" w:rsidRDefault="00B55C9B">
            <w:pPr>
              <w:spacing w:after="0"/>
            </w:pPr>
          </w:p>
        </w:tc>
        <w:tc>
          <w:tcPr>
            <w:tcW w:w="1193" w:type="dxa"/>
            <w:shd w:val="clear" w:color="auto" w:fill="EEF4F9"/>
            <w:tcMar>
              <w:top w:w="80" w:type="dxa"/>
              <w:left w:w="90" w:type="dxa"/>
              <w:bottom w:w="80" w:type="dxa"/>
              <w:right w:w="90" w:type="dxa"/>
            </w:tcMar>
            <w:vAlign w:val="center"/>
          </w:tcPr>
          <w:p w14:paraId="1CA64246" w14:textId="77777777" w:rsidR="00B55C9B" w:rsidRDefault="00B55C9B">
            <w:pPr>
              <w:spacing w:after="0"/>
            </w:pPr>
          </w:p>
        </w:tc>
        <w:tc>
          <w:tcPr>
            <w:tcW w:w="1134" w:type="dxa"/>
            <w:shd w:val="clear" w:color="auto" w:fill="EEF4F9"/>
            <w:tcMar>
              <w:top w:w="80" w:type="dxa"/>
              <w:left w:w="90" w:type="dxa"/>
              <w:bottom w:w="80" w:type="dxa"/>
              <w:right w:w="90" w:type="dxa"/>
            </w:tcMar>
            <w:vAlign w:val="center"/>
          </w:tcPr>
          <w:p w14:paraId="31492C41" w14:textId="77777777" w:rsidR="00B55C9B" w:rsidRDefault="00B55C9B">
            <w:pPr>
              <w:spacing w:after="0"/>
            </w:pPr>
          </w:p>
        </w:tc>
        <w:tc>
          <w:tcPr>
            <w:tcW w:w="1247" w:type="dxa"/>
            <w:shd w:val="clear" w:color="auto" w:fill="EEF4F9"/>
            <w:tcMar>
              <w:top w:w="80" w:type="dxa"/>
              <w:left w:w="90" w:type="dxa"/>
              <w:bottom w:w="80" w:type="dxa"/>
              <w:right w:w="90" w:type="dxa"/>
            </w:tcMar>
            <w:vAlign w:val="center"/>
          </w:tcPr>
          <w:p w14:paraId="5F3395A0" w14:textId="77777777" w:rsidR="00B55C9B" w:rsidRDefault="00B55C9B">
            <w:pPr>
              <w:spacing w:after="0"/>
            </w:pPr>
          </w:p>
        </w:tc>
        <w:tc>
          <w:tcPr>
            <w:tcW w:w="1190" w:type="dxa"/>
            <w:shd w:val="clear" w:color="auto" w:fill="EEF4F9"/>
            <w:tcMar>
              <w:top w:w="80" w:type="dxa"/>
              <w:left w:w="90" w:type="dxa"/>
              <w:bottom w:w="80" w:type="dxa"/>
              <w:right w:w="90" w:type="dxa"/>
            </w:tcMar>
            <w:vAlign w:val="center"/>
          </w:tcPr>
          <w:p w14:paraId="58FFF710" w14:textId="77777777" w:rsidR="00B55C9B" w:rsidRDefault="00B55C9B">
            <w:pPr>
              <w:spacing w:after="0"/>
            </w:pPr>
          </w:p>
        </w:tc>
        <w:tc>
          <w:tcPr>
            <w:tcW w:w="850" w:type="dxa"/>
            <w:shd w:val="clear" w:color="auto" w:fill="EEF4F9"/>
            <w:tcMar>
              <w:top w:w="80" w:type="dxa"/>
              <w:left w:w="90" w:type="dxa"/>
              <w:bottom w:w="80" w:type="dxa"/>
              <w:right w:w="90" w:type="dxa"/>
            </w:tcMar>
            <w:vAlign w:val="center"/>
          </w:tcPr>
          <w:p w14:paraId="6EB5F5C7" w14:textId="77777777" w:rsidR="00B55C9B" w:rsidRDefault="00B55C9B">
            <w:pPr>
              <w:spacing w:after="0"/>
            </w:pPr>
          </w:p>
        </w:tc>
        <w:tc>
          <w:tcPr>
            <w:tcW w:w="1247" w:type="dxa"/>
            <w:shd w:val="clear" w:color="auto" w:fill="EEF4F9"/>
            <w:tcMar>
              <w:top w:w="80" w:type="dxa"/>
              <w:left w:w="90" w:type="dxa"/>
              <w:bottom w:w="80" w:type="dxa"/>
              <w:right w:w="90" w:type="dxa"/>
            </w:tcMar>
            <w:vAlign w:val="center"/>
          </w:tcPr>
          <w:p w14:paraId="55A2D2BF" w14:textId="77777777" w:rsidR="00B55C9B" w:rsidRDefault="00B55C9B">
            <w:pPr>
              <w:spacing w:after="0"/>
            </w:pPr>
          </w:p>
        </w:tc>
      </w:tr>
      <w:tr w:rsidR="00B55C9B" w14:paraId="6324302E" w14:textId="77777777" w:rsidTr="008B7B88">
        <w:trPr>
          <w:jc w:val="center"/>
        </w:trPr>
        <w:tc>
          <w:tcPr>
            <w:tcW w:w="368" w:type="dxa"/>
            <w:tcMar>
              <w:top w:w="80" w:type="dxa"/>
              <w:left w:w="90" w:type="dxa"/>
              <w:bottom w:w="80" w:type="dxa"/>
              <w:right w:w="90" w:type="dxa"/>
            </w:tcMar>
            <w:vAlign w:val="center"/>
          </w:tcPr>
          <w:p w14:paraId="40D51B8E" w14:textId="77777777" w:rsidR="00B55C9B" w:rsidRDefault="00000000">
            <w:pPr>
              <w:spacing w:after="0"/>
              <w:jc w:val="center"/>
            </w:pPr>
            <w:r>
              <w:rPr>
                <w:b/>
                <w:color w:val="17365D"/>
                <w:sz w:val="14"/>
              </w:rPr>
              <w:t>7</w:t>
            </w:r>
          </w:p>
        </w:tc>
        <w:tc>
          <w:tcPr>
            <w:tcW w:w="2494" w:type="dxa"/>
            <w:tcMar>
              <w:top w:w="80" w:type="dxa"/>
              <w:left w:w="90" w:type="dxa"/>
              <w:bottom w:w="80" w:type="dxa"/>
              <w:right w:w="90" w:type="dxa"/>
            </w:tcMar>
            <w:vAlign w:val="center"/>
          </w:tcPr>
          <w:p w14:paraId="4A8EDCF1" w14:textId="77777777" w:rsidR="00B55C9B" w:rsidRDefault="00000000">
            <w:pPr>
              <w:spacing w:after="0"/>
            </w:pPr>
            <w:r>
              <w:rPr>
                <w:color w:val="000000"/>
                <w:sz w:val="14"/>
              </w:rPr>
              <w:t>Topógrafo / ingeniero topográfico</w:t>
            </w:r>
          </w:p>
        </w:tc>
        <w:tc>
          <w:tcPr>
            <w:tcW w:w="1701" w:type="dxa"/>
            <w:tcMar>
              <w:top w:w="80" w:type="dxa"/>
              <w:left w:w="90" w:type="dxa"/>
              <w:bottom w:w="80" w:type="dxa"/>
              <w:right w:w="90" w:type="dxa"/>
            </w:tcMar>
            <w:vAlign w:val="center"/>
          </w:tcPr>
          <w:p w14:paraId="65BEF8E4" w14:textId="77777777" w:rsidR="00B55C9B" w:rsidRDefault="00B55C9B">
            <w:pPr>
              <w:spacing w:after="0"/>
            </w:pPr>
          </w:p>
        </w:tc>
        <w:tc>
          <w:tcPr>
            <w:tcW w:w="1244" w:type="dxa"/>
            <w:tcMar>
              <w:top w:w="80" w:type="dxa"/>
              <w:left w:w="90" w:type="dxa"/>
              <w:bottom w:w="80" w:type="dxa"/>
              <w:right w:w="90" w:type="dxa"/>
            </w:tcMar>
            <w:vAlign w:val="center"/>
          </w:tcPr>
          <w:p w14:paraId="6A5F3FE2" w14:textId="77777777" w:rsidR="00B55C9B" w:rsidRDefault="00B55C9B">
            <w:pPr>
              <w:spacing w:after="0"/>
            </w:pPr>
          </w:p>
        </w:tc>
        <w:tc>
          <w:tcPr>
            <w:tcW w:w="1193" w:type="dxa"/>
            <w:tcMar>
              <w:top w:w="80" w:type="dxa"/>
              <w:left w:w="90" w:type="dxa"/>
              <w:bottom w:w="80" w:type="dxa"/>
              <w:right w:w="90" w:type="dxa"/>
            </w:tcMar>
            <w:vAlign w:val="center"/>
          </w:tcPr>
          <w:p w14:paraId="6322A102" w14:textId="77777777" w:rsidR="00B55C9B" w:rsidRDefault="00B55C9B">
            <w:pPr>
              <w:spacing w:after="0"/>
            </w:pPr>
          </w:p>
        </w:tc>
        <w:tc>
          <w:tcPr>
            <w:tcW w:w="1134" w:type="dxa"/>
            <w:tcMar>
              <w:top w:w="80" w:type="dxa"/>
              <w:left w:w="90" w:type="dxa"/>
              <w:bottom w:w="80" w:type="dxa"/>
              <w:right w:w="90" w:type="dxa"/>
            </w:tcMar>
            <w:vAlign w:val="center"/>
          </w:tcPr>
          <w:p w14:paraId="4287B6BF" w14:textId="77777777" w:rsidR="00B55C9B" w:rsidRDefault="00B55C9B">
            <w:pPr>
              <w:spacing w:after="0"/>
            </w:pPr>
          </w:p>
        </w:tc>
        <w:tc>
          <w:tcPr>
            <w:tcW w:w="1247" w:type="dxa"/>
            <w:tcMar>
              <w:top w:w="80" w:type="dxa"/>
              <w:left w:w="90" w:type="dxa"/>
              <w:bottom w:w="80" w:type="dxa"/>
              <w:right w:w="90" w:type="dxa"/>
            </w:tcMar>
            <w:vAlign w:val="center"/>
          </w:tcPr>
          <w:p w14:paraId="6B7AA23D" w14:textId="77777777" w:rsidR="00B55C9B" w:rsidRDefault="00B55C9B">
            <w:pPr>
              <w:spacing w:after="0"/>
            </w:pPr>
          </w:p>
        </w:tc>
        <w:tc>
          <w:tcPr>
            <w:tcW w:w="1190" w:type="dxa"/>
            <w:tcMar>
              <w:top w:w="80" w:type="dxa"/>
              <w:left w:w="90" w:type="dxa"/>
              <w:bottom w:w="80" w:type="dxa"/>
              <w:right w:w="90" w:type="dxa"/>
            </w:tcMar>
            <w:vAlign w:val="center"/>
          </w:tcPr>
          <w:p w14:paraId="5AAEEABB" w14:textId="77777777" w:rsidR="00B55C9B" w:rsidRDefault="00B55C9B">
            <w:pPr>
              <w:spacing w:after="0"/>
            </w:pPr>
          </w:p>
        </w:tc>
        <w:tc>
          <w:tcPr>
            <w:tcW w:w="850" w:type="dxa"/>
            <w:tcMar>
              <w:top w:w="80" w:type="dxa"/>
              <w:left w:w="90" w:type="dxa"/>
              <w:bottom w:w="80" w:type="dxa"/>
              <w:right w:w="90" w:type="dxa"/>
            </w:tcMar>
            <w:vAlign w:val="center"/>
          </w:tcPr>
          <w:p w14:paraId="036FE96B" w14:textId="77777777" w:rsidR="00B55C9B" w:rsidRDefault="00B55C9B">
            <w:pPr>
              <w:spacing w:after="0"/>
            </w:pPr>
          </w:p>
        </w:tc>
        <w:tc>
          <w:tcPr>
            <w:tcW w:w="1247" w:type="dxa"/>
            <w:tcMar>
              <w:top w:w="80" w:type="dxa"/>
              <w:left w:w="90" w:type="dxa"/>
              <w:bottom w:w="80" w:type="dxa"/>
              <w:right w:w="90" w:type="dxa"/>
            </w:tcMar>
            <w:vAlign w:val="center"/>
          </w:tcPr>
          <w:p w14:paraId="775A6D68" w14:textId="77777777" w:rsidR="00B55C9B" w:rsidRDefault="00B55C9B">
            <w:pPr>
              <w:spacing w:after="0"/>
            </w:pPr>
          </w:p>
        </w:tc>
      </w:tr>
      <w:tr w:rsidR="00B55C9B" w14:paraId="4BD3500F" w14:textId="77777777" w:rsidTr="008B7B88">
        <w:trPr>
          <w:jc w:val="center"/>
        </w:trPr>
        <w:tc>
          <w:tcPr>
            <w:tcW w:w="368" w:type="dxa"/>
            <w:shd w:val="clear" w:color="auto" w:fill="EEF4F9"/>
            <w:tcMar>
              <w:top w:w="80" w:type="dxa"/>
              <w:left w:w="90" w:type="dxa"/>
              <w:bottom w:w="80" w:type="dxa"/>
              <w:right w:w="90" w:type="dxa"/>
            </w:tcMar>
            <w:vAlign w:val="center"/>
          </w:tcPr>
          <w:p w14:paraId="7E594939" w14:textId="77777777" w:rsidR="00B55C9B" w:rsidRDefault="00000000">
            <w:pPr>
              <w:spacing w:after="0"/>
              <w:jc w:val="center"/>
            </w:pPr>
            <w:r>
              <w:rPr>
                <w:b/>
                <w:color w:val="17365D"/>
                <w:sz w:val="14"/>
              </w:rPr>
              <w:t>8</w:t>
            </w:r>
          </w:p>
        </w:tc>
        <w:tc>
          <w:tcPr>
            <w:tcW w:w="2494" w:type="dxa"/>
            <w:shd w:val="clear" w:color="auto" w:fill="EEF4F9"/>
            <w:tcMar>
              <w:top w:w="80" w:type="dxa"/>
              <w:left w:w="90" w:type="dxa"/>
              <w:bottom w:w="80" w:type="dxa"/>
              <w:right w:w="90" w:type="dxa"/>
            </w:tcMar>
            <w:vAlign w:val="center"/>
          </w:tcPr>
          <w:p w14:paraId="425AFADB" w14:textId="77777777" w:rsidR="00B55C9B" w:rsidRDefault="00000000">
            <w:pPr>
              <w:spacing w:after="0"/>
            </w:pPr>
            <w:r>
              <w:rPr>
                <w:color w:val="000000"/>
                <w:sz w:val="14"/>
              </w:rPr>
              <w:t>Ingeniero hidrosanitario y pluvial</w:t>
            </w:r>
          </w:p>
        </w:tc>
        <w:tc>
          <w:tcPr>
            <w:tcW w:w="1701" w:type="dxa"/>
            <w:shd w:val="clear" w:color="auto" w:fill="EEF4F9"/>
            <w:tcMar>
              <w:top w:w="80" w:type="dxa"/>
              <w:left w:w="90" w:type="dxa"/>
              <w:bottom w:w="80" w:type="dxa"/>
              <w:right w:w="90" w:type="dxa"/>
            </w:tcMar>
            <w:vAlign w:val="center"/>
          </w:tcPr>
          <w:p w14:paraId="375673A8" w14:textId="77777777" w:rsidR="00B55C9B" w:rsidRDefault="00B55C9B">
            <w:pPr>
              <w:spacing w:after="0"/>
            </w:pPr>
          </w:p>
        </w:tc>
        <w:tc>
          <w:tcPr>
            <w:tcW w:w="1244" w:type="dxa"/>
            <w:shd w:val="clear" w:color="auto" w:fill="EEF4F9"/>
            <w:tcMar>
              <w:top w:w="80" w:type="dxa"/>
              <w:left w:w="90" w:type="dxa"/>
              <w:bottom w:w="80" w:type="dxa"/>
              <w:right w:w="90" w:type="dxa"/>
            </w:tcMar>
            <w:vAlign w:val="center"/>
          </w:tcPr>
          <w:p w14:paraId="0A9FD48B" w14:textId="77777777" w:rsidR="00B55C9B" w:rsidRDefault="00B55C9B">
            <w:pPr>
              <w:spacing w:after="0"/>
            </w:pPr>
          </w:p>
        </w:tc>
        <w:tc>
          <w:tcPr>
            <w:tcW w:w="1193" w:type="dxa"/>
            <w:shd w:val="clear" w:color="auto" w:fill="EEF4F9"/>
            <w:tcMar>
              <w:top w:w="80" w:type="dxa"/>
              <w:left w:w="90" w:type="dxa"/>
              <w:bottom w:w="80" w:type="dxa"/>
              <w:right w:w="90" w:type="dxa"/>
            </w:tcMar>
            <w:vAlign w:val="center"/>
          </w:tcPr>
          <w:p w14:paraId="30A98A2D" w14:textId="77777777" w:rsidR="00B55C9B" w:rsidRDefault="00B55C9B">
            <w:pPr>
              <w:spacing w:after="0"/>
            </w:pPr>
          </w:p>
        </w:tc>
        <w:tc>
          <w:tcPr>
            <w:tcW w:w="1134" w:type="dxa"/>
            <w:shd w:val="clear" w:color="auto" w:fill="EEF4F9"/>
            <w:tcMar>
              <w:top w:w="80" w:type="dxa"/>
              <w:left w:w="90" w:type="dxa"/>
              <w:bottom w:w="80" w:type="dxa"/>
              <w:right w:w="90" w:type="dxa"/>
            </w:tcMar>
            <w:vAlign w:val="center"/>
          </w:tcPr>
          <w:p w14:paraId="7326A43B" w14:textId="77777777" w:rsidR="00B55C9B" w:rsidRDefault="00B55C9B">
            <w:pPr>
              <w:spacing w:after="0"/>
            </w:pPr>
          </w:p>
        </w:tc>
        <w:tc>
          <w:tcPr>
            <w:tcW w:w="1247" w:type="dxa"/>
            <w:shd w:val="clear" w:color="auto" w:fill="EEF4F9"/>
            <w:tcMar>
              <w:top w:w="80" w:type="dxa"/>
              <w:left w:w="90" w:type="dxa"/>
              <w:bottom w:w="80" w:type="dxa"/>
              <w:right w:w="90" w:type="dxa"/>
            </w:tcMar>
            <w:vAlign w:val="center"/>
          </w:tcPr>
          <w:p w14:paraId="2C775B01" w14:textId="77777777" w:rsidR="00B55C9B" w:rsidRDefault="00B55C9B">
            <w:pPr>
              <w:spacing w:after="0"/>
            </w:pPr>
          </w:p>
        </w:tc>
        <w:tc>
          <w:tcPr>
            <w:tcW w:w="1190" w:type="dxa"/>
            <w:shd w:val="clear" w:color="auto" w:fill="EEF4F9"/>
            <w:tcMar>
              <w:top w:w="80" w:type="dxa"/>
              <w:left w:w="90" w:type="dxa"/>
              <w:bottom w:w="80" w:type="dxa"/>
              <w:right w:w="90" w:type="dxa"/>
            </w:tcMar>
            <w:vAlign w:val="center"/>
          </w:tcPr>
          <w:p w14:paraId="79EAFAAB" w14:textId="77777777" w:rsidR="00B55C9B" w:rsidRDefault="00B55C9B">
            <w:pPr>
              <w:spacing w:after="0"/>
            </w:pPr>
          </w:p>
        </w:tc>
        <w:tc>
          <w:tcPr>
            <w:tcW w:w="850" w:type="dxa"/>
            <w:shd w:val="clear" w:color="auto" w:fill="EEF4F9"/>
            <w:tcMar>
              <w:top w:w="80" w:type="dxa"/>
              <w:left w:w="90" w:type="dxa"/>
              <w:bottom w:w="80" w:type="dxa"/>
              <w:right w:w="90" w:type="dxa"/>
            </w:tcMar>
            <w:vAlign w:val="center"/>
          </w:tcPr>
          <w:p w14:paraId="469F72FF" w14:textId="77777777" w:rsidR="00B55C9B" w:rsidRDefault="00B55C9B">
            <w:pPr>
              <w:spacing w:after="0"/>
            </w:pPr>
          </w:p>
        </w:tc>
        <w:tc>
          <w:tcPr>
            <w:tcW w:w="1247" w:type="dxa"/>
            <w:shd w:val="clear" w:color="auto" w:fill="EEF4F9"/>
            <w:tcMar>
              <w:top w:w="80" w:type="dxa"/>
              <w:left w:w="90" w:type="dxa"/>
              <w:bottom w:w="80" w:type="dxa"/>
              <w:right w:w="90" w:type="dxa"/>
            </w:tcMar>
            <w:vAlign w:val="center"/>
          </w:tcPr>
          <w:p w14:paraId="6E0B8AA8" w14:textId="77777777" w:rsidR="00B55C9B" w:rsidRDefault="00B55C9B">
            <w:pPr>
              <w:spacing w:after="0"/>
            </w:pPr>
          </w:p>
        </w:tc>
      </w:tr>
      <w:tr w:rsidR="00B55C9B" w14:paraId="3B3753CA" w14:textId="77777777" w:rsidTr="008B7B88">
        <w:trPr>
          <w:jc w:val="center"/>
        </w:trPr>
        <w:tc>
          <w:tcPr>
            <w:tcW w:w="368" w:type="dxa"/>
            <w:tcMar>
              <w:top w:w="80" w:type="dxa"/>
              <w:left w:w="90" w:type="dxa"/>
              <w:bottom w:w="80" w:type="dxa"/>
              <w:right w:w="90" w:type="dxa"/>
            </w:tcMar>
            <w:vAlign w:val="center"/>
          </w:tcPr>
          <w:p w14:paraId="04B3210D" w14:textId="77777777" w:rsidR="00B55C9B" w:rsidRDefault="00000000">
            <w:pPr>
              <w:spacing w:after="0"/>
              <w:jc w:val="center"/>
            </w:pPr>
            <w:r>
              <w:rPr>
                <w:b/>
                <w:color w:val="17365D"/>
                <w:sz w:val="14"/>
              </w:rPr>
              <w:t>9</w:t>
            </w:r>
          </w:p>
        </w:tc>
        <w:tc>
          <w:tcPr>
            <w:tcW w:w="2494" w:type="dxa"/>
            <w:tcMar>
              <w:top w:w="80" w:type="dxa"/>
              <w:left w:w="90" w:type="dxa"/>
              <w:bottom w:w="80" w:type="dxa"/>
              <w:right w:w="90" w:type="dxa"/>
            </w:tcMar>
            <w:vAlign w:val="center"/>
          </w:tcPr>
          <w:p w14:paraId="67079BC7" w14:textId="77777777" w:rsidR="00B55C9B" w:rsidRDefault="00000000">
            <w:pPr>
              <w:spacing w:after="0"/>
            </w:pPr>
            <w:r>
              <w:rPr>
                <w:color w:val="000000"/>
                <w:sz w:val="14"/>
              </w:rPr>
              <w:t>Diseñador de red mecánica</w:t>
            </w:r>
          </w:p>
        </w:tc>
        <w:tc>
          <w:tcPr>
            <w:tcW w:w="1701" w:type="dxa"/>
            <w:tcMar>
              <w:top w:w="80" w:type="dxa"/>
              <w:left w:w="90" w:type="dxa"/>
              <w:bottom w:w="80" w:type="dxa"/>
              <w:right w:w="90" w:type="dxa"/>
            </w:tcMar>
            <w:vAlign w:val="center"/>
          </w:tcPr>
          <w:p w14:paraId="29F01A01" w14:textId="77777777" w:rsidR="00B55C9B" w:rsidRDefault="00B55C9B">
            <w:pPr>
              <w:spacing w:after="0"/>
            </w:pPr>
          </w:p>
        </w:tc>
        <w:tc>
          <w:tcPr>
            <w:tcW w:w="1244" w:type="dxa"/>
            <w:tcMar>
              <w:top w:w="80" w:type="dxa"/>
              <w:left w:w="90" w:type="dxa"/>
              <w:bottom w:w="80" w:type="dxa"/>
              <w:right w:w="90" w:type="dxa"/>
            </w:tcMar>
            <w:vAlign w:val="center"/>
          </w:tcPr>
          <w:p w14:paraId="7B2263BD" w14:textId="77777777" w:rsidR="00B55C9B" w:rsidRDefault="00B55C9B">
            <w:pPr>
              <w:spacing w:after="0"/>
            </w:pPr>
          </w:p>
        </w:tc>
        <w:tc>
          <w:tcPr>
            <w:tcW w:w="1193" w:type="dxa"/>
            <w:tcMar>
              <w:top w:w="80" w:type="dxa"/>
              <w:left w:w="90" w:type="dxa"/>
              <w:bottom w:w="80" w:type="dxa"/>
              <w:right w:w="90" w:type="dxa"/>
            </w:tcMar>
            <w:vAlign w:val="center"/>
          </w:tcPr>
          <w:p w14:paraId="71593F85" w14:textId="77777777" w:rsidR="00B55C9B" w:rsidRDefault="00B55C9B">
            <w:pPr>
              <w:spacing w:after="0"/>
            </w:pPr>
          </w:p>
        </w:tc>
        <w:tc>
          <w:tcPr>
            <w:tcW w:w="1134" w:type="dxa"/>
            <w:tcMar>
              <w:top w:w="80" w:type="dxa"/>
              <w:left w:w="90" w:type="dxa"/>
              <w:bottom w:w="80" w:type="dxa"/>
              <w:right w:w="90" w:type="dxa"/>
            </w:tcMar>
            <w:vAlign w:val="center"/>
          </w:tcPr>
          <w:p w14:paraId="07E6C6E2" w14:textId="77777777" w:rsidR="00B55C9B" w:rsidRDefault="00B55C9B">
            <w:pPr>
              <w:spacing w:after="0"/>
            </w:pPr>
          </w:p>
        </w:tc>
        <w:tc>
          <w:tcPr>
            <w:tcW w:w="1247" w:type="dxa"/>
            <w:tcMar>
              <w:top w:w="80" w:type="dxa"/>
              <w:left w:w="90" w:type="dxa"/>
              <w:bottom w:w="80" w:type="dxa"/>
              <w:right w:w="90" w:type="dxa"/>
            </w:tcMar>
            <w:vAlign w:val="center"/>
          </w:tcPr>
          <w:p w14:paraId="3B687F6E" w14:textId="77777777" w:rsidR="00B55C9B" w:rsidRDefault="00B55C9B">
            <w:pPr>
              <w:spacing w:after="0"/>
            </w:pPr>
          </w:p>
        </w:tc>
        <w:tc>
          <w:tcPr>
            <w:tcW w:w="1190" w:type="dxa"/>
            <w:tcMar>
              <w:top w:w="80" w:type="dxa"/>
              <w:left w:w="90" w:type="dxa"/>
              <w:bottom w:w="80" w:type="dxa"/>
              <w:right w:w="90" w:type="dxa"/>
            </w:tcMar>
            <w:vAlign w:val="center"/>
          </w:tcPr>
          <w:p w14:paraId="32ED62B2" w14:textId="77777777" w:rsidR="00B55C9B" w:rsidRDefault="00B55C9B">
            <w:pPr>
              <w:spacing w:after="0"/>
            </w:pPr>
          </w:p>
        </w:tc>
        <w:tc>
          <w:tcPr>
            <w:tcW w:w="850" w:type="dxa"/>
            <w:tcMar>
              <w:top w:w="80" w:type="dxa"/>
              <w:left w:w="90" w:type="dxa"/>
              <w:bottom w:w="80" w:type="dxa"/>
              <w:right w:w="90" w:type="dxa"/>
            </w:tcMar>
            <w:vAlign w:val="center"/>
          </w:tcPr>
          <w:p w14:paraId="57F0284B" w14:textId="77777777" w:rsidR="00B55C9B" w:rsidRDefault="00B55C9B">
            <w:pPr>
              <w:spacing w:after="0"/>
            </w:pPr>
          </w:p>
        </w:tc>
        <w:tc>
          <w:tcPr>
            <w:tcW w:w="1247" w:type="dxa"/>
            <w:tcMar>
              <w:top w:w="80" w:type="dxa"/>
              <w:left w:w="90" w:type="dxa"/>
              <w:bottom w:w="80" w:type="dxa"/>
              <w:right w:w="90" w:type="dxa"/>
            </w:tcMar>
            <w:vAlign w:val="center"/>
          </w:tcPr>
          <w:p w14:paraId="3346B916" w14:textId="77777777" w:rsidR="00B55C9B" w:rsidRDefault="00B55C9B">
            <w:pPr>
              <w:spacing w:after="0"/>
            </w:pPr>
          </w:p>
        </w:tc>
      </w:tr>
      <w:tr w:rsidR="00B55C9B" w14:paraId="214A1751" w14:textId="77777777" w:rsidTr="008B7B88">
        <w:trPr>
          <w:jc w:val="center"/>
        </w:trPr>
        <w:tc>
          <w:tcPr>
            <w:tcW w:w="368" w:type="dxa"/>
            <w:shd w:val="clear" w:color="auto" w:fill="EEF4F9"/>
            <w:tcMar>
              <w:top w:w="80" w:type="dxa"/>
              <w:left w:w="90" w:type="dxa"/>
              <w:bottom w:w="80" w:type="dxa"/>
              <w:right w:w="90" w:type="dxa"/>
            </w:tcMar>
            <w:vAlign w:val="center"/>
          </w:tcPr>
          <w:p w14:paraId="54963B35" w14:textId="77777777" w:rsidR="00B55C9B" w:rsidRDefault="00000000">
            <w:pPr>
              <w:spacing w:after="0"/>
              <w:jc w:val="center"/>
            </w:pPr>
            <w:r>
              <w:rPr>
                <w:b/>
                <w:color w:val="17365D"/>
                <w:sz w:val="14"/>
              </w:rPr>
              <w:t>10</w:t>
            </w:r>
          </w:p>
        </w:tc>
        <w:tc>
          <w:tcPr>
            <w:tcW w:w="2494" w:type="dxa"/>
            <w:shd w:val="clear" w:color="auto" w:fill="EEF4F9"/>
            <w:tcMar>
              <w:top w:w="80" w:type="dxa"/>
              <w:left w:w="90" w:type="dxa"/>
              <w:bottom w:w="80" w:type="dxa"/>
              <w:right w:w="90" w:type="dxa"/>
            </w:tcMar>
            <w:vAlign w:val="center"/>
          </w:tcPr>
          <w:p w14:paraId="226A3D64" w14:textId="77777777" w:rsidR="00B55C9B" w:rsidRDefault="00000000">
            <w:pPr>
              <w:spacing w:after="0"/>
            </w:pPr>
            <w:r>
              <w:rPr>
                <w:color w:val="000000"/>
                <w:sz w:val="14"/>
              </w:rPr>
              <w:t>Ingeniero electricista</w:t>
            </w:r>
          </w:p>
        </w:tc>
        <w:tc>
          <w:tcPr>
            <w:tcW w:w="1701" w:type="dxa"/>
            <w:shd w:val="clear" w:color="auto" w:fill="EEF4F9"/>
            <w:tcMar>
              <w:top w:w="80" w:type="dxa"/>
              <w:left w:w="90" w:type="dxa"/>
              <w:bottom w:w="80" w:type="dxa"/>
              <w:right w:w="90" w:type="dxa"/>
            </w:tcMar>
            <w:vAlign w:val="center"/>
          </w:tcPr>
          <w:p w14:paraId="60C1F6B3" w14:textId="77777777" w:rsidR="00B55C9B" w:rsidRDefault="00B55C9B">
            <w:pPr>
              <w:spacing w:after="0"/>
            </w:pPr>
          </w:p>
        </w:tc>
        <w:tc>
          <w:tcPr>
            <w:tcW w:w="1244" w:type="dxa"/>
            <w:shd w:val="clear" w:color="auto" w:fill="EEF4F9"/>
            <w:tcMar>
              <w:top w:w="80" w:type="dxa"/>
              <w:left w:w="90" w:type="dxa"/>
              <w:bottom w:w="80" w:type="dxa"/>
              <w:right w:w="90" w:type="dxa"/>
            </w:tcMar>
            <w:vAlign w:val="center"/>
          </w:tcPr>
          <w:p w14:paraId="0C2214E9" w14:textId="77777777" w:rsidR="00B55C9B" w:rsidRDefault="00B55C9B">
            <w:pPr>
              <w:spacing w:after="0"/>
            </w:pPr>
          </w:p>
        </w:tc>
        <w:tc>
          <w:tcPr>
            <w:tcW w:w="1193" w:type="dxa"/>
            <w:shd w:val="clear" w:color="auto" w:fill="EEF4F9"/>
            <w:tcMar>
              <w:top w:w="80" w:type="dxa"/>
              <w:left w:w="90" w:type="dxa"/>
              <w:bottom w:w="80" w:type="dxa"/>
              <w:right w:w="90" w:type="dxa"/>
            </w:tcMar>
            <w:vAlign w:val="center"/>
          </w:tcPr>
          <w:p w14:paraId="1288E6FE" w14:textId="77777777" w:rsidR="00B55C9B" w:rsidRDefault="00B55C9B">
            <w:pPr>
              <w:spacing w:after="0"/>
            </w:pPr>
          </w:p>
        </w:tc>
        <w:tc>
          <w:tcPr>
            <w:tcW w:w="1134" w:type="dxa"/>
            <w:shd w:val="clear" w:color="auto" w:fill="EEF4F9"/>
            <w:tcMar>
              <w:top w:w="80" w:type="dxa"/>
              <w:left w:w="90" w:type="dxa"/>
              <w:bottom w:w="80" w:type="dxa"/>
              <w:right w:w="90" w:type="dxa"/>
            </w:tcMar>
            <w:vAlign w:val="center"/>
          </w:tcPr>
          <w:p w14:paraId="29126887" w14:textId="77777777" w:rsidR="00B55C9B" w:rsidRDefault="00B55C9B">
            <w:pPr>
              <w:spacing w:after="0"/>
            </w:pPr>
          </w:p>
        </w:tc>
        <w:tc>
          <w:tcPr>
            <w:tcW w:w="1247" w:type="dxa"/>
            <w:shd w:val="clear" w:color="auto" w:fill="EEF4F9"/>
            <w:tcMar>
              <w:top w:w="80" w:type="dxa"/>
              <w:left w:w="90" w:type="dxa"/>
              <w:bottom w:w="80" w:type="dxa"/>
              <w:right w:w="90" w:type="dxa"/>
            </w:tcMar>
            <w:vAlign w:val="center"/>
          </w:tcPr>
          <w:p w14:paraId="4240DD1B" w14:textId="77777777" w:rsidR="00B55C9B" w:rsidRDefault="00B55C9B">
            <w:pPr>
              <w:spacing w:after="0"/>
            </w:pPr>
          </w:p>
        </w:tc>
        <w:tc>
          <w:tcPr>
            <w:tcW w:w="1190" w:type="dxa"/>
            <w:shd w:val="clear" w:color="auto" w:fill="EEF4F9"/>
            <w:tcMar>
              <w:top w:w="80" w:type="dxa"/>
              <w:left w:w="90" w:type="dxa"/>
              <w:bottom w:w="80" w:type="dxa"/>
              <w:right w:w="90" w:type="dxa"/>
            </w:tcMar>
            <w:vAlign w:val="center"/>
          </w:tcPr>
          <w:p w14:paraId="4D6F3B63" w14:textId="77777777" w:rsidR="00B55C9B" w:rsidRDefault="00B55C9B">
            <w:pPr>
              <w:spacing w:after="0"/>
            </w:pPr>
          </w:p>
        </w:tc>
        <w:tc>
          <w:tcPr>
            <w:tcW w:w="850" w:type="dxa"/>
            <w:shd w:val="clear" w:color="auto" w:fill="EEF4F9"/>
            <w:tcMar>
              <w:top w:w="80" w:type="dxa"/>
              <w:left w:w="90" w:type="dxa"/>
              <w:bottom w:w="80" w:type="dxa"/>
              <w:right w:w="90" w:type="dxa"/>
            </w:tcMar>
            <w:vAlign w:val="center"/>
          </w:tcPr>
          <w:p w14:paraId="3F4611FE" w14:textId="77777777" w:rsidR="00B55C9B" w:rsidRDefault="00B55C9B">
            <w:pPr>
              <w:spacing w:after="0"/>
            </w:pPr>
          </w:p>
        </w:tc>
        <w:tc>
          <w:tcPr>
            <w:tcW w:w="1247" w:type="dxa"/>
            <w:shd w:val="clear" w:color="auto" w:fill="EEF4F9"/>
            <w:tcMar>
              <w:top w:w="80" w:type="dxa"/>
              <w:left w:w="90" w:type="dxa"/>
              <w:bottom w:w="80" w:type="dxa"/>
              <w:right w:w="90" w:type="dxa"/>
            </w:tcMar>
            <w:vAlign w:val="center"/>
          </w:tcPr>
          <w:p w14:paraId="7E2D0C9E" w14:textId="77777777" w:rsidR="00B55C9B" w:rsidRDefault="00B55C9B">
            <w:pPr>
              <w:spacing w:after="0"/>
            </w:pPr>
          </w:p>
        </w:tc>
      </w:tr>
      <w:tr w:rsidR="00B55C9B" w14:paraId="18C1E5AC" w14:textId="77777777" w:rsidTr="008B7B88">
        <w:trPr>
          <w:jc w:val="center"/>
        </w:trPr>
        <w:tc>
          <w:tcPr>
            <w:tcW w:w="368" w:type="dxa"/>
            <w:tcMar>
              <w:top w:w="80" w:type="dxa"/>
              <w:left w:w="90" w:type="dxa"/>
              <w:bottom w:w="80" w:type="dxa"/>
              <w:right w:w="90" w:type="dxa"/>
            </w:tcMar>
            <w:vAlign w:val="center"/>
          </w:tcPr>
          <w:p w14:paraId="326D32F4" w14:textId="77777777" w:rsidR="00B55C9B" w:rsidRDefault="00000000">
            <w:pPr>
              <w:spacing w:after="0"/>
              <w:jc w:val="center"/>
            </w:pPr>
            <w:r>
              <w:rPr>
                <w:b/>
                <w:color w:val="17365D"/>
                <w:sz w:val="14"/>
              </w:rPr>
              <w:t>11</w:t>
            </w:r>
          </w:p>
        </w:tc>
        <w:tc>
          <w:tcPr>
            <w:tcW w:w="2494" w:type="dxa"/>
            <w:tcMar>
              <w:top w:w="80" w:type="dxa"/>
              <w:left w:w="90" w:type="dxa"/>
              <w:bottom w:w="80" w:type="dxa"/>
              <w:right w:w="90" w:type="dxa"/>
            </w:tcMar>
            <w:vAlign w:val="center"/>
          </w:tcPr>
          <w:p w14:paraId="22487AC8" w14:textId="77777777" w:rsidR="00B55C9B" w:rsidRDefault="00000000">
            <w:pPr>
              <w:spacing w:after="0"/>
            </w:pPr>
            <w:r>
              <w:rPr>
                <w:color w:val="000000"/>
                <w:sz w:val="14"/>
              </w:rPr>
              <w:t>Especialista en voz, datos y seguridad electrónica</w:t>
            </w:r>
          </w:p>
        </w:tc>
        <w:tc>
          <w:tcPr>
            <w:tcW w:w="1701" w:type="dxa"/>
            <w:tcMar>
              <w:top w:w="80" w:type="dxa"/>
              <w:left w:w="90" w:type="dxa"/>
              <w:bottom w:w="80" w:type="dxa"/>
              <w:right w:w="90" w:type="dxa"/>
            </w:tcMar>
            <w:vAlign w:val="center"/>
          </w:tcPr>
          <w:p w14:paraId="519B10B7" w14:textId="77777777" w:rsidR="00B55C9B" w:rsidRDefault="00B55C9B">
            <w:pPr>
              <w:spacing w:after="0"/>
            </w:pPr>
          </w:p>
        </w:tc>
        <w:tc>
          <w:tcPr>
            <w:tcW w:w="1244" w:type="dxa"/>
            <w:tcMar>
              <w:top w:w="80" w:type="dxa"/>
              <w:left w:w="90" w:type="dxa"/>
              <w:bottom w:w="80" w:type="dxa"/>
              <w:right w:w="90" w:type="dxa"/>
            </w:tcMar>
            <w:vAlign w:val="center"/>
          </w:tcPr>
          <w:p w14:paraId="44DD0FF3" w14:textId="77777777" w:rsidR="00B55C9B" w:rsidRDefault="00B55C9B">
            <w:pPr>
              <w:spacing w:after="0"/>
            </w:pPr>
          </w:p>
        </w:tc>
        <w:tc>
          <w:tcPr>
            <w:tcW w:w="1193" w:type="dxa"/>
            <w:tcMar>
              <w:top w:w="80" w:type="dxa"/>
              <w:left w:w="90" w:type="dxa"/>
              <w:bottom w:w="80" w:type="dxa"/>
              <w:right w:w="90" w:type="dxa"/>
            </w:tcMar>
            <w:vAlign w:val="center"/>
          </w:tcPr>
          <w:p w14:paraId="6FB9C473" w14:textId="77777777" w:rsidR="00B55C9B" w:rsidRDefault="00B55C9B">
            <w:pPr>
              <w:spacing w:after="0"/>
            </w:pPr>
          </w:p>
        </w:tc>
        <w:tc>
          <w:tcPr>
            <w:tcW w:w="1134" w:type="dxa"/>
            <w:tcMar>
              <w:top w:w="80" w:type="dxa"/>
              <w:left w:w="90" w:type="dxa"/>
              <w:bottom w:w="80" w:type="dxa"/>
              <w:right w:w="90" w:type="dxa"/>
            </w:tcMar>
            <w:vAlign w:val="center"/>
          </w:tcPr>
          <w:p w14:paraId="44B2748D" w14:textId="77777777" w:rsidR="00B55C9B" w:rsidRDefault="00B55C9B">
            <w:pPr>
              <w:spacing w:after="0"/>
            </w:pPr>
          </w:p>
        </w:tc>
        <w:tc>
          <w:tcPr>
            <w:tcW w:w="1247" w:type="dxa"/>
            <w:tcMar>
              <w:top w:w="80" w:type="dxa"/>
              <w:left w:w="90" w:type="dxa"/>
              <w:bottom w:w="80" w:type="dxa"/>
              <w:right w:w="90" w:type="dxa"/>
            </w:tcMar>
            <w:vAlign w:val="center"/>
          </w:tcPr>
          <w:p w14:paraId="0D2E19F8" w14:textId="77777777" w:rsidR="00B55C9B" w:rsidRDefault="00B55C9B">
            <w:pPr>
              <w:spacing w:after="0"/>
            </w:pPr>
          </w:p>
        </w:tc>
        <w:tc>
          <w:tcPr>
            <w:tcW w:w="1190" w:type="dxa"/>
            <w:tcMar>
              <w:top w:w="80" w:type="dxa"/>
              <w:left w:w="90" w:type="dxa"/>
              <w:bottom w:w="80" w:type="dxa"/>
              <w:right w:w="90" w:type="dxa"/>
            </w:tcMar>
            <w:vAlign w:val="center"/>
          </w:tcPr>
          <w:p w14:paraId="3CA70347" w14:textId="77777777" w:rsidR="00B55C9B" w:rsidRDefault="00B55C9B">
            <w:pPr>
              <w:spacing w:after="0"/>
            </w:pPr>
          </w:p>
        </w:tc>
        <w:tc>
          <w:tcPr>
            <w:tcW w:w="850" w:type="dxa"/>
            <w:tcMar>
              <w:top w:w="80" w:type="dxa"/>
              <w:left w:w="90" w:type="dxa"/>
              <w:bottom w:w="80" w:type="dxa"/>
              <w:right w:w="90" w:type="dxa"/>
            </w:tcMar>
            <w:vAlign w:val="center"/>
          </w:tcPr>
          <w:p w14:paraId="6E359FDE" w14:textId="77777777" w:rsidR="00B55C9B" w:rsidRDefault="00B55C9B">
            <w:pPr>
              <w:spacing w:after="0"/>
            </w:pPr>
          </w:p>
        </w:tc>
        <w:tc>
          <w:tcPr>
            <w:tcW w:w="1247" w:type="dxa"/>
            <w:tcMar>
              <w:top w:w="80" w:type="dxa"/>
              <w:left w:w="90" w:type="dxa"/>
              <w:bottom w:w="80" w:type="dxa"/>
              <w:right w:w="90" w:type="dxa"/>
            </w:tcMar>
            <w:vAlign w:val="center"/>
          </w:tcPr>
          <w:p w14:paraId="1A430921" w14:textId="77777777" w:rsidR="00B55C9B" w:rsidRDefault="00B55C9B">
            <w:pPr>
              <w:spacing w:after="0"/>
            </w:pPr>
          </w:p>
        </w:tc>
      </w:tr>
      <w:tr w:rsidR="00B55C9B" w14:paraId="129AC73F" w14:textId="77777777" w:rsidTr="008B7B88">
        <w:trPr>
          <w:jc w:val="center"/>
        </w:trPr>
        <w:tc>
          <w:tcPr>
            <w:tcW w:w="368" w:type="dxa"/>
            <w:shd w:val="clear" w:color="auto" w:fill="EEF4F9"/>
            <w:tcMar>
              <w:top w:w="80" w:type="dxa"/>
              <w:left w:w="90" w:type="dxa"/>
              <w:bottom w:w="80" w:type="dxa"/>
              <w:right w:w="90" w:type="dxa"/>
            </w:tcMar>
            <w:vAlign w:val="center"/>
          </w:tcPr>
          <w:p w14:paraId="6194B12D" w14:textId="77777777" w:rsidR="00B55C9B" w:rsidRDefault="00000000">
            <w:pPr>
              <w:spacing w:after="0"/>
              <w:jc w:val="center"/>
            </w:pPr>
            <w:r>
              <w:rPr>
                <w:b/>
                <w:color w:val="17365D"/>
                <w:sz w:val="14"/>
              </w:rPr>
              <w:t>12</w:t>
            </w:r>
          </w:p>
        </w:tc>
        <w:tc>
          <w:tcPr>
            <w:tcW w:w="2494" w:type="dxa"/>
            <w:shd w:val="clear" w:color="auto" w:fill="EEF4F9"/>
            <w:tcMar>
              <w:top w:w="80" w:type="dxa"/>
              <w:left w:w="90" w:type="dxa"/>
              <w:bottom w:w="80" w:type="dxa"/>
              <w:right w:w="90" w:type="dxa"/>
            </w:tcMar>
            <w:vAlign w:val="center"/>
          </w:tcPr>
          <w:p w14:paraId="205E064F" w14:textId="77777777" w:rsidR="00B55C9B" w:rsidRDefault="00000000">
            <w:pPr>
              <w:spacing w:after="0"/>
            </w:pPr>
            <w:r>
              <w:rPr>
                <w:color w:val="000000"/>
                <w:sz w:val="14"/>
              </w:rPr>
              <w:t>Especialista en redes contra incendio</w:t>
            </w:r>
          </w:p>
        </w:tc>
        <w:tc>
          <w:tcPr>
            <w:tcW w:w="1701" w:type="dxa"/>
            <w:shd w:val="clear" w:color="auto" w:fill="EEF4F9"/>
            <w:tcMar>
              <w:top w:w="80" w:type="dxa"/>
              <w:left w:w="90" w:type="dxa"/>
              <w:bottom w:w="80" w:type="dxa"/>
              <w:right w:w="90" w:type="dxa"/>
            </w:tcMar>
            <w:vAlign w:val="center"/>
          </w:tcPr>
          <w:p w14:paraId="5224BAF2" w14:textId="77777777" w:rsidR="00B55C9B" w:rsidRDefault="00B55C9B">
            <w:pPr>
              <w:spacing w:after="0"/>
            </w:pPr>
          </w:p>
        </w:tc>
        <w:tc>
          <w:tcPr>
            <w:tcW w:w="1244" w:type="dxa"/>
            <w:shd w:val="clear" w:color="auto" w:fill="EEF4F9"/>
            <w:tcMar>
              <w:top w:w="80" w:type="dxa"/>
              <w:left w:w="90" w:type="dxa"/>
              <w:bottom w:w="80" w:type="dxa"/>
              <w:right w:w="90" w:type="dxa"/>
            </w:tcMar>
            <w:vAlign w:val="center"/>
          </w:tcPr>
          <w:p w14:paraId="6624C33C" w14:textId="77777777" w:rsidR="00B55C9B" w:rsidRDefault="00B55C9B">
            <w:pPr>
              <w:spacing w:after="0"/>
            </w:pPr>
          </w:p>
        </w:tc>
        <w:tc>
          <w:tcPr>
            <w:tcW w:w="1193" w:type="dxa"/>
            <w:shd w:val="clear" w:color="auto" w:fill="EEF4F9"/>
            <w:tcMar>
              <w:top w:w="80" w:type="dxa"/>
              <w:left w:w="90" w:type="dxa"/>
              <w:bottom w:w="80" w:type="dxa"/>
              <w:right w:w="90" w:type="dxa"/>
            </w:tcMar>
            <w:vAlign w:val="center"/>
          </w:tcPr>
          <w:p w14:paraId="2B62AF29" w14:textId="77777777" w:rsidR="00B55C9B" w:rsidRDefault="00B55C9B">
            <w:pPr>
              <w:spacing w:after="0"/>
            </w:pPr>
          </w:p>
        </w:tc>
        <w:tc>
          <w:tcPr>
            <w:tcW w:w="1134" w:type="dxa"/>
            <w:shd w:val="clear" w:color="auto" w:fill="EEF4F9"/>
            <w:tcMar>
              <w:top w:w="80" w:type="dxa"/>
              <w:left w:w="90" w:type="dxa"/>
              <w:bottom w:w="80" w:type="dxa"/>
              <w:right w:w="90" w:type="dxa"/>
            </w:tcMar>
            <w:vAlign w:val="center"/>
          </w:tcPr>
          <w:p w14:paraId="03E693FC" w14:textId="77777777" w:rsidR="00B55C9B" w:rsidRDefault="00B55C9B">
            <w:pPr>
              <w:spacing w:after="0"/>
            </w:pPr>
          </w:p>
        </w:tc>
        <w:tc>
          <w:tcPr>
            <w:tcW w:w="1247" w:type="dxa"/>
            <w:shd w:val="clear" w:color="auto" w:fill="EEF4F9"/>
            <w:tcMar>
              <w:top w:w="80" w:type="dxa"/>
              <w:left w:w="90" w:type="dxa"/>
              <w:bottom w:w="80" w:type="dxa"/>
              <w:right w:w="90" w:type="dxa"/>
            </w:tcMar>
            <w:vAlign w:val="center"/>
          </w:tcPr>
          <w:p w14:paraId="3FC7E717" w14:textId="77777777" w:rsidR="00B55C9B" w:rsidRDefault="00B55C9B">
            <w:pPr>
              <w:spacing w:after="0"/>
            </w:pPr>
          </w:p>
        </w:tc>
        <w:tc>
          <w:tcPr>
            <w:tcW w:w="1190" w:type="dxa"/>
            <w:shd w:val="clear" w:color="auto" w:fill="EEF4F9"/>
            <w:tcMar>
              <w:top w:w="80" w:type="dxa"/>
              <w:left w:w="90" w:type="dxa"/>
              <w:bottom w:w="80" w:type="dxa"/>
              <w:right w:w="90" w:type="dxa"/>
            </w:tcMar>
            <w:vAlign w:val="center"/>
          </w:tcPr>
          <w:p w14:paraId="72F92E33" w14:textId="77777777" w:rsidR="00B55C9B" w:rsidRDefault="00B55C9B">
            <w:pPr>
              <w:spacing w:after="0"/>
            </w:pPr>
          </w:p>
        </w:tc>
        <w:tc>
          <w:tcPr>
            <w:tcW w:w="850" w:type="dxa"/>
            <w:shd w:val="clear" w:color="auto" w:fill="EEF4F9"/>
            <w:tcMar>
              <w:top w:w="80" w:type="dxa"/>
              <w:left w:w="90" w:type="dxa"/>
              <w:bottom w:w="80" w:type="dxa"/>
              <w:right w:w="90" w:type="dxa"/>
            </w:tcMar>
            <w:vAlign w:val="center"/>
          </w:tcPr>
          <w:p w14:paraId="5C6E5A5B" w14:textId="77777777" w:rsidR="00B55C9B" w:rsidRDefault="00B55C9B">
            <w:pPr>
              <w:spacing w:after="0"/>
            </w:pPr>
          </w:p>
        </w:tc>
        <w:tc>
          <w:tcPr>
            <w:tcW w:w="1247" w:type="dxa"/>
            <w:shd w:val="clear" w:color="auto" w:fill="EEF4F9"/>
            <w:tcMar>
              <w:top w:w="80" w:type="dxa"/>
              <w:left w:w="90" w:type="dxa"/>
              <w:bottom w:w="80" w:type="dxa"/>
              <w:right w:w="90" w:type="dxa"/>
            </w:tcMar>
            <w:vAlign w:val="center"/>
          </w:tcPr>
          <w:p w14:paraId="108D2A41" w14:textId="77777777" w:rsidR="00B55C9B" w:rsidRDefault="00B55C9B">
            <w:pPr>
              <w:spacing w:after="0"/>
            </w:pPr>
          </w:p>
        </w:tc>
      </w:tr>
      <w:tr w:rsidR="00B55C9B" w14:paraId="44BFAD05" w14:textId="77777777" w:rsidTr="008B7B88">
        <w:trPr>
          <w:jc w:val="center"/>
        </w:trPr>
        <w:tc>
          <w:tcPr>
            <w:tcW w:w="368" w:type="dxa"/>
            <w:tcMar>
              <w:top w:w="80" w:type="dxa"/>
              <w:left w:w="90" w:type="dxa"/>
              <w:bottom w:w="80" w:type="dxa"/>
              <w:right w:w="90" w:type="dxa"/>
            </w:tcMar>
            <w:vAlign w:val="center"/>
          </w:tcPr>
          <w:p w14:paraId="56DA883D" w14:textId="77777777" w:rsidR="00B55C9B" w:rsidRDefault="00000000">
            <w:pPr>
              <w:spacing w:after="0"/>
              <w:jc w:val="center"/>
            </w:pPr>
            <w:r>
              <w:rPr>
                <w:b/>
                <w:color w:val="17365D"/>
                <w:sz w:val="14"/>
              </w:rPr>
              <w:t>13</w:t>
            </w:r>
          </w:p>
        </w:tc>
        <w:tc>
          <w:tcPr>
            <w:tcW w:w="2494" w:type="dxa"/>
            <w:tcMar>
              <w:top w:w="80" w:type="dxa"/>
              <w:left w:w="90" w:type="dxa"/>
              <w:bottom w:w="80" w:type="dxa"/>
              <w:right w:w="90" w:type="dxa"/>
            </w:tcMar>
            <w:vAlign w:val="center"/>
          </w:tcPr>
          <w:p w14:paraId="18A96986" w14:textId="77777777" w:rsidR="00B55C9B" w:rsidRDefault="00000000">
            <w:pPr>
              <w:spacing w:after="0"/>
            </w:pPr>
            <w:r>
              <w:rPr>
                <w:color w:val="000000"/>
                <w:sz w:val="14"/>
              </w:rPr>
              <w:t>Profesional ambiental</w:t>
            </w:r>
          </w:p>
        </w:tc>
        <w:tc>
          <w:tcPr>
            <w:tcW w:w="1701" w:type="dxa"/>
            <w:tcMar>
              <w:top w:w="80" w:type="dxa"/>
              <w:left w:w="90" w:type="dxa"/>
              <w:bottom w:w="80" w:type="dxa"/>
              <w:right w:w="90" w:type="dxa"/>
            </w:tcMar>
            <w:vAlign w:val="center"/>
          </w:tcPr>
          <w:p w14:paraId="3641F998" w14:textId="77777777" w:rsidR="00B55C9B" w:rsidRDefault="00B55C9B">
            <w:pPr>
              <w:spacing w:after="0"/>
            </w:pPr>
          </w:p>
        </w:tc>
        <w:tc>
          <w:tcPr>
            <w:tcW w:w="1244" w:type="dxa"/>
            <w:tcMar>
              <w:top w:w="80" w:type="dxa"/>
              <w:left w:w="90" w:type="dxa"/>
              <w:bottom w:w="80" w:type="dxa"/>
              <w:right w:w="90" w:type="dxa"/>
            </w:tcMar>
            <w:vAlign w:val="center"/>
          </w:tcPr>
          <w:p w14:paraId="1C1113BD" w14:textId="77777777" w:rsidR="00B55C9B" w:rsidRDefault="00B55C9B">
            <w:pPr>
              <w:spacing w:after="0"/>
            </w:pPr>
          </w:p>
        </w:tc>
        <w:tc>
          <w:tcPr>
            <w:tcW w:w="1193" w:type="dxa"/>
            <w:tcMar>
              <w:top w:w="80" w:type="dxa"/>
              <w:left w:w="90" w:type="dxa"/>
              <w:bottom w:w="80" w:type="dxa"/>
              <w:right w:w="90" w:type="dxa"/>
            </w:tcMar>
            <w:vAlign w:val="center"/>
          </w:tcPr>
          <w:p w14:paraId="562EF321" w14:textId="77777777" w:rsidR="00B55C9B" w:rsidRDefault="00B55C9B">
            <w:pPr>
              <w:spacing w:after="0"/>
            </w:pPr>
          </w:p>
        </w:tc>
        <w:tc>
          <w:tcPr>
            <w:tcW w:w="1134" w:type="dxa"/>
            <w:tcMar>
              <w:top w:w="80" w:type="dxa"/>
              <w:left w:w="90" w:type="dxa"/>
              <w:bottom w:w="80" w:type="dxa"/>
              <w:right w:w="90" w:type="dxa"/>
            </w:tcMar>
            <w:vAlign w:val="center"/>
          </w:tcPr>
          <w:p w14:paraId="62321F0A" w14:textId="77777777" w:rsidR="00B55C9B" w:rsidRDefault="00B55C9B">
            <w:pPr>
              <w:spacing w:after="0"/>
            </w:pPr>
          </w:p>
        </w:tc>
        <w:tc>
          <w:tcPr>
            <w:tcW w:w="1247" w:type="dxa"/>
            <w:tcMar>
              <w:top w:w="80" w:type="dxa"/>
              <w:left w:w="90" w:type="dxa"/>
              <w:bottom w:w="80" w:type="dxa"/>
              <w:right w:w="90" w:type="dxa"/>
            </w:tcMar>
            <w:vAlign w:val="center"/>
          </w:tcPr>
          <w:p w14:paraId="37DDAB9C" w14:textId="77777777" w:rsidR="00B55C9B" w:rsidRDefault="00B55C9B">
            <w:pPr>
              <w:spacing w:after="0"/>
            </w:pPr>
          </w:p>
        </w:tc>
        <w:tc>
          <w:tcPr>
            <w:tcW w:w="1190" w:type="dxa"/>
            <w:tcMar>
              <w:top w:w="80" w:type="dxa"/>
              <w:left w:w="90" w:type="dxa"/>
              <w:bottom w:w="80" w:type="dxa"/>
              <w:right w:w="90" w:type="dxa"/>
            </w:tcMar>
            <w:vAlign w:val="center"/>
          </w:tcPr>
          <w:p w14:paraId="4E0D4581" w14:textId="77777777" w:rsidR="00B55C9B" w:rsidRDefault="00B55C9B">
            <w:pPr>
              <w:spacing w:after="0"/>
            </w:pPr>
          </w:p>
        </w:tc>
        <w:tc>
          <w:tcPr>
            <w:tcW w:w="850" w:type="dxa"/>
            <w:tcMar>
              <w:top w:w="80" w:type="dxa"/>
              <w:left w:w="90" w:type="dxa"/>
              <w:bottom w:w="80" w:type="dxa"/>
              <w:right w:w="90" w:type="dxa"/>
            </w:tcMar>
            <w:vAlign w:val="center"/>
          </w:tcPr>
          <w:p w14:paraId="6E304ACA" w14:textId="77777777" w:rsidR="00B55C9B" w:rsidRDefault="00B55C9B">
            <w:pPr>
              <w:spacing w:after="0"/>
            </w:pPr>
          </w:p>
        </w:tc>
        <w:tc>
          <w:tcPr>
            <w:tcW w:w="1247" w:type="dxa"/>
            <w:tcMar>
              <w:top w:w="80" w:type="dxa"/>
              <w:left w:w="90" w:type="dxa"/>
              <w:bottom w:w="80" w:type="dxa"/>
              <w:right w:w="90" w:type="dxa"/>
            </w:tcMar>
            <w:vAlign w:val="center"/>
          </w:tcPr>
          <w:p w14:paraId="4DB21AEC" w14:textId="77777777" w:rsidR="00B55C9B" w:rsidRDefault="00B55C9B">
            <w:pPr>
              <w:spacing w:after="0"/>
            </w:pPr>
          </w:p>
        </w:tc>
      </w:tr>
      <w:tr w:rsidR="00B55C9B" w14:paraId="46779515" w14:textId="77777777" w:rsidTr="008B7B88">
        <w:trPr>
          <w:jc w:val="center"/>
        </w:trPr>
        <w:tc>
          <w:tcPr>
            <w:tcW w:w="368" w:type="dxa"/>
            <w:shd w:val="clear" w:color="auto" w:fill="EEF4F9"/>
            <w:tcMar>
              <w:top w:w="80" w:type="dxa"/>
              <w:left w:w="90" w:type="dxa"/>
              <w:bottom w:w="80" w:type="dxa"/>
              <w:right w:w="90" w:type="dxa"/>
            </w:tcMar>
            <w:vAlign w:val="center"/>
          </w:tcPr>
          <w:p w14:paraId="085D7821" w14:textId="77777777" w:rsidR="00B55C9B" w:rsidRDefault="00000000">
            <w:pPr>
              <w:spacing w:after="0"/>
              <w:jc w:val="center"/>
            </w:pPr>
            <w:r>
              <w:rPr>
                <w:b/>
                <w:color w:val="17365D"/>
                <w:sz w:val="14"/>
              </w:rPr>
              <w:t>14</w:t>
            </w:r>
          </w:p>
        </w:tc>
        <w:tc>
          <w:tcPr>
            <w:tcW w:w="2494" w:type="dxa"/>
            <w:shd w:val="clear" w:color="auto" w:fill="EEF4F9"/>
            <w:tcMar>
              <w:top w:w="80" w:type="dxa"/>
              <w:left w:w="90" w:type="dxa"/>
              <w:bottom w:w="80" w:type="dxa"/>
              <w:right w:w="90" w:type="dxa"/>
            </w:tcMar>
            <w:vAlign w:val="center"/>
          </w:tcPr>
          <w:p w14:paraId="04D63F44" w14:textId="77777777" w:rsidR="00B55C9B" w:rsidRDefault="00000000">
            <w:pPr>
              <w:spacing w:after="0"/>
            </w:pPr>
            <w:r>
              <w:rPr>
                <w:color w:val="000000"/>
                <w:sz w:val="14"/>
              </w:rPr>
              <w:t>Presupuestador / especialista en costos</w:t>
            </w:r>
          </w:p>
        </w:tc>
        <w:tc>
          <w:tcPr>
            <w:tcW w:w="1701" w:type="dxa"/>
            <w:shd w:val="clear" w:color="auto" w:fill="EEF4F9"/>
            <w:tcMar>
              <w:top w:w="80" w:type="dxa"/>
              <w:left w:w="90" w:type="dxa"/>
              <w:bottom w:w="80" w:type="dxa"/>
              <w:right w:w="90" w:type="dxa"/>
            </w:tcMar>
            <w:vAlign w:val="center"/>
          </w:tcPr>
          <w:p w14:paraId="2A45CCCD" w14:textId="77777777" w:rsidR="00B55C9B" w:rsidRDefault="00B55C9B">
            <w:pPr>
              <w:spacing w:after="0"/>
            </w:pPr>
          </w:p>
        </w:tc>
        <w:tc>
          <w:tcPr>
            <w:tcW w:w="1244" w:type="dxa"/>
            <w:shd w:val="clear" w:color="auto" w:fill="EEF4F9"/>
            <w:tcMar>
              <w:top w:w="80" w:type="dxa"/>
              <w:left w:w="90" w:type="dxa"/>
              <w:bottom w:w="80" w:type="dxa"/>
              <w:right w:w="90" w:type="dxa"/>
            </w:tcMar>
            <w:vAlign w:val="center"/>
          </w:tcPr>
          <w:p w14:paraId="52CE97AF" w14:textId="77777777" w:rsidR="00B55C9B" w:rsidRDefault="00B55C9B">
            <w:pPr>
              <w:spacing w:after="0"/>
            </w:pPr>
          </w:p>
        </w:tc>
        <w:tc>
          <w:tcPr>
            <w:tcW w:w="1193" w:type="dxa"/>
            <w:shd w:val="clear" w:color="auto" w:fill="EEF4F9"/>
            <w:tcMar>
              <w:top w:w="80" w:type="dxa"/>
              <w:left w:w="90" w:type="dxa"/>
              <w:bottom w:w="80" w:type="dxa"/>
              <w:right w:w="90" w:type="dxa"/>
            </w:tcMar>
            <w:vAlign w:val="center"/>
          </w:tcPr>
          <w:p w14:paraId="5A9DEBCA" w14:textId="77777777" w:rsidR="00B55C9B" w:rsidRDefault="00B55C9B">
            <w:pPr>
              <w:spacing w:after="0"/>
            </w:pPr>
          </w:p>
        </w:tc>
        <w:tc>
          <w:tcPr>
            <w:tcW w:w="1134" w:type="dxa"/>
            <w:shd w:val="clear" w:color="auto" w:fill="EEF4F9"/>
            <w:tcMar>
              <w:top w:w="80" w:type="dxa"/>
              <w:left w:w="90" w:type="dxa"/>
              <w:bottom w:w="80" w:type="dxa"/>
              <w:right w:w="90" w:type="dxa"/>
            </w:tcMar>
            <w:vAlign w:val="center"/>
          </w:tcPr>
          <w:p w14:paraId="776B8EB4" w14:textId="77777777" w:rsidR="00B55C9B" w:rsidRDefault="00B55C9B">
            <w:pPr>
              <w:spacing w:after="0"/>
            </w:pPr>
          </w:p>
        </w:tc>
        <w:tc>
          <w:tcPr>
            <w:tcW w:w="1247" w:type="dxa"/>
            <w:shd w:val="clear" w:color="auto" w:fill="EEF4F9"/>
            <w:tcMar>
              <w:top w:w="80" w:type="dxa"/>
              <w:left w:w="90" w:type="dxa"/>
              <w:bottom w:w="80" w:type="dxa"/>
              <w:right w:w="90" w:type="dxa"/>
            </w:tcMar>
            <w:vAlign w:val="center"/>
          </w:tcPr>
          <w:p w14:paraId="744E85ED" w14:textId="77777777" w:rsidR="00B55C9B" w:rsidRDefault="00B55C9B">
            <w:pPr>
              <w:spacing w:after="0"/>
            </w:pPr>
          </w:p>
        </w:tc>
        <w:tc>
          <w:tcPr>
            <w:tcW w:w="1190" w:type="dxa"/>
            <w:shd w:val="clear" w:color="auto" w:fill="EEF4F9"/>
            <w:tcMar>
              <w:top w:w="80" w:type="dxa"/>
              <w:left w:w="90" w:type="dxa"/>
              <w:bottom w:w="80" w:type="dxa"/>
              <w:right w:w="90" w:type="dxa"/>
            </w:tcMar>
            <w:vAlign w:val="center"/>
          </w:tcPr>
          <w:p w14:paraId="0374BC94" w14:textId="77777777" w:rsidR="00B55C9B" w:rsidRDefault="00B55C9B">
            <w:pPr>
              <w:spacing w:after="0"/>
            </w:pPr>
          </w:p>
        </w:tc>
        <w:tc>
          <w:tcPr>
            <w:tcW w:w="850" w:type="dxa"/>
            <w:shd w:val="clear" w:color="auto" w:fill="EEF4F9"/>
            <w:tcMar>
              <w:top w:w="80" w:type="dxa"/>
              <w:left w:w="90" w:type="dxa"/>
              <w:bottom w:w="80" w:type="dxa"/>
              <w:right w:w="90" w:type="dxa"/>
            </w:tcMar>
            <w:vAlign w:val="center"/>
          </w:tcPr>
          <w:p w14:paraId="30732766" w14:textId="77777777" w:rsidR="00B55C9B" w:rsidRDefault="00B55C9B">
            <w:pPr>
              <w:spacing w:after="0"/>
            </w:pPr>
          </w:p>
        </w:tc>
        <w:tc>
          <w:tcPr>
            <w:tcW w:w="1247" w:type="dxa"/>
            <w:shd w:val="clear" w:color="auto" w:fill="EEF4F9"/>
            <w:tcMar>
              <w:top w:w="80" w:type="dxa"/>
              <w:left w:w="90" w:type="dxa"/>
              <w:bottom w:w="80" w:type="dxa"/>
              <w:right w:w="90" w:type="dxa"/>
            </w:tcMar>
            <w:vAlign w:val="center"/>
          </w:tcPr>
          <w:p w14:paraId="4CBB3F48" w14:textId="77777777" w:rsidR="00B55C9B" w:rsidRDefault="00B55C9B">
            <w:pPr>
              <w:spacing w:after="0"/>
            </w:pPr>
          </w:p>
        </w:tc>
      </w:tr>
      <w:tr w:rsidR="00B55C9B" w14:paraId="59712CCC" w14:textId="77777777" w:rsidTr="008B7B88">
        <w:trPr>
          <w:jc w:val="center"/>
        </w:trPr>
        <w:tc>
          <w:tcPr>
            <w:tcW w:w="368" w:type="dxa"/>
            <w:tcMar>
              <w:top w:w="80" w:type="dxa"/>
              <w:left w:w="90" w:type="dxa"/>
              <w:bottom w:w="80" w:type="dxa"/>
              <w:right w:w="90" w:type="dxa"/>
            </w:tcMar>
            <w:vAlign w:val="center"/>
          </w:tcPr>
          <w:p w14:paraId="749F1DFE" w14:textId="77777777" w:rsidR="00B55C9B" w:rsidRDefault="00000000">
            <w:pPr>
              <w:spacing w:after="0"/>
              <w:jc w:val="center"/>
            </w:pPr>
            <w:r>
              <w:rPr>
                <w:b/>
                <w:color w:val="17365D"/>
                <w:sz w:val="14"/>
              </w:rPr>
              <w:t>15</w:t>
            </w:r>
          </w:p>
        </w:tc>
        <w:tc>
          <w:tcPr>
            <w:tcW w:w="2494" w:type="dxa"/>
            <w:tcMar>
              <w:top w:w="80" w:type="dxa"/>
              <w:left w:w="90" w:type="dxa"/>
              <w:bottom w:w="80" w:type="dxa"/>
              <w:right w:w="90" w:type="dxa"/>
            </w:tcMar>
            <w:vAlign w:val="center"/>
          </w:tcPr>
          <w:p w14:paraId="174E9189" w14:textId="77777777" w:rsidR="00B55C9B" w:rsidRDefault="00000000">
            <w:pPr>
              <w:spacing w:after="0"/>
            </w:pPr>
            <w:r>
              <w:rPr>
                <w:color w:val="000000"/>
                <w:sz w:val="14"/>
              </w:rPr>
              <w:t>Programador de obra</w:t>
            </w:r>
          </w:p>
        </w:tc>
        <w:tc>
          <w:tcPr>
            <w:tcW w:w="1701" w:type="dxa"/>
            <w:tcMar>
              <w:top w:w="80" w:type="dxa"/>
              <w:left w:w="90" w:type="dxa"/>
              <w:bottom w:w="80" w:type="dxa"/>
              <w:right w:w="90" w:type="dxa"/>
            </w:tcMar>
            <w:vAlign w:val="center"/>
          </w:tcPr>
          <w:p w14:paraId="3C31FCC7" w14:textId="77777777" w:rsidR="00B55C9B" w:rsidRDefault="00B55C9B">
            <w:pPr>
              <w:spacing w:after="0"/>
            </w:pPr>
          </w:p>
        </w:tc>
        <w:tc>
          <w:tcPr>
            <w:tcW w:w="1244" w:type="dxa"/>
            <w:tcMar>
              <w:top w:w="80" w:type="dxa"/>
              <w:left w:w="90" w:type="dxa"/>
              <w:bottom w:w="80" w:type="dxa"/>
              <w:right w:w="90" w:type="dxa"/>
            </w:tcMar>
            <w:vAlign w:val="center"/>
          </w:tcPr>
          <w:p w14:paraId="64BB271F" w14:textId="77777777" w:rsidR="00B55C9B" w:rsidRDefault="00B55C9B">
            <w:pPr>
              <w:spacing w:after="0"/>
            </w:pPr>
          </w:p>
        </w:tc>
        <w:tc>
          <w:tcPr>
            <w:tcW w:w="1193" w:type="dxa"/>
            <w:tcMar>
              <w:top w:w="80" w:type="dxa"/>
              <w:left w:w="90" w:type="dxa"/>
              <w:bottom w:w="80" w:type="dxa"/>
              <w:right w:w="90" w:type="dxa"/>
            </w:tcMar>
            <w:vAlign w:val="center"/>
          </w:tcPr>
          <w:p w14:paraId="7AD8BF61" w14:textId="77777777" w:rsidR="00B55C9B" w:rsidRDefault="00B55C9B">
            <w:pPr>
              <w:spacing w:after="0"/>
            </w:pPr>
          </w:p>
        </w:tc>
        <w:tc>
          <w:tcPr>
            <w:tcW w:w="1134" w:type="dxa"/>
            <w:tcMar>
              <w:top w:w="80" w:type="dxa"/>
              <w:left w:w="90" w:type="dxa"/>
              <w:bottom w:w="80" w:type="dxa"/>
              <w:right w:w="90" w:type="dxa"/>
            </w:tcMar>
            <w:vAlign w:val="center"/>
          </w:tcPr>
          <w:p w14:paraId="6832D463" w14:textId="77777777" w:rsidR="00B55C9B" w:rsidRDefault="00B55C9B">
            <w:pPr>
              <w:spacing w:after="0"/>
            </w:pPr>
          </w:p>
        </w:tc>
        <w:tc>
          <w:tcPr>
            <w:tcW w:w="1247" w:type="dxa"/>
            <w:tcMar>
              <w:top w:w="80" w:type="dxa"/>
              <w:left w:w="90" w:type="dxa"/>
              <w:bottom w:w="80" w:type="dxa"/>
              <w:right w:w="90" w:type="dxa"/>
            </w:tcMar>
            <w:vAlign w:val="center"/>
          </w:tcPr>
          <w:p w14:paraId="010AC63E" w14:textId="77777777" w:rsidR="00B55C9B" w:rsidRDefault="00B55C9B">
            <w:pPr>
              <w:spacing w:after="0"/>
            </w:pPr>
          </w:p>
        </w:tc>
        <w:tc>
          <w:tcPr>
            <w:tcW w:w="1190" w:type="dxa"/>
            <w:tcMar>
              <w:top w:w="80" w:type="dxa"/>
              <w:left w:w="90" w:type="dxa"/>
              <w:bottom w:w="80" w:type="dxa"/>
              <w:right w:w="90" w:type="dxa"/>
            </w:tcMar>
            <w:vAlign w:val="center"/>
          </w:tcPr>
          <w:p w14:paraId="1563D7B2" w14:textId="77777777" w:rsidR="00B55C9B" w:rsidRDefault="00B55C9B">
            <w:pPr>
              <w:spacing w:after="0"/>
            </w:pPr>
          </w:p>
        </w:tc>
        <w:tc>
          <w:tcPr>
            <w:tcW w:w="850" w:type="dxa"/>
            <w:tcMar>
              <w:top w:w="80" w:type="dxa"/>
              <w:left w:w="90" w:type="dxa"/>
              <w:bottom w:w="80" w:type="dxa"/>
              <w:right w:w="90" w:type="dxa"/>
            </w:tcMar>
            <w:vAlign w:val="center"/>
          </w:tcPr>
          <w:p w14:paraId="325690B9" w14:textId="77777777" w:rsidR="00B55C9B" w:rsidRDefault="00B55C9B">
            <w:pPr>
              <w:spacing w:after="0"/>
            </w:pPr>
          </w:p>
        </w:tc>
        <w:tc>
          <w:tcPr>
            <w:tcW w:w="1247" w:type="dxa"/>
            <w:tcMar>
              <w:top w:w="80" w:type="dxa"/>
              <w:left w:w="90" w:type="dxa"/>
              <w:bottom w:w="80" w:type="dxa"/>
              <w:right w:w="90" w:type="dxa"/>
            </w:tcMar>
            <w:vAlign w:val="center"/>
          </w:tcPr>
          <w:p w14:paraId="3DFACC02" w14:textId="77777777" w:rsidR="00B55C9B" w:rsidRDefault="00B55C9B">
            <w:pPr>
              <w:spacing w:after="0"/>
            </w:pPr>
          </w:p>
        </w:tc>
      </w:tr>
      <w:tr w:rsidR="00B55C9B" w14:paraId="3CB42B4D" w14:textId="77777777" w:rsidTr="008B7B88">
        <w:trPr>
          <w:jc w:val="center"/>
        </w:trPr>
        <w:tc>
          <w:tcPr>
            <w:tcW w:w="368" w:type="dxa"/>
            <w:shd w:val="clear" w:color="auto" w:fill="EEF4F9"/>
            <w:tcMar>
              <w:top w:w="80" w:type="dxa"/>
              <w:left w:w="90" w:type="dxa"/>
              <w:bottom w:w="80" w:type="dxa"/>
              <w:right w:w="90" w:type="dxa"/>
            </w:tcMar>
            <w:vAlign w:val="center"/>
          </w:tcPr>
          <w:p w14:paraId="65D07BF4" w14:textId="77777777" w:rsidR="00B55C9B" w:rsidRDefault="00000000">
            <w:pPr>
              <w:spacing w:after="0"/>
              <w:jc w:val="center"/>
            </w:pPr>
            <w:r>
              <w:rPr>
                <w:b/>
                <w:color w:val="17365D"/>
                <w:sz w:val="14"/>
              </w:rPr>
              <w:t>16</w:t>
            </w:r>
          </w:p>
        </w:tc>
        <w:tc>
          <w:tcPr>
            <w:tcW w:w="2494" w:type="dxa"/>
            <w:shd w:val="clear" w:color="auto" w:fill="EEF4F9"/>
            <w:tcMar>
              <w:top w:w="80" w:type="dxa"/>
              <w:left w:w="90" w:type="dxa"/>
              <w:bottom w:w="80" w:type="dxa"/>
              <w:right w:w="90" w:type="dxa"/>
            </w:tcMar>
            <w:vAlign w:val="center"/>
          </w:tcPr>
          <w:p w14:paraId="0A30246C" w14:textId="77777777" w:rsidR="00B55C9B" w:rsidRDefault="00000000">
            <w:pPr>
              <w:spacing w:after="0"/>
            </w:pPr>
            <w:r>
              <w:rPr>
                <w:color w:val="000000"/>
                <w:sz w:val="14"/>
              </w:rPr>
              <w:t>Coordinador BIM / modelador, si aplica</w:t>
            </w:r>
          </w:p>
        </w:tc>
        <w:tc>
          <w:tcPr>
            <w:tcW w:w="1701" w:type="dxa"/>
            <w:shd w:val="clear" w:color="auto" w:fill="EEF4F9"/>
            <w:tcMar>
              <w:top w:w="80" w:type="dxa"/>
              <w:left w:w="90" w:type="dxa"/>
              <w:bottom w:w="80" w:type="dxa"/>
              <w:right w:w="90" w:type="dxa"/>
            </w:tcMar>
            <w:vAlign w:val="center"/>
          </w:tcPr>
          <w:p w14:paraId="73F20279" w14:textId="77777777" w:rsidR="00B55C9B" w:rsidRDefault="00B55C9B">
            <w:pPr>
              <w:spacing w:after="0"/>
            </w:pPr>
          </w:p>
        </w:tc>
        <w:tc>
          <w:tcPr>
            <w:tcW w:w="1244" w:type="dxa"/>
            <w:shd w:val="clear" w:color="auto" w:fill="EEF4F9"/>
            <w:tcMar>
              <w:top w:w="80" w:type="dxa"/>
              <w:left w:w="90" w:type="dxa"/>
              <w:bottom w:w="80" w:type="dxa"/>
              <w:right w:w="90" w:type="dxa"/>
            </w:tcMar>
            <w:vAlign w:val="center"/>
          </w:tcPr>
          <w:p w14:paraId="2655C17D" w14:textId="77777777" w:rsidR="00B55C9B" w:rsidRDefault="00B55C9B">
            <w:pPr>
              <w:spacing w:after="0"/>
            </w:pPr>
          </w:p>
        </w:tc>
        <w:tc>
          <w:tcPr>
            <w:tcW w:w="1193" w:type="dxa"/>
            <w:shd w:val="clear" w:color="auto" w:fill="EEF4F9"/>
            <w:tcMar>
              <w:top w:w="80" w:type="dxa"/>
              <w:left w:w="90" w:type="dxa"/>
              <w:bottom w:w="80" w:type="dxa"/>
              <w:right w:w="90" w:type="dxa"/>
            </w:tcMar>
            <w:vAlign w:val="center"/>
          </w:tcPr>
          <w:p w14:paraId="42EC90AE" w14:textId="77777777" w:rsidR="00B55C9B" w:rsidRDefault="00B55C9B">
            <w:pPr>
              <w:spacing w:after="0"/>
            </w:pPr>
          </w:p>
        </w:tc>
        <w:tc>
          <w:tcPr>
            <w:tcW w:w="1134" w:type="dxa"/>
            <w:shd w:val="clear" w:color="auto" w:fill="EEF4F9"/>
            <w:tcMar>
              <w:top w:w="80" w:type="dxa"/>
              <w:left w:w="90" w:type="dxa"/>
              <w:bottom w:w="80" w:type="dxa"/>
              <w:right w:w="90" w:type="dxa"/>
            </w:tcMar>
            <w:vAlign w:val="center"/>
          </w:tcPr>
          <w:p w14:paraId="08774CDD" w14:textId="77777777" w:rsidR="00B55C9B" w:rsidRDefault="00B55C9B">
            <w:pPr>
              <w:spacing w:after="0"/>
            </w:pPr>
          </w:p>
        </w:tc>
        <w:tc>
          <w:tcPr>
            <w:tcW w:w="1247" w:type="dxa"/>
            <w:shd w:val="clear" w:color="auto" w:fill="EEF4F9"/>
            <w:tcMar>
              <w:top w:w="80" w:type="dxa"/>
              <w:left w:w="90" w:type="dxa"/>
              <w:bottom w:w="80" w:type="dxa"/>
              <w:right w:w="90" w:type="dxa"/>
            </w:tcMar>
            <w:vAlign w:val="center"/>
          </w:tcPr>
          <w:p w14:paraId="63CC721B" w14:textId="77777777" w:rsidR="00B55C9B" w:rsidRDefault="00B55C9B">
            <w:pPr>
              <w:spacing w:after="0"/>
            </w:pPr>
          </w:p>
        </w:tc>
        <w:tc>
          <w:tcPr>
            <w:tcW w:w="1190" w:type="dxa"/>
            <w:shd w:val="clear" w:color="auto" w:fill="EEF4F9"/>
            <w:tcMar>
              <w:top w:w="80" w:type="dxa"/>
              <w:left w:w="90" w:type="dxa"/>
              <w:bottom w:w="80" w:type="dxa"/>
              <w:right w:w="90" w:type="dxa"/>
            </w:tcMar>
            <w:vAlign w:val="center"/>
          </w:tcPr>
          <w:p w14:paraId="35425C03" w14:textId="77777777" w:rsidR="00B55C9B" w:rsidRDefault="00B55C9B">
            <w:pPr>
              <w:spacing w:after="0"/>
            </w:pPr>
          </w:p>
        </w:tc>
        <w:tc>
          <w:tcPr>
            <w:tcW w:w="850" w:type="dxa"/>
            <w:shd w:val="clear" w:color="auto" w:fill="EEF4F9"/>
            <w:tcMar>
              <w:top w:w="80" w:type="dxa"/>
              <w:left w:w="90" w:type="dxa"/>
              <w:bottom w:w="80" w:type="dxa"/>
              <w:right w:w="90" w:type="dxa"/>
            </w:tcMar>
            <w:vAlign w:val="center"/>
          </w:tcPr>
          <w:p w14:paraId="4DD0AFA3" w14:textId="77777777" w:rsidR="00B55C9B" w:rsidRDefault="00B55C9B">
            <w:pPr>
              <w:spacing w:after="0"/>
            </w:pPr>
          </w:p>
        </w:tc>
        <w:tc>
          <w:tcPr>
            <w:tcW w:w="1247" w:type="dxa"/>
            <w:shd w:val="clear" w:color="auto" w:fill="EEF4F9"/>
            <w:tcMar>
              <w:top w:w="80" w:type="dxa"/>
              <w:left w:w="90" w:type="dxa"/>
              <w:bottom w:w="80" w:type="dxa"/>
              <w:right w:w="90" w:type="dxa"/>
            </w:tcMar>
            <w:vAlign w:val="center"/>
          </w:tcPr>
          <w:p w14:paraId="59EEE42B" w14:textId="77777777" w:rsidR="00B55C9B" w:rsidRDefault="00B55C9B">
            <w:pPr>
              <w:spacing w:after="0"/>
            </w:pPr>
          </w:p>
        </w:tc>
      </w:tr>
    </w:tbl>
    <w:p w14:paraId="66EDEF1A" w14:textId="77777777" w:rsidR="00B55C9B" w:rsidRDefault="00000000" w:rsidP="00894FE4">
      <w:pPr>
        <w:jc w:val="center"/>
      </w:pPr>
      <w:r>
        <w:rPr>
          <w:i/>
        </w:rPr>
        <w:lastRenderedPageBreak/>
        <w:t>El oferente declara que los profesionales conocen la propuesta, autorizaron el uso de sus hojas de vida y estarán disponibles conforme al plan de trabajo.</w:t>
      </w:r>
    </w:p>
    <w:p w14:paraId="50FAB93F" w14:textId="77777777" w:rsidR="00B55C9B" w:rsidRDefault="00B55C9B"/>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4536"/>
        <w:gridCol w:w="4536"/>
      </w:tblGrid>
      <w:tr w:rsidR="00B55C9B" w14:paraId="5E890877" w14:textId="77777777">
        <w:trPr>
          <w:jc w:val="center"/>
        </w:trPr>
        <w:tc>
          <w:tcPr>
            <w:tcW w:w="4536" w:type="dxa"/>
            <w:tcMar>
              <w:top w:w="80" w:type="dxa"/>
              <w:left w:w="90" w:type="dxa"/>
              <w:bottom w:w="80" w:type="dxa"/>
              <w:right w:w="90" w:type="dxa"/>
            </w:tcMar>
            <w:vAlign w:val="center"/>
          </w:tcPr>
          <w:p w14:paraId="7F38037D" w14:textId="77777777" w:rsidR="00894FE4" w:rsidRDefault="00000000">
            <w:pPr>
              <w:spacing w:after="0"/>
              <w:rPr>
                <w:color w:val="000000"/>
                <w:sz w:val="18"/>
              </w:rPr>
            </w:pPr>
            <w:r>
              <w:rPr>
                <w:color w:val="000000"/>
                <w:sz w:val="18"/>
              </w:rPr>
              <w:t>Nombre: __________________________________</w:t>
            </w:r>
            <w:r>
              <w:rPr>
                <w:color w:val="000000"/>
                <w:sz w:val="18"/>
              </w:rPr>
              <w:br/>
            </w:r>
          </w:p>
          <w:p w14:paraId="3DA188F1" w14:textId="02F15434" w:rsidR="00B55C9B" w:rsidRDefault="00000000">
            <w:pPr>
              <w:spacing w:after="0"/>
            </w:pPr>
            <w:r>
              <w:rPr>
                <w:color w:val="000000"/>
                <w:sz w:val="18"/>
              </w:rPr>
              <w:t>Documento: _________________________________</w:t>
            </w:r>
          </w:p>
        </w:tc>
        <w:tc>
          <w:tcPr>
            <w:tcW w:w="4536" w:type="dxa"/>
            <w:tcMar>
              <w:top w:w="80" w:type="dxa"/>
              <w:left w:w="90" w:type="dxa"/>
              <w:bottom w:w="80" w:type="dxa"/>
              <w:right w:w="90" w:type="dxa"/>
            </w:tcMar>
            <w:vAlign w:val="center"/>
          </w:tcPr>
          <w:p w14:paraId="22D01A0B" w14:textId="7004F419" w:rsidR="00894FE4" w:rsidRDefault="00000000">
            <w:pPr>
              <w:spacing w:after="0"/>
              <w:rPr>
                <w:color w:val="000000"/>
                <w:sz w:val="18"/>
              </w:rPr>
            </w:pPr>
            <w:r>
              <w:rPr>
                <w:color w:val="000000"/>
                <w:sz w:val="18"/>
              </w:rPr>
              <w:t>Calidad</w:t>
            </w:r>
            <w:r w:rsidR="00D60376">
              <w:rPr>
                <w:color w:val="000000"/>
                <w:sz w:val="18"/>
              </w:rPr>
              <w:t>/</w:t>
            </w:r>
            <w:proofErr w:type="gramStart"/>
            <w:r w:rsidR="00D60376">
              <w:rPr>
                <w:color w:val="000000"/>
                <w:sz w:val="18"/>
              </w:rPr>
              <w:t>Cargo</w:t>
            </w:r>
            <w:r>
              <w:rPr>
                <w:color w:val="000000"/>
                <w:sz w:val="18"/>
              </w:rPr>
              <w:t>:_</w:t>
            </w:r>
            <w:proofErr w:type="gramEnd"/>
            <w:r>
              <w:rPr>
                <w:color w:val="000000"/>
                <w:sz w:val="18"/>
              </w:rPr>
              <w:t>______________________________</w:t>
            </w:r>
            <w:r>
              <w:rPr>
                <w:color w:val="000000"/>
                <w:sz w:val="18"/>
              </w:rPr>
              <w:br/>
            </w:r>
          </w:p>
          <w:p w14:paraId="790F6455" w14:textId="685D10FD" w:rsidR="00B55C9B" w:rsidRDefault="00000000">
            <w:pPr>
              <w:spacing w:after="0"/>
            </w:pPr>
            <w:r>
              <w:rPr>
                <w:color w:val="000000"/>
                <w:sz w:val="18"/>
              </w:rPr>
              <w:t>Firma: _________________________</w:t>
            </w:r>
            <w:r w:rsidR="00894FE4">
              <w:rPr>
                <w:color w:val="000000"/>
                <w:sz w:val="18"/>
              </w:rPr>
              <w:t>_</w:t>
            </w:r>
            <w:r>
              <w:rPr>
                <w:color w:val="000000"/>
                <w:sz w:val="18"/>
              </w:rPr>
              <w:t>_________</w:t>
            </w:r>
          </w:p>
        </w:tc>
      </w:tr>
      <w:tr w:rsidR="00B55C9B" w14:paraId="5939F1B1" w14:textId="77777777">
        <w:trPr>
          <w:jc w:val="center"/>
        </w:trPr>
        <w:tc>
          <w:tcPr>
            <w:tcW w:w="4536" w:type="dxa"/>
            <w:tcMar>
              <w:top w:w="80" w:type="dxa"/>
              <w:left w:w="90" w:type="dxa"/>
              <w:bottom w:w="80" w:type="dxa"/>
              <w:right w:w="90" w:type="dxa"/>
            </w:tcMar>
            <w:vAlign w:val="center"/>
          </w:tcPr>
          <w:p w14:paraId="729FAA68" w14:textId="77777777" w:rsidR="00894FE4" w:rsidRDefault="00894FE4">
            <w:pPr>
              <w:spacing w:after="0"/>
              <w:rPr>
                <w:color w:val="000000"/>
                <w:sz w:val="18"/>
              </w:rPr>
            </w:pPr>
          </w:p>
          <w:p w14:paraId="4A16932C" w14:textId="2483E2C7" w:rsidR="00B55C9B" w:rsidRDefault="00000000">
            <w:pPr>
              <w:spacing w:after="0"/>
            </w:pPr>
            <w:r>
              <w:rPr>
                <w:color w:val="000000"/>
                <w:sz w:val="18"/>
              </w:rPr>
              <w:t>Fecha: ____ / ____ / ______</w:t>
            </w:r>
          </w:p>
        </w:tc>
        <w:tc>
          <w:tcPr>
            <w:tcW w:w="4536" w:type="dxa"/>
            <w:tcMar>
              <w:top w:w="80" w:type="dxa"/>
              <w:left w:w="90" w:type="dxa"/>
              <w:bottom w:w="80" w:type="dxa"/>
              <w:right w:w="90" w:type="dxa"/>
            </w:tcMar>
            <w:vAlign w:val="center"/>
          </w:tcPr>
          <w:p w14:paraId="5F18E5EF" w14:textId="6E4857CC" w:rsidR="00B55C9B" w:rsidRDefault="00000000">
            <w:pPr>
              <w:spacing w:after="0"/>
            </w:pPr>
            <w:r>
              <w:rPr>
                <w:color w:val="000000"/>
                <w:sz w:val="18"/>
              </w:rPr>
              <w:t>Ciudad: ____________________</w:t>
            </w:r>
            <w:r w:rsidR="00894FE4">
              <w:rPr>
                <w:color w:val="000000"/>
                <w:sz w:val="18"/>
              </w:rPr>
              <w:t>____</w:t>
            </w:r>
            <w:r>
              <w:rPr>
                <w:color w:val="000000"/>
                <w:sz w:val="18"/>
              </w:rPr>
              <w:t>__________</w:t>
            </w:r>
          </w:p>
        </w:tc>
      </w:tr>
    </w:tbl>
    <w:p w14:paraId="1EF9F469" w14:textId="77777777" w:rsidR="00B55C9B" w:rsidRDefault="00000000">
      <w:r>
        <w:br w:type="page"/>
      </w:r>
    </w:p>
    <w:p w14:paraId="76222334" w14:textId="77777777" w:rsidR="00B55C9B" w:rsidRDefault="00B55C9B">
      <w:pPr>
        <w:sectPr w:rsidR="00B55C9B">
          <w:pgSz w:w="16838" w:h="11906" w:orient="landscape"/>
          <w:pgMar w:top="1361" w:right="850" w:bottom="1020" w:left="850" w:header="397" w:footer="397" w:gutter="0"/>
          <w:cols w:space="720"/>
          <w:docGrid w:linePitch="360"/>
        </w:sectPr>
      </w:pPr>
    </w:p>
    <w:p w14:paraId="16AD7189" w14:textId="77777777" w:rsidR="00B55C9B" w:rsidRDefault="00000000">
      <w:pPr>
        <w:pStyle w:val="Ttulo1"/>
        <w:jc w:val="center"/>
      </w:pPr>
      <w:r>
        <w:lastRenderedPageBreak/>
        <w:t>ANEXO 5. CARTA DE COMPROMISO Y DISPONIBILIDAD DEL PROFESIONAL</w:t>
      </w:r>
    </w:p>
    <w:p w14:paraId="16E960F9" w14:textId="77777777" w:rsidR="00B55C9B" w:rsidRDefault="00000000" w:rsidP="00C91AAA">
      <w:pPr>
        <w:spacing w:after="160"/>
        <w:jc w:val="center"/>
      </w:pPr>
      <w:r>
        <w:rPr>
          <w:i/>
          <w:color w:val="666666"/>
          <w:sz w:val="17"/>
        </w:rPr>
        <w:t>Debe diligenciarse individualmente por cada profesional propuesto y anexarse con su hoja de vida.</w:t>
      </w:r>
    </w:p>
    <w:tbl>
      <w:tblPr>
        <w:tblW w:w="0" w:type="auto"/>
        <w:jc w:val="center"/>
        <w:tblBorders>
          <w:top w:val="single" w:sz="4" w:space="0" w:color="9AA7B0"/>
          <w:left w:val="single" w:sz="4" w:space="0" w:color="9AA7B0"/>
          <w:bottom w:val="single" w:sz="4" w:space="0" w:color="9AA7B0"/>
          <w:right w:val="single" w:sz="4" w:space="0" w:color="9AA7B0"/>
          <w:insideH w:val="single" w:sz="4" w:space="0" w:color="9AA7B0"/>
          <w:insideV w:val="single" w:sz="4" w:space="0" w:color="9AA7B0"/>
        </w:tblBorders>
        <w:tblLayout w:type="fixed"/>
        <w:tblLook w:val="04A0" w:firstRow="1" w:lastRow="0" w:firstColumn="1" w:lastColumn="0" w:noHBand="0" w:noVBand="1"/>
      </w:tblPr>
      <w:tblGrid>
        <w:gridCol w:w="3118"/>
        <w:gridCol w:w="5953"/>
      </w:tblGrid>
      <w:tr w:rsidR="00B55C9B" w14:paraId="49793FBE" w14:textId="77777777">
        <w:trPr>
          <w:cantSplit/>
          <w:jc w:val="center"/>
        </w:trPr>
        <w:tc>
          <w:tcPr>
            <w:tcW w:w="3118" w:type="dxa"/>
            <w:shd w:val="clear" w:color="auto" w:fill="DDEBF7"/>
            <w:tcMar>
              <w:top w:w="80" w:type="dxa"/>
              <w:left w:w="90" w:type="dxa"/>
              <w:bottom w:w="80" w:type="dxa"/>
              <w:right w:w="90" w:type="dxa"/>
            </w:tcMar>
            <w:vAlign w:val="center"/>
          </w:tcPr>
          <w:p w14:paraId="1239FFE2" w14:textId="77777777" w:rsidR="00B55C9B" w:rsidRDefault="00000000">
            <w:pPr>
              <w:spacing w:after="0"/>
            </w:pPr>
            <w:r>
              <w:rPr>
                <w:b/>
                <w:color w:val="17365D"/>
                <w:sz w:val="18"/>
              </w:rPr>
              <w:t>Nombre completo</w:t>
            </w:r>
          </w:p>
        </w:tc>
        <w:tc>
          <w:tcPr>
            <w:tcW w:w="5953" w:type="dxa"/>
            <w:tcMar>
              <w:top w:w="80" w:type="dxa"/>
              <w:left w:w="90" w:type="dxa"/>
              <w:bottom w:w="80" w:type="dxa"/>
              <w:right w:w="90" w:type="dxa"/>
            </w:tcMar>
            <w:vAlign w:val="center"/>
          </w:tcPr>
          <w:p w14:paraId="561A4942" w14:textId="77777777" w:rsidR="00B55C9B" w:rsidRDefault="00000000">
            <w:pPr>
              <w:spacing w:after="0"/>
            </w:pPr>
            <w:r>
              <w:rPr>
                <w:color w:val="1F4E78"/>
                <w:sz w:val="18"/>
              </w:rPr>
              <w:t>[____________________________________________]</w:t>
            </w:r>
          </w:p>
        </w:tc>
      </w:tr>
      <w:tr w:rsidR="00B55C9B" w14:paraId="58C8F95E" w14:textId="77777777">
        <w:trPr>
          <w:cantSplit/>
          <w:jc w:val="center"/>
        </w:trPr>
        <w:tc>
          <w:tcPr>
            <w:tcW w:w="3118" w:type="dxa"/>
            <w:shd w:val="clear" w:color="auto" w:fill="DDEBF7"/>
            <w:tcMar>
              <w:top w:w="80" w:type="dxa"/>
              <w:left w:w="90" w:type="dxa"/>
              <w:bottom w:w="80" w:type="dxa"/>
              <w:right w:w="90" w:type="dxa"/>
            </w:tcMar>
            <w:vAlign w:val="center"/>
          </w:tcPr>
          <w:p w14:paraId="4B8F42E6" w14:textId="77777777" w:rsidR="00B55C9B" w:rsidRDefault="00000000">
            <w:pPr>
              <w:spacing w:after="0"/>
            </w:pPr>
            <w:r>
              <w:rPr>
                <w:b/>
                <w:color w:val="17365D"/>
                <w:sz w:val="18"/>
              </w:rPr>
              <w:t>Identificación</w:t>
            </w:r>
          </w:p>
        </w:tc>
        <w:tc>
          <w:tcPr>
            <w:tcW w:w="5953" w:type="dxa"/>
            <w:tcMar>
              <w:top w:w="80" w:type="dxa"/>
              <w:left w:w="90" w:type="dxa"/>
              <w:bottom w:w="80" w:type="dxa"/>
              <w:right w:w="90" w:type="dxa"/>
            </w:tcMar>
            <w:vAlign w:val="center"/>
          </w:tcPr>
          <w:p w14:paraId="52065A74" w14:textId="77777777" w:rsidR="00B55C9B" w:rsidRDefault="00000000">
            <w:pPr>
              <w:spacing w:after="0"/>
            </w:pPr>
            <w:r>
              <w:rPr>
                <w:color w:val="1F4E78"/>
                <w:sz w:val="18"/>
              </w:rPr>
              <w:t>[____________________________________________]</w:t>
            </w:r>
          </w:p>
        </w:tc>
      </w:tr>
      <w:tr w:rsidR="00B55C9B" w14:paraId="6B369852" w14:textId="77777777">
        <w:trPr>
          <w:cantSplit/>
          <w:jc w:val="center"/>
        </w:trPr>
        <w:tc>
          <w:tcPr>
            <w:tcW w:w="3118" w:type="dxa"/>
            <w:shd w:val="clear" w:color="auto" w:fill="DDEBF7"/>
            <w:tcMar>
              <w:top w:w="80" w:type="dxa"/>
              <w:left w:w="90" w:type="dxa"/>
              <w:bottom w:w="80" w:type="dxa"/>
              <w:right w:w="90" w:type="dxa"/>
            </w:tcMar>
            <w:vAlign w:val="center"/>
          </w:tcPr>
          <w:p w14:paraId="31137433" w14:textId="77777777" w:rsidR="00B55C9B" w:rsidRDefault="00000000">
            <w:pPr>
              <w:spacing w:after="0"/>
            </w:pPr>
            <w:r>
              <w:rPr>
                <w:b/>
                <w:color w:val="17365D"/>
                <w:sz w:val="18"/>
              </w:rPr>
              <w:t>Profesión y matrícula / TP</w:t>
            </w:r>
          </w:p>
        </w:tc>
        <w:tc>
          <w:tcPr>
            <w:tcW w:w="5953" w:type="dxa"/>
            <w:tcMar>
              <w:top w:w="80" w:type="dxa"/>
              <w:left w:w="90" w:type="dxa"/>
              <w:bottom w:w="80" w:type="dxa"/>
              <w:right w:w="90" w:type="dxa"/>
            </w:tcMar>
            <w:vAlign w:val="center"/>
          </w:tcPr>
          <w:p w14:paraId="525D9554" w14:textId="77777777" w:rsidR="00B55C9B" w:rsidRDefault="00000000">
            <w:pPr>
              <w:spacing w:after="0"/>
            </w:pPr>
            <w:r>
              <w:rPr>
                <w:color w:val="1F4E78"/>
                <w:sz w:val="18"/>
              </w:rPr>
              <w:t>[____________________________________________]</w:t>
            </w:r>
          </w:p>
        </w:tc>
      </w:tr>
      <w:tr w:rsidR="00B55C9B" w14:paraId="548A2D1B" w14:textId="77777777">
        <w:trPr>
          <w:cantSplit/>
          <w:jc w:val="center"/>
        </w:trPr>
        <w:tc>
          <w:tcPr>
            <w:tcW w:w="3118" w:type="dxa"/>
            <w:shd w:val="clear" w:color="auto" w:fill="DDEBF7"/>
            <w:tcMar>
              <w:top w:w="80" w:type="dxa"/>
              <w:left w:w="90" w:type="dxa"/>
              <w:bottom w:w="80" w:type="dxa"/>
              <w:right w:w="90" w:type="dxa"/>
            </w:tcMar>
            <w:vAlign w:val="center"/>
          </w:tcPr>
          <w:p w14:paraId="287E75B4" w14:textId="77777777" w:rsidR="00B55C9B" w:rsidRDefault="00000000">
            <w:pPr>
              <w:spacing w:after="0"/>
            </w:pPr>
            <w:r>
              <w:rPr>
                <w:b/>
                <w:color w:val="17365D"/>
                <w:sz w:val="18"/>
              </w:rPr>
              <w:t>Cargo dentro de la propuesta</w:t>
            </w:r>
          </w:p>
        </w:tc>
        <w:tc>
          <w:tcPr>
            <w:tcW w:w="5953" w:type="dxa"/>
            <w:tcMar>
              <w:top w:w="80" w:type="dxa"/>
              <w:left w:w="90" w:type="dxa"/>
              <w:bottom w:w="80" w:type="dxa"/>
              <w:right w:w="90" w:type="dxa"/>
            </w:tcMar>
            <w:vAlign w:val="center"/>
          </w:tcPr>
          <w:p w14:paraId="1676543C" w14:textId="77777777" w:rsidR="00B55C9B" w:rsidRDefault="00000000">
            <w:pPr>
              <w:spacing w:after="0"/>
            </w:pPr>
            <w:r>
              <w:rPr>
                <w:color w:val="1F4E78"/>
                <w:sz w:val="18"/>
              </w:rPr>
              <w:t>[____________________________________________]</w:t>
            </w:r>
          </w:p>
        </w:tc>
      </w:tr>
      <w:tr w:rsidR="00B55C9B" w14:paraId="3FB2CFDE" w14:textId="77777777">
        <w:trPr>
          <w:cantSplit/>
          <w:jc w:val="center"/>
        </w:trPr>
        <w:tc>
          <w:tcPr>
            <w:tcW w:w="3118" w:type="dxa"/>
            <w:shd w:val="clear" w:color="auto" w:fill="DDEBF7"/>
            <w:tcMar>
              <w:top w:w="80" w:type="dxa"/>
              <w:left w:w="90" w:type="dxa"/>
              <w:bottom w:w="80" w:type="dxa"/>
              <w:right w:w="90" w:type="dxa"/>
            </w:tcMar>
            <w:vAlign w:val="center"/>
          </w:tcPr>
          <w:p w14:paraId="53F13E32" w14:textId="77777777" w:rsidR="00B55C9B" w:rsidRDefault="00000000">
            <w:pPr>
              <w:spacing w:after="0"/>
            </w:pPr>
            <w:r>
              <w:rPr>
                <w:b/>
                <w:color w:val="17365D"/>
                <w:sz w:val="18"/>
              </w:rPr>
              <w:t>Oferente al que se vincula</w:t>
            </w:r>
          </w:p>
        </w:tc>
        <w:tc>
          <w:tcPr>
            <w:tcW w:w="5953" w:type="dxa"/>
            <w:tcMar>
              <w:top w:w="80" w:type="dxa"/>
              <w:left w:w="90" w:type="dxa"/>
              <w:bottom w:w="80" w:type="dxa"/>
              <w:right w:w="90" w:type="dxa"/>
            </w:tcMar>
            <w:vAlign w:val="center"/>
          </w:tcPr>
          <w:p w14:paraId="68EBF8C0" w14:textId="77777777" w:rsidR="00B55C9B" w:rsidRDefault="00000000">
            <w:pPr>
              <w:spacing w:after="0"/>
            </w:pPr>
            <w:r>
              <w:rPr>
                <w:color w:val="1F4E78"/>
                <w:sz w:val="18"/>
              </w:rPr>
              <w:t>[____________________________________________]</w:t>
            </w:r>
          </w:p>
        </w:tc>
      </w:tr>
      <w:tr w:rsidR="00B55C9B" w14:paraId="46234B3F" w14:textId="77777777">
        <w:trPr>
          <w:cantSplit/>
          <w:jc w:val="center"/>
        </w:trPr>
        <w:tc>
          <w:tcPr>
            <w:tcW w:w="3118" w:type="dxa"/>
            <w:shd w:val="clear" w:color="auto" w:fill="DDEBF7"/>
            <w:tcMar>
              <w:top w:w="80" w:type="dxa"/>
              <w:left w:w="90" w:type="dxa"/>
              <w:bottom w:w="80" w:type="dxa"/>
              <w:right w:w="90" w:type="dxa"/>
            </w:tcMar>
            <w:vAlign w:val="center"/>
          </w:tcPr>
          <w:p w14:paraId="49DD43A0" w14:textId="77777777" w:rsidR="00B55C9B" w:rsidRDefault="00000000">
            <w:pPr>
              <w:spacing w:after="0"/>
            </w:pPr>
            <w:r>
              <w:rPr>
                <w:b/>
                <w:color w:val="17365D"/>
                <w:sz w:val="18"/>
              </w:rPr>
              <w:t>Disponibilidad ofrecida</w:t>
            </w:r>
          </w:p>
        </w:tc>
        <w:tc>
          <w:tcPr>
            <w:tcW w:w="5953" w:type="dxa"/>
            <w:tcMar>
              <w:top w:w="80" w:type="dxa"/>
              <w:left w:w="90" w:type="dxa"/>
              <w:bottom w:w="80" w:type="dxa"/>
              <w:right w:w="90" w:type="dxa"/>
            </w:tcMar>
            <w:vAlign w:val="center"/>
          </w:tcPr>
          <w:p w14:paraId="48783202" w14:textId="77777777" w:rsidR="00B55C9B" w:rsidRDefault="00000000">
            <w:pPr>
              <w:spacing w:after="0"/>
            </w:pPr>
            <w:r>
              <w:rPr>
                <w:color w:val="1F4E78"/>
                <w:sz w:val="18"/>
              </w:rPr>
              <w:t>[____ %] durante [____________________________]</w:t>
            </w:r>
          </w:p>
        </w:tc>
      </w:tr>
    </w:tbl>
    <w:p w14:paraId="407421C5" w14:textId="77777777" w:rsidR="00C91AAA" w:rsidRDefault="00C91AAA">
      <w:pPr>
        <w:jc w:val="both"/>
      </w:pPr>
    </w:p>
    <w:p w14:paraId="530A8587" w14:textId="2010D2CF" w:rsidR="00B55C9B" w:rsidRDefault="00000000">
      <w:pPr>
        <w:jc w:val="both"/>
      </w:pPr>
      <w:r>
        <w:t>Declaro que conozco el objeto, alcance, plazo y productos de la consultoría; acepto integrar el equipo profesional del oferente indicado; la información de mi hoja de vida y soportes es veraz; cuento con la matrícula, licencias y experiencia requeridas; y me comprometo a participar efectivamente en las actividades, reuniones, visitas, elaboración, revisión, firma y corrección de los productos a mi cargo. No podré ser sustituido(a) sin autorización previa de la Cámara, salvo fuerza mayor o causa debidamente justificada y mediante un reemplazo de perfil igual o superior.</w:t>
      </w:r>
    </w:p>
    <w:p w14:paraId="3B1D0855" w14:textId="77777777" w:rsidR="00C91AAA" w:rsidRDefault="00C91AAA">
      <w:pPr>
        <w:jc w:val="both"/>
      </w:pPr>
    </w:p>
    <w:p w14:paraId="55B17D7C" w14:textId="77777777" w:rsidR="00B55C9B" w:rsidRDefault="00000000">
      <w:pPr>
        <w:spacing w:after="40"/>
        <w:ind w:left="170"/>
      </w:pPr>
      <w:r>
        <w:t>☐ Autorizo la verificación de mis títulos, matrículas, experiencia, referencias y antecedentes profesionales.</w:t>
      </w:r>
    </w:p>
    <w:p w14:paraId="1527D80A" w14:textId="77777777" w:rsidR="00B55C9B" w:rsidRDefault="00000000">
      <w:pPr>
        <w:spacing w:after="40"/>
        <w:ind w:left="170"/>
      </w:pPr>
      <w:r>
        <w:t>☐ Autorizo el tratamiento de mis datos personales conforme al Anexo de autorización del proceso.</w:t>
      </w:r>
    </w:p>
    <w:p w14:paraId="3497B0E1" w14:textId="77777777" w:rsidR="00B55C9B" w:rsidRDefault="00B55C9B"/>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4536"/>
        <w:gridCol w:w="4536"/>
      </w:tblGrid>
      <w:tr w:rsidR="00B55C9B" w14:paraId="30D992C3" w14:textId="77777777">
        <w:trPr>
          <w:jc w:val="center"/>
        </w:trPr>
        <w:tc>
          <w:tcPr>
            <w:tcW w:w="4536" w:type="dxa"/>
            <w:tcMar>
              <w:top w:w="80" w:type="dxa"/>
              <w:left w:w="90" w:type="dxa"/>
              <w:bottom w:w="80" w:type="dxa"/>
              <w:right w:w="90" w:type="dxa"/>
            </w:tcMar>
            <w:vAlign w:val="center"/>
          </w:tcPr>
          <w:p w14:paraId="19449185" w14:textId="77777777" w:rsidR="00C91AAA" w:rsidRDefault="00000000">
            <w:pPr>
              <w:spacing w:after="0"/>
              <w:rPr>
                <w:color w:val="000000"/>
                <w:sz w:val="18"/>
              </w:rPr>
            </w:pPr>
            <w:r>
              <w:rPr>
                <w:color w:val="000000"/>
                <w:sz w:val="18"/>
              </w:rPr>
              <w:t>Nombre del profesional: __________________________________</w:t>
            </w:r>
            <w:r>
              <w:rPr>
                <w:color w:val="000000"/>
                <w:sz w:val="18"/>
              </w:rPr>
              <w:br/>
            </w:r>
          </w:p>
          <w:p w14:paraId="3A6978E3" w14:textId="436F20A7" w:rsidR="00B55C9B" w:rsidRDefault="00000000">
            <w:pPr>
              <w:spacing w:after="0"/>
            </w:pPr>
            <w:r>
              <w:rPr>
                <w:color w:val="000000"/>
                <w:sz w:val="18"/>
              </w:rPr>
              <w:t>Identificación: __________________________</w:t>
            </w:r>
          </w:p>
        </w:tc>
        <w:tc>
          <w:tcPr>
            <w:tcW w:w="4536" w:type="dxa"/>
            <w:tcMar>
              <w:top w:w="80" w:type="dxa"/>
              <w:left w:w="90" w:type="dxa"/>
              <w:bottom w:w="80" w:type="dxa"/>
              <w:right w:w="90" w:type="dxa"/>
            </w:tcMar>
            <w:vAlign w:val="center"/>
          </w:tcPr>
          <w:p w14:paraId="2A311BB0" w14:textId="3DCE7415" w:rsidR="00C91AAA" w:rsidRDefault="00000000">
            <w:pPr>
              <w:spacing w:after="0"/>
              <w:rPr>
                <w:color w:val="000000"/>
                <w:sz w:val="18"/>
              </w:rPr>
            </w:pPr>
            <w:r>
              <w:rPr>
                <w:color w:val="000000"/>
                <w:sz w:val="18"/>
              </w:rPr>
              <w:t>Firma: _________________________</w:t>
            </w:r>
            <w:r w:rsidR="00C91AAA">
              <w:rPr>
                <w:color w:val="000000"/>
                <w:sz w:val="18"/>
              </w:rPr>
              <w:t>__</w:t>
            </w:r>
            <w:r>
              <w:rPr>
                <w:color w:val="000000"/>
                <w:sz w:val="18"/>
              </w:rPr>
              <w:t>_________</w:t>
            </w:r>
            <w:r>
              <w:rPr>
                <w:color w:val="000000"/>
                <w:sz w:val="18"/>
              </w:rPr>
              <w:br/>
            </w:r>
          </w:p>
          <w:p w14:paraId="7B4F6B70" w14:textId="1E40D6FB" w:rsidR="00B55C9B" w:rsidRDefault="00000000">
            <w:pPr>
              <w:spacing w:after="0"/>
            </w:pPr>
            <w:r>
              <w:rPr>
                <w:color w:val="000000"/>
                <w:sz w:val="18"/>
              </w:rPr>
              <w:t>Matrícula / TP: ______________________________</w:t>
            </w:r>
          </w:p>
        </w:tc>
      </w:tr>
      <w:tr w:rsidR="00B55C9B" w14:paraId="32B9B3C4" w14:textId="77777777">
        <w:trPr>
          <w:jc w:val="center"/>
        </w:trPr>
        <w:tc>
          <w:tcPr>
            <w:tcW w:w="4536" w:type="dxa"/>
            <w:tcMar>
              <w:top w:w="80" w:type="dxa"/>
              <w:left w:w="90" w:type="dxa"/>
              <w:bottom w:w="80" w:type="dxa"/>
              <w:right w:w="90" w:type="dxa"/>
            </w:tcMar>
            <w:vAlign w:val="center"/>
          </w:tcPr>
          <w:p w14:paraId="25E00C0C" w14:textId="77777777" w:rsidR="00B55C9B" w:rsidRDefault="00000000">
            <w:pPr>
              <w:spacing w:after="0"/>
            </w:pPr>
            <w:r>
              <w:rPr>
                <w:color w:val="000000"/>
                <w:sz w:val="18"/>
              </w:rPr>
              <w:t>Fecha: ____ / ____ / ______</w:t>
            </w:r>
          </w:p>
        </w:tc>
        <w:tc>
          <w:tcPr>
            <w:tcW w:w="4536" w:type="dxa"/>
            <w:tcMar>
              <w:top w:w="80" w:type="dxa"/>
              <w:left w:w="90" w:type="dxa"/>
              <w:bottom w:w="80" w:type="dxa"/>
              <w:right w:w="90" w:type="dxa"/>
            </w:tcMar>
            <w:vAlign w:val="center"/>
          </w:tcPr>
          <w:p w14:paraId="1F3AED98" w14:textId="2ABFE1A9" w:rsidR="00B55C9B" w:rsidRDefault="00000000">
            <w:pPr>
              <w:spacing w:after="0"/>
            </w:pPr>
            <w:r>
              <w:rPr>
                <w:color w:val="000000"/>
                <w:sz w:val="18"/>
              </w:rPr>
              <w:t>Ciudad: ___________________________</w:t>
            </w:r>
            <w:r w:rsidR="00C91AAA">
              <w:rPr>
                <w:color w:val="000000"/>
                <w:sz w:val="18"/>
              </w:rPr>
              <w:t>_______</w:t>
            </w:r>
            <w:r>
              <w:rPr>
                <w:color w:val="000000"/>
                <w:sz w:val="18"/>
              </w:rPr>
              <w:t>__</w:t>
            </w:r>
          </w:p>
        </w:tc>
      </w:tr>
    </w:tbl>
    <w:p w14:paraId="351AF6D6" w14:textId="77777777" w:rsidR="00B55C9B" w:rsidRDefault="00B55C9B">
      <w:pPr>
        <w:sectPr w:rsidR="00B55C9B">
          <w:pgSz w:w="11906" w:h="16838"/>
          <w:pgMar w:top="1361" w:right="1020" w:bottom="1020" w:left="1020" w:header="397" w:footer="397" w:gutter="0"/>
          <w:cols w:space="720"/>
          <w:docGrid w:linePitch="360"/>
        </w:sectPr>
      </w:pPr>
    </w:p>
    <w:p w14:paraId="667C44DC" w14:textId="77777777" w:rsidR="00B55C9B" w:rsidRDefault="00000000">
      <w:pPr>
        <w:pStyle w:val="Ttulo1"/>
        <w:jc w:val="center"/>
      </w:pPr>
      <w:r>
        <w:lastRenderedPageBreak/>
        <w:t>ANEXO 6. PROPUESTA ECONÓMICA DESAGREGADA</w:t>
      </w:r>
    </w:p>
    <w:p w14:paraId="27F50E78" w14:textId="77777777" w:rsidR="00192559" w:rsidRDefault="00192559" w:rsidP="00AA56B0">
      <w:pPr>
        <w:spacing w:after="160"/>
        <w:jc w:val="center"/>
        <w:rPr>
          <w:i/>
          <w:color w:val="666666"/>
          <w:sz w:val="17"/>
        </w:rPr>
      </w:pPr>
      <w:r w:rsidRPr="00192559">
        <w:rPr>
          <w:i/>
          <w:color w:val="666666"/>
          <w:sz w:val="17"/>
        </w:rPr>
        <w:t>Registre un único valor por cada componente. El valor total debe incluir todos los costos directos e indirectos, desplazamientos, ensayos, personal, equipos, software y las demás cargas tributarias aplicables diferentes del IVA. No deje componentes sin valor</w:t>
      </w:r>
    </w:p>
    <w:tbl>
      <w:tblPr>
        <w:tblW w:w="12302" w:type="dxa"/>
        <w:jc w:val="center"/>
        <w:tblBorders>
          <w:top w:val="single" w:sz="4" w:space="0" w:color="7F8C8D"/>
          <w:left w:val="single" w:sz="4" w:space="0" w:color="7F8C8D"/>
          <w:bottom w:val="single" w:sz="4" w:space="0" w:color="7F8C8D"/>
          <w:right w:val="single" w:sz="4" w:space="0" w:color="7F8C8D"/>
          <w:insideH w:val="single" w:sz="4" w:space="0" w:color="7F8C8D"/>
          <w:insideV w:val="single" w:sz="4" w:space="0" w:color="7F8C8D"/>
        </w:tblBorders>
        <w:tblLayout w:type="fixed"/>
        <w:tblLook w:val="04A0" w:firstRow="1" w:lastRow="0" w:firstColumn="1" w:lastColumn="0" w:noHBand="0" w:noVBand="1"/>
      </w:tblPr>
      <w:tblGrid>
        <w:gridCol w:w="453"/>
        <w:gridCol w:w="2948"/>
        <w:gridCol w:w="7087"/>
        <w:gridCol w:w="1814"/>
      </w:tblGrid>
      <w:tr w:rsidR="00FB6743" w14:paraId="4B7BA379" w14:textId="77777777" w:rsidTr="00192559">
        <w:trPr>
          <w:tblHeader/>
          <w:jc w:val="center"/>
        </w:trPr>
        <w:tc>
          <w:tcPr>
            <w:tcW w:w="453" w:type="dxa"/>
            <w:shd w:val="clear" w:color="auto" w:fill="17365D"/>
            <w:tcMar>
              <w:top w:w="80" w:type="dxa"/>
              <w:left w:w="90" w:type="dxa"/>
              <w:bottom w:w="80" w:type="dxa"/>
              <w:right w:w="90" w:type="dxa"/>
            </w:tcMar>
            <w:vAlign w:val="center"/>
          </w:tcPr>
          <w:p w14:paraId="3B9444C0" w14:textId="708B57E0" w:rsidR="00FB6743" w:rsidRDefault="00986103">
            <w:pPr>
              <w:spacing w:after="0"/>
              <w:jc w:val="center"/>
            </w:pPr>
            <w:r>
              <w:rPr>
                <w:b/>
                <w:color w:val="FFFFFF"/>
                <w:sz w:val="14"/>
              </w:rPr>
              <w:t>NO.</w:t>
            </w:r>
          </w:p>
        </w:tc>
        <w:tc>
          <w:tcPr>
            <w:tcW w:w="2948" w:type="dxa"/>
            <w:shd w:val="clear" w:color="auto" w:fill="17365D"/>
            <w:tcMar>
              <w:top w:w="80" w:type="dxa"/>
              <w:left w:w="90" w:type="dxa"/>
              <w:bottom w:w="80" w:type="dxa"/>
              <w:right w:w="90" w:type="dxa"/>
            </w:tcMar>
            <w:vAlign w:val="center"/>
          </w:tcPr>
          <w:p w14:paraId="421E56BC" w14:textId="060019BA" w:rsidR="00FB6743" w:rsidRDefault="00986103">
            <w:pPr>
              <w:spacing w:after="0"/>
              <w:jc w:val="center"/>
            </w:pPr>
            <w:r>
              <w:rPr>
                <w:b/>
                <w:color w:val="FFFFFF"/>
                <w:sz w:val="14"/>
              </w:rPr>
              <w:t>COMPONENTE PRINCIPAL</w:t>
            </w:r>
          </w:p>
        </w:tc>
        <w:tc>
          <w:tcPr>
            <w:tcW w:w="7087" w:type="dxa"/>
            <w:shd w:val="clear" w:color="auto" w:fill="17365D"/>
            <w:tcMar>
              <w:top w:w="80" w:type="dxa"/>
              <w:left w:w="90" w:type="dxa"/>
              <w:bottom w:w="80" w:type="dxa"/>
              <w:right w:w="90" w:type="dxa"/>
            </w:tcMar>
            <w:vAlign w:val="center"/>
          </w:tcPr>
          <w:p w14:paraId="20F25419" w14:textId="6C635A55" w:rsidR="00FB6743" w:rsidRDefault="00986103">
            <w:pPr>
              <w:spacing w:after="0"/>
              <w:jc w:val="center"/>
            </w:pPr>
            <w:r>
              <w:rPr>
                <w:b/>
                <w:color w:val="FFFFFF"/>
                <w:sz w:val="14"/>
              </w:rPr>
              <w:t>ALCANCE INCLUIDO</w:t>
            </w:r>
          </w:p>
        </w:tc>
        <w:tc>
          <w:tcPr>
            <w:tcW w:w="1814" w:type="dxa"/>
            <w:shd w:val="clear" w:color="auto" w:fill="17365D"/>
            <w:tcMar>
              <w:top w:w="80" w:type="dxa"/>
              <w:left w:w="90" w:type="dxa"/>
              <w:bottom w:w="80" w:type="dxa"/>
              <w:right w:w="90" w:type="dxa"/>
            </w:tcMar>
            <w:vAlign w:val="center"/>
          </w:tcPr>
          <w:p w14:paraId="4AE17EA9" w14:textId="0CAC4FCE" w:rsidR="00FB6743" w:rsidRDefault="00986103">
            <w:pPr>
              <w:spacing w:after="0"/>
              <w:jc w:val="center"/>
              <w:rPr>
                <w:b/>
                <w:color w:val="FFFFFF"/>
                <w:sz w:val="14"/>
              </w:rPr>
            </w:pPr>
            <w:r>
              <w:rPr>
                <w:b/>
                <w:color w:val="FFFFFF"/>
                <w:sz w:val="14"/>
              </w:rPr>
              <w:t>VALOR TOTAL OFERTADO</w:t>
            </w:r>
          </w:p>
          <w:p w14:paraId="560CFE11" w14:textId="0F2F9D77" w:rsidR="00986103" w:rsidRDefault="00986103">
            <w:pPr>
              <w:spacing w:after="0"/>
              <w:jc w:val="center"/>
            </w:pPr>
            <w:r>
              <w:rPr>
                <w:b/>
                <w:color w:val="FFFFFF"/>
                <w:sz w:val="14"/>
              </w:rPr>
              <w:t>(SIN IVA)</w:t>
            </w:r>
          </w:p>
        </w:tc>
      </w:tr>
      <w:tr w:rsidR="00FB6743" w14:paraId="458362F9" w14:textId="77777777" w:rsidTr="00192559">
        <w:trPr>
          <w:jc w:val="center"/>
        </w:trPr>
        <w:tc>
          <w:tcPr>
            <w:tcW w:w="453" w:type="dxa"/>
            <w:tcMar>
              <w:top w:w="80" w:type="dxa"/>
              <w:left w:w="90" w:type="dxa"/>
              <w:bottom w:w="80" w:type="dxa"/>
              <w:right w:w="90" w:type="dxa"/>
            </w:tcMar>
            <w:vAlign w:val="center"/>
          </w:tcPr>
          <w:p w14:paraId="613B35DE" w14:textId="77777777" w:rsidR="00FB6743" w:rsidRDefault="00FB6743">
            <w:pPr>
              <w:spacing w:after="0"/>
              <w:jc w:val="center"/>
            </w:pPr>
            <w:r>
              <w:rPr>
                <w:b/>
                <w:color w:val="17365D"/>
                <w:sz w:val="14"/>
              </w:rPr>
              <w:t>1</w:t>
            </w:r>
          </w:p>
        </w:tc>
        <w:tc>
          <w:tcPr>
            <w:tcW w:w="2948" w:type="dxa"/>
            <w:tcMar>
              <w:top w:w="80" w:type="dxa"/>
              <w:left w:w="90" w:type="dxa"/>
              <w:bottom w:w="80" w:type="dxa"/>
              <w:right w:w="90" w:type="dxa"/>
            </w:tcMar>
            <w:vAlign w:val="center"/>
          </w:tcPr>
          <w:p w14:paraId="378E687B" w14:textId="77777777" w:rsidR="00FB6743" w:rsidRDefault="00FB6743">
            <w:pPr>
              <w:spacing w:after="0"/>
            </w:pPr>
            <w:r>
              <w:rPr>
                <w:color w:val="000000"/>
                <w:sz w:val="14"/>
              </w:rPr>
              <w:t>Revisión predial, urbanística y ambiental</w:t>
            </w:r>
          </w:p>
        </w:tc>
        <w:tc>
          <w:tcPr>
            <w:tcW w:w="7087" w:type="dxa"/>
            <w:tcMar>
              <w:top w:w="80" w:type="dxa"/>
              <w:left w:w="90" w:type="dxa"/>
              <w:bottom w:w="80" w:type="dxa"/>
              <w:right w:w="90" w:type="dxa"/>
            </w:tcMar>
            <w:vAlign w:val="center"/>
          </w:tcPr>
          <w:p w14:paraId="6D4B008F" w14:textId="77777777" w:rsidR="00FB6743" w:rsidRDefault="00FB6743">
            <w:pPr>
              <w:spacing w:after="0"/>
            </w:pPr>
            <w:r>
              <w:rPr>
                <w:color w:val="000000"/>
                <w:sz w:val="14"/>
              </w:rPr>
              <w:t>Revisión jurídica, catastral, predial, urbanística, normativa, ambiental, determinantes territoriales, posible incidencia DMI y condiciones generales del predio.</w:t>
            </w:r>
          </w:p>
        </w:tc>
        <w:tc>
          <w:tcPr>
            <w:tcW w:w="1814" w:type="dxa"/>
            <w:tcMar>
              <w:top w:w="80" w:type="dxa"/>
              <w:left w:w="90" w:type="dxa"/>
              <w:bottom w:w="80" w:type="dxa"/>
              <w:right w:w="90" w:type="dxa"/>
            </w:tcMar>
            <w:vAlign w:val="center"/>
          </w:tcPr>
          <w:p w14:paraId="425B5973" w14:textId="77777777" w:rsidR="00FB6743" w:rsidRDefault="00FB6743">
            <w:pPr>
              <w:spacing w:after="0"/>
            </w:pPr>
            <w:r>
              <w:rPr>
                <w:color w:val="000000"/>
                <w:sz w:val="14"/>
              </w:rPr>
              <w:t xml:space="preserve">$ </w:t>
            </w:r>
          </w:p>
        </w:tc>
      </w:tr>
      <w:tr w:rsidR="00FB6743" w14:paraId="7E1A41EB" w14:textId="77777777" w:rsidTr="00192559">
        <w:trPr>
          <w:jc w:val="center"/>
        </w:trPr>
        <w:tc>
          <w:tcPr>
            <w:tcW w:w="453" w:type="dxa"/>
            <w:shd w:val="clear" w:color="auto" w:fill="EEF4F9"/>
            <w:tcMar>
              <w:top w:w="80" w:type="dxa"/>
              <w:left w:w="90" w:type="dxa"/>
              <w:bottom w:w="80" w:type="dxa"/>
              <w:right w:w="90" w:type="dxa"/>
            </w:tcMar>
            <w:vAlign w:val="center"/>
          </w:tcPr>
          <w:p w14:paraId="5C78CE43" w14:textId="77777777" w:rsidR="00FB6743" w:rsidRDefault="00FB6743">
            <w:pPr>
              <w:spacing w:after="0"/>
              <w:jc w:val="center"/>
            </w:pPr>
            <w:r>
              <w:rPr>
                <w:b/>
                <w:color w:val="17365D"/>
                <w:sz w:val="14"/>
              </w:rPr>
              <w:t>2</w:t>
            </w:r>
          </w:p>
        </w:tc>
        <w:tc>
          <w:tcPr>
            <w:tcW w:w="2948" w:type="dxa"/>
            <w:shd w:val="clear" w:color="auto" w:fill="EEF4F9"/>
            <w:tcMar>
              <w:top w:w="80" w:type="dxa"/>
              <w:left w:w="90" w:type="dxa"/>
              <w:bottom w:w="80" w:type="dxa"/>
              <w:right w:w="90" w:type="dxa"/>
            </w:tcMar>
            <w:vAlign w:val="center"/>
          </w:tcPr>
          <w:p w14:paraId="218DB815" w14:textId="77777777" w:rsidR="00FB6743" w:rsidRDefault="00FB6743">
            <w:pPr>
              <w:spacing w:after="0"/>
            </w:pPr>
            <w:r>
              <w:rPr>
                <w:color w:val="000000"/>
                <w:sz w:val="14"/>
              </w:rPr>
              <w:t>Levantamiento topográfico</w:t>
            </w:r>
          </w:p>
        </w:tc>
        <w:tc>
          <w:tcPr>
            <w:tcW w:w="7087" w:type="dxa"/>
            <w:shd w:val="clear" w:color="auto" w:fill="EEF4F9"/>
            <w:tcMar>
              <w:top w:w="80" w:type="dxa"/>
              <w:left w:w="90" w:type="dxa"/>
              <w:bottom w:w="80" w:type="dxa"/>
              <w:right w:w="90" w:type="dxa"/>
            </w:tcMar>
            <w:vAlign w:val="center"/>
          </w:tcPr>
          <w:p w14:paraId="54DBCC01" w14:textId="77777777" w:rsidR="00FB6743" w:rsidRDefault="00FB6743">
            <w:pPr>
              <w:spacing w:after="0"/>
            </w:pPr>
            <w:r>
              <w:rPr>
                <w:color w:val="000000"/>
                <w:sz w:val="14"/>
              </w:rPr>
              <w:t>Levantamiento planimétrico y altimétrico, localización, niveles, linderos, redes visibles, construcciones, cartera, informe y planos.</w:t>
            </w:r>
          </w:p>
        </w:tc>
        <w:tc>
          <w:tcPr>
            <w:tcW w:w="1814" w:type="dxa"/>
            <w:shd w:val="clear" w:color="auto" w:fill="EEF4F9"/>
            <w:tcMar>
              <w:top w:w="80" w:type="dxa"/>
              <w:left w:w="90" w:type="dxa"/>
              <w:bottom w:w="80" w:type="dxa"/>
              <w:right w:w="90" w:type="dxa"/>
            </w:tcMar>
            <w:vAlign w:val="center"/>
          </w:tcPr>
          <w:p w14:paraId="76F708D1" w14:textId="77777777" w:rsidR="00FB6743" w:rsidRDefault="00FB6743">
            <w:pPr>
              <w:spacing w:after="0"/>
            </w:pPr>
            <w:r>
              <w:rPr>
                <w:color w:val="000000"/>
                <w:sz w:val="14"/>
              </w:rPr>
              <w:t xml:space="preserve">$ </w:t>
            </w:r>
          </w:p>
        </w:tc>
      </w:tr>
      <w:tr w:rsidR="00FB6743" w14:paraId="1A37AFCF" w14:textId="77777777" w:rsidTr="00192559">
        <w:trPr>
          <w:jc w:val="center"/>
        </w:trPr>
        <w:tc>
          <w:tcPr>
            <w:tcW w:w="453" w:type="dxa"/>
            <w:tcMar>
              <w:top w:w="80" w:type="dxa"/>
              <w:left w:w="90" w:type="dxa"/>
              <w:bottom w:w="80" w:type="dxa"/>
              <w:right w:w="90" w:type="dxa"/>
            </w:tcMar>
            <w:vAlign w:val="center"/>
          </w:tcPr>
          <w:p w14:paraId="505FC849" w14:textId="77777777" w:rsidR="00FB6743" w:rsidRDefault="00FB6743">
            <w:pPr>
              <w:spacing w:after="0"/>
              <w:jc w:val="center"/>
            </w:pPr>
            <w:r>
              <w:rPr>
                <w:b/>
                <w:color w:val="17365D"/>
                <w:sz w:val="14"/>
              </w:rPr>
              <w:t>3</w:t>
            </w:r>
          </w:p>
        </w:tc>
        <w:tc>
          <w:tcPr>
            <w:tcW w:w="2948" w:type="dxa"/>
            <w:tcMar>
              <w:top w:w="80" w:type="dxa"/>
              <w:left w:w="90" w:type="dxa"/>
              <w:bottom w:w="80" w:type="dxa"/>
              <w:right w:w="90" w:type="dxa"/>
            </w:tcMar>
            <w:vAlign w:val="center"/>
          </w:tcPr>
          <w:p w14:paraId="0593725D" w14:textId="77777777" w:rsidR="00FB6743" w:rsidRDefault="00FB6743">
            <w:pPr>
              <w:spacing w:after="0"/>
            </w:pPr>
            <w:r>
              <w:rPr>
                <w:color w:val="000000"/>
                <w:sz w:val="14"/>
              </w:rPr>
              <w:t>Concepto de patología estructural y vulnerabilidad preliminar</w:t>
            </w:r>
          </w:p>
        </w:tc>
        <w:tc>
          <w:tcPr>
            <w:tcW w:w="7087" w:type="dxa"/>
            <w:tcMar>
              <w:top w:w="80" w:type="dxa"/>
              <w:left w:w="90" w:type="dxa"/>
              <w:bottom w:w="80" w:type="dxa"/>
              <w:right w:w="90" w:type="dxa"/>
            </w:tcMar>
            <w:vAlign w:val="center"/>
          </w:tcPr>
          <w:p w14:paraId="04970519" w14:textId="77777777" w:rsidR="00FB6743" w:rsidRDefault="00FB6743">
            <w:pPr>
              <w:spacing w:after="0"/>
            </w:pPr>
            <w:r>
              <w:rPr>
                <w:color w:val="000000"/>
                <w:sz w:val="14"/>
              </w:rPr>
              <w:t>Inspección visual, registro fotográfico, patologías visibles, revisión documental, concepto y recomendación de intervención, reforzamiento o demolición.</w:t>
            </w:r>
          </w:p>
        </w:tc>
        <w:tc>
          <w:tcPr>
            <w:tcW w:w="1814" w:type="dxa"/>
            <w:tcMar>
              <w:top w:w="80" w:type="dxa"/>
              <w:left w:w="90" w:type="dxa"/>
              <w:bottom w:w="80" w:type="dxa"/>
              <w:right w:w="90" w:type="dxa"/>
            </w:tcMar>
            <w:vAlign w:val="center"/>
          </w:tcPr>
          <w:p w14:paraId="353A5766" w14:textId="77777777" w:rsidR="00FB6743" w:rsidRDefault="00FB6743">
            <w:pPr>
              <w:spacing w:after="0"/>
            </w:pPr>
            <w:r>
              <w:rPr>
                <w:color w:val="000000"/>
                <w:sz w:val="14"/>
              </w:rPr>
              <w:t xml:space="preserve">$ </w:t>
            </w:r>
          </w:p>
        </w:tc>
      </w:tr>
      <w:tr w:rsidR="00FB6743" w14:paraId="464A8692" w14:textId="77777777" w:rsidTr="00192559">
        <w:trPr>
          <w:jc w:val="center"/>
        </w:trPr>
        <w:tc>
          <w:tcPr>
            <w:tcW w:w="453" w:type="dxa"/>
            <w:shd w:val="clear" w:color="auto" w:fill="EEF4F9"/>
            <w:tcMar>
              <w:top w:w="80" w:type="dxa"/>
              <w:left w:w="90" w:type="dxa"/>
              <w:bottom w:w="80" w:type="dxa"/>
              <w:right w:w="90" w:type="dxa"/>
            </w:tcMar>
            <w:vAlign w:val="center"/>
          </w:tcPr>
          <w:p w14:paraId="6560642D" w14:textId="77777777" w:rsidR="00FB6743" w:rsidRDefault="00FB6743">
            <w:pPr>
              <w:spacing w:after="0"/>
              <w:jc w:val="center"/>
            </w:pPr>
            <w:r>
              <w:rPr>
                <w:b/>
                <w:color w:val="17365D"/>
                <w:sz w:val="14"/>
              </w:rPr>
              <w:t>4</w:t>
            </w:r>
          </w:p>
        </w:tc>
        <w:tc>
          <w:tcPr>
            <w:tcW w:w="2948" w:type="dxa"/>
            <w:shd w:val="clear" w:color="auto" w:fill="EEF4F9"/>
            <w:tcMar>
              <w:top w:w="80" w:type="dxa"/>
              <w:left w:w="90" w:type="dxa"/>
              <w:bottom w:w="80" w:type="dxa"/>
              <w:right w:w="90" w:type="dxa"/>
            </w:tcMar>
            <w:vAlign w:val="center"/>
          </w:tcPr>
          <w:p w14:paraId="3DEFF33B" w14:textId="77777777" w:rsidR="00FB6743" w:rsidRDefault="00FB6743">
            <w:pPr>
              <w:spacing w:after="0"/>
            </w:pPr>
            <w:r>
              <w:rPr>
                <w:color w:val="000000"/>
                <w:sz w:val="14"/>
              </w:rPr>
              <w:t>Estudio geotécnico y de suelos</w:t>
            </w:r>
          </w:p>
        </w:tc>
        <w:tc>
          <w:tcPr>
            <w:tcW w:w="7087" w:type="dxa"/>
            <w:shd w:val="clear" w:color="auto" w:fill="EEF4F9"/>
            <w:tcMar>
              <w:top w:w="80" w:type="dxa"/>
              <w:left w:w="90" w:type="dxa"/>
              <w:bottom w:w="80" w:type="dxa"/>
              <w:right w:w="90" w:type="dxa"/>
            </w:tcMar>
            <w:vAlign w:val="center"/>
          </w:tcPr>
          <w:p w14:paraId="3952F2F4" w14:textId="77777777" w:rsidR="00FB6743" w:rsidRDefault="00FB6743">
            <w:pPr>
              <w:spacing w:after="0"/>
            </w:pPr>
            <w:r>
              <w:rPr>
                <w:color w:val="000000"/>
                <w:sz w:val="14"/>
              </w:rPr>
              <w:t>Exploraciones, ensayos, informe, capacidad portante, nivel freático, asentamientos, cimentación y recomendaciones constructivas.</w:t>
            </w:r>
          </w:p>
        </w:tc>
        <w:tc>
          <w:tcPr>
            <w:tcW w:w="1814" w:type="dxa"/>
            <w:shd w:val="clear" w:color="auto" w:fill="EEF4F9"/>
            <w:tcMar>
              <w:top w:w="80" w:type="dxa"/>
              <w:left w:w="90" w:type="dxa"/>
              <w:bottom w:w="80" w:type="dxa"/>
              <w:right w:w="90" w:type="dxa"/>
            </w:tcMar>
            <w:vAlign w:val="center"/>
          </w:tcPr>
          <w:p w14:paraId="1DF7CB9A" w14:textId="77777777" w:rsidR="00FB6743" w:rsidRDefault="00FB6743">
            <w:pPr>
              <w:spacing w:after="0"/>
            </w:pPr>
            <w:r>
              <w:rPr>
                <w:color w:val="000000"/>
                <w:sz w:val="14"/>
              </w:rPr>
              <w:t xml:space="preserve">$ </w:t>
            </w:r>
          </w:p>
        </w:tc>
      </w:tr>
      <w:tr w:rsidR="00FB6743" w14:paraId="72976919" w14:textId="77777777" w:rsidTr="00192559">
        <w:trPr>
          <w:jc w:val="center"/>
        </w:trPr>
        <w:tc>
          <w:tcPr>
            <w:tcW w:w="453" w:type="dxa"/>
            <w:tcMar>
              <w:top w:w="80" w:type="dxa"/>
              <w:left w:w="90" w:type="dxa"/>
              <w:bottom w:w="80" w:type="dxa"/>
              <w:right w:w="90" w:type="dxa"/>
            </w:tcMar>
            <w:vAlign w:val="center"/>
          </w:tcPr>
          <w:p w14:paraId="34196EA6" w14:textId="77777777" w:rsidR="00FB6743" w:rsidRDefault="00FB6743">
            <w:pPr>
              <w:spacing w:after="0"/>
              <w:jc w:val="center"/>
            </w:pPr>
            <w:r>
              <w:rPr>
                <w:b/>
                <w:color w:val="17365D"/>
                <w:sz w:val="14"/>
              </w:rPr>
              <w:t>5</w:t>
            </w:r>
          </w:p>
        </w:tc>
        <w:tc>
          <w:tcPr>
            <w:tcW w:w="2948" w:type="dxa"/>
            <w:tcMar>
              <w:top w:w="80" w:type="dxa"/>
              <w:left w:w="90" w:type="dxa"/>
              <w:bottom w:w="80" w:type="dxa"/>
              <w:right w:w="90" w:type="dxa"/>
            </w:tcMar>
            <w:vAlign w:val="center"/>
          </w:tcPr>
          <w:p w14:paraId="4EB6A774" w14:textId="77777777" w:rsidR="00FB6743" w:rsidRDefault="00FB6743">
            <w:pPr>
              <w:spacing w:after="0"/>
            </w:pPr>
            <w:r>
              <w:rPr>
                <w:color w:val="000000"/>
                <w:sz w:val="14"/>
              </w:rPr>
              <w:t>Diseño arquitectónico integral</w:t>
            </w:r>
          </w:p>
        </w:tc>
        <w:tc>
          <w:tcPr>
            <w:tcW w:w="7087" w:type="dxa"/>
            <w:tcMar>
              <w:top w:w="80" w:type="dxa"/>
              <w:left w:w="90" w:type="dxa"/>
              <w:bottom w:w="80" w:type="dxa"/>
              <w:right w:w="90" w:type="dxa"/>
            </w:tcMar>
            <w:vAlign w:val="center"/>
          </w:tcPr>
          <w:p w14:paraId="5042DC1D" w14:textId="77777777" w:rsidR="00FB6743" w:rsidRDefault="00FB6743">
            <w:pPr>
              <w:spacing w:after="0"/>
            </w:pPr>
            <w:r>
              <w:rPr>
                <w:color w:val="000000"/>
                <w:sz w:val="14"/>
              </w:rPr>
              <w:t>Programa, alternativas, anteproyecto, diseño definitivo, accesibilidad, acabados, carpinterías, detalles, visualizaciones y memoria.</w:t>
            </w:r>
          </w:p>
        </w:tc>
        <w:tc>
          <w:tcPr>
            <w:tcW w:w="1814" w:type="dxa"/>
            <w:tcMar>
              <w:top w:w="80" w:type="dxa"/>
              <w:left w:w="90" w:type="dxa"/>
              <w:bottom w:w="80" w:type="dxa"/>
              <w:right w:w="90" w:type="dxa"/>
            </w:tcMar>
            <w:vAlign w:val="center"/>
          </w:tcPr>
          <w:p w14:paraId="05463CCE" w14:textId="77777777" w:rsidR="00FB6743" w:rsidRDefault="00FB6743">
            <w:pPr>
              <w:spacing w:after="0"/>
            </w:pPr>
            <w:r>
              <w:rPr>
                <w:color w:val="000000"/>
                <w:sz w:val="14"/>
              </w:rPr>
              <w:t xml:space="preserve">$ </w:t>
            </w:r>
          </w:p>
        </w:tc>
      </w:tr>
      <w:tr w:rsidR="00FB6743" w14:paraId="5478544D" w14:textId="77777777" w:rsidTr="00192559">
        <w:trPr>
          <w:jc w:val="center"/>
        </w:trPr>
        <w:tc>
          <w:tcPr>
            <w:tcW w:w="453" w:type="dxa"/>
            <w:shd w:val="clear" w:color="auto" w:fill="EEF4F9"/>
            <w:tcMar>
              <w:top w:w="80" w:type="dxa"/>
              <w:left w:w="90" w:type="dxa"/>
              <w:bottom w:w="80" w:type="dxa"/>
              <w:right w:w="90" w:type="dxa"/>
            </w:tcMar>
            <w:vAlign w:val="center"/>
          </w:tcPr>
          <w:p w14:paraId="35A7E21D" w14:textId="77777777" w:rsidR="00FB6743" w:rsidRDefault="00FB6743">
            <w:pPr>
              <w:spacing w:after="0"/>
              <w:jc w:val="center"/>
            </w:pPr>
            <w:r>
              <w:rPr>
                <w:b/>
                <w:color w:val="17365D"/>
                <w:sz w:val="14"/>
              </w:rPr>
              <w:t>6</w:t>
            </w:r>
          </w:p>
        </w:tc>
        <w:tc>
          <w:tcPr>
            <w:tcW w:w="2948" w:type="dxa"/>
            <w:shd w:val="clear" w:color="auto" w:fill="EEF4F9"/>
            <w:tcMar>
              <w:top w:w="80" w:type="dxa"/>
              <w:left w:w="90" w:type="dxa"/>
              <w:bottom w:w="80" w:type="dxa"/>
              <w:right w:w="90" w:type="dxa"/>
            </w:tcMar>
            <w:vAlign w:val="center"/>
          </w:tcPr>
          <w:p w14:paraId="049A39F2" w14:textId="77777777" w:rsidR="00FB6743" w:rsidRDefault="00FB6743">
            <w:pPr>
              <w:spacing w:after="0"/>
            </w:pPr>
            <w:r>
              <w:rPr>
                <w:color w:val="000000"/>
                <w:sz w:val="14"/>
              </w:rPr>
              <w:t>Diseño estructural</w:t>
            </w:r>
          </w:p>
        </w:tc>
        <w:tc>
          <w:tcPr>
            <w:tcW w:w="7087" w:type="dxa"/>
            <w:shd w:val="clear" w:color="auto" w:fill="EEF4F9"/>
            <w:tcMar>
              <w:top w:w="80" w:type="dxa"/>
              <w:left w:w="90" w:type="dxa"/>
              <w:bottom w:w="80" w:type="dxa"/>
              <w:right w:w="90" w:type="dxa"/>
            </w:tcMar>
            <w:vAlign w:val="center"/>
          </w:tcPr>
          <w:p w14:paraId="2BADB05D" w14:textId="77777777" w:rsidR="00FB6743" w:rsidRDefault="00FB6743">
            <w:pPr>
              <w:spacing w:after="0"/>
            </w:pPr>
            <w:r>
              <w:rPr>
                <w:color w:val="000000"/>
                <w:sz w:val="14"/>
              </w:rPr>
              <w:t>Memoria de cálculo, sistema, cimentación, estructura, cubierta, elementos metálicos, despieces, detalles y especificaciones.</w:t>
            </w:r>
          </w:p>
        </w:tc>
        <w:tc>
          <w:tcPr>
            <w:tcW w:w="1814" w:type="dxa"/>
            <w:shd w:val="clear" w:color="auto" w:fill="EEF4F9"/>
            <w:tcMar>
              <w:top w:w="80" w:type="dxa"/>
              <w:left w:w="90" w:type="dxa"/>
              <w:bottom w:w="80" w:type="dxa"/>
              <w:right w:w="90" w:type="dxa"/>
            </w:tcMar>
            <w:vAlign w:val="center"/>
          </w:tcPr>
          <w:p w14:paraId="40A6A798" w14:textId="77777777" w:rsidR="00FB6743" w:rsidRDefault="00FB6743">
            <w:pPr>
              <w:spacing w:after="0"/>
            </w:pPr>
            <w:r>
              <w:rPr>
                <w:color w:val="000000"/>
                <w:sz w:val="14"/>
              </w:rPr>
              <w:t xml:space="preserve">$ </w:t>
            </w:r>
          </w:p>
        </w:tc>
      </w:tr>
      <w:tr w:rsidR="00FB6743" w14:paraId="041436B4" w14:textId="77777777" w:rsidTr="00192559">
        <w:trPr>
          <w:jc w:val="center"/>
        </w:trPr>
        <w:tc>
          <w:tcPr>
            <w:tcW w:w="453" w:type="dxa"/>
            <w:tcMar>
              <w:top w:w="80" w:type="dxa"/>
              <w:left w:w="90" w:type="dxa"/>
              <w:bottom w:w="80" w:type="dxa"/>
              <w:right w:w="90" w:type="dxa"/>
            </w:tcMar>
            <w:vAlign w:val="center"/>
          </w:tcPr>
          <w:p w14:paraId="2746DEE6" w14:textId="77777777" w:rsidR="00FB6743" w:rsidRDefault="00FB6743">
            <w:pPr>
              <w:spacing w:after="0"/>
              <w:jc w:val="center"/>
            </w:pPr>
            <w:r>
              <w:rPr>
                <w:b/>
                <w:color w:val="17365D"/>
                <w:sz w:val="14"/>
              </w:rPr>
              <w:t>7</w:t>
            </w:r>
          </w:p>
        </w:tc>
        <w:tc>
          <w:tcPr>
            <w:tcW w:w="2948" w:type="dxa"/>
            <w:tcMar>
              <w:top w:w="80" w:type="dxa"/>
              <w:left w:w="90" w:type="dxa"/>
              <w:bottom w:w="80" w:type="dxa"/>
              <w:right w:w="90" w:type="dxa"/>
            </w:tcMar>
            <w:vAlign w:val="center"/>
          </w:tcPr>
          <w:p w14:paraId="64E1D79F" w14:textId="77777777" w:rsidR="00FB6743" w:rsidRDefault="00FB6743">
            <w:pPr>
              <w:spacing w:after="0"/>
            </w:pPr>
            <w:r>
              <w:rPr>
                <w:color w:val="000000"/>
                <w:sz w:val="14"/>
              </w:rPr>
              <w:t>Diseños hidrosanitario, pluvial y red de ventilación mecánica</w:t>
            </w:r>
          </w:p>
        </w:tc>
        <w:tc>
          <w:tcPr>
            <w:tcW w:w="7087" w:type="dxa"/>
            <w:tcMar>
              <w:top w:w="80" w:type="dxa"/>
              <w:left w:w="90" w:type="dxa"/>
              <w:bottom w:w="80" w:type="dxa"/>
              <w:right w:w="90" w:type="dxa"/>
            </w:tcMar>
            <w:vAlign w:val="center"/>
          </w:tcPr>
          <w:p w14:paraId="4719E633" w14:textId="77777777" w:rsidR="00FB6743" w:rsidRDefault="00FB6743">
            <w:pPr>
              <w:spacing w:after="0"/>
            </w:pPr>
            <w:r>
              <w:rPr>
                <w:color w:val="000000"/>
                <w:sz w:val="14"/>
              </w:rPr>
              <w:t>Redes hidráulicas, sanitarias, pluviales, aguas lluvias, isométricos, detalles, equipos, ventilación, memorias, planos y coordinación.</w:t>
            </w:r>
          </w:p>
        </w:tc>
        <w:tc>
          <w:tcPr>
            <w:tcW w:w="1814" w:type="dxa"/>
            <w:tcMar>
              <w:top w:w="80" w:type="dxa"/>
              <w:left w:w="90" w:type="dxa"/>
              <w:bottom w:w="80" w:type="dxa"/>
              <w:right w:w="90" w:type="dxa"/>
            </w:tcMar>
            <w:vAlign w:val="center"/>
          </w:tcPr>
          <w:p w14:paraId="05B8229B" w14:textId="77777777" w:rsidR="00FB6743" w:rsidRDefault="00FB6743">
            <w:pPr>
              <w:spacing w:after="0"/>
            </w:pPr>
            <w:r>
              <w:rPr>
                <w:color w:val="000000"/>
                <w:sz w:val="14"/>
              </w:rPr>
              <w:t xml:space="preserve">$ </w:t>
            </w:r>
          </w:p>
        </w:tc>
      </w:tr>
      <w:tr w:rsidR="00FB6743" w14:paraId="651337A8" w14:textId="77777777" w:rsidTr="00192559">
        <w:trPr>
          <w:jc w:val="center"/>
        </w:trPr>
        <w:tc>
          <w:tcPr>
            <w:tcW w:w="453" w:type="dxa"/>
            <w:shd w:val="clear" w:color="auto" w:fill="EEF4F9"/>
            <w:tcMar>
              <w:top w:w="80" w:type="dxa"/>
              <w:left w:w="90" w:type="dxa"/>
              <w:bottom w:w="80" w:type="dxa"/>
              <w:right w:w="90" w:type="dxa"/>
            </w:tcMar>
            <w:vAlign w:val="center"/>
          </w:tcPr>
          <w:p w14:paraId="1683592E" w14:textId="77777777" w:rsidR="00FB6743" w:rsidRDefault="00FB6743">
            <w:pPr>
              <w:spacing w:after="0"/>
              <w:jc w:val="center"/>
            </w:pPr>
            <w:r>
              <w:rPr>
                <w:b/>
                <w:color w:val="17365D"/>
                <w:sz w:val="14"/>
              </w:rPr>
              <w:t>8</w:t>
            </w:r>
          </w:p>
        </w:tc>
        <w:tc>
          <w:tcPr>
            <w:tcW w:w="2948" w:type="dxa"/>
            <w:shd w:val="clear" w:color="auto" w:fill="EEF4F9"/>
            <w:tcMar>
              <w:top w:w="80" w:type="dxa"/>
              <w:left w:w="90" w:type="dxa"/>
              <w:bottom w:w="80" w:type="dxa"/>
              <w:right w:w="90" w:type="dxa"/>
            </w:tcMar>
            <w:vAlign w:val="center"/>
          </w:tcPr>
          <w:p w14:paraId="4800FF9E" w14:textId="77777777" w:rsidR="00FB6743" w:rsidRDefault="00FB6743">
            <w:pPr>
              <w:spacing w:after="0"/>
            </w:pPr>
            <w:r>
              <w:rPr>
                <w:color w:val="000000"/>
                <w:sz w:val="14"/>
              </w:rPr>
              <w:t>Diseño eléctrico, iluminación y apantallamiento</w:t>
            </w:r>
          </w:p>
        </w:tc>
        <w:tc>
          <w:tcPr>
            <w:tcW w:w="7087" w:type="dxa"/>
            <w:shd w:val="clear" w:color="auto" w:fill="EEF4F9"/>
            <w:tcMar>
              <w:top w:w="80" w:type="dxa"/>
              <w:left w:w="90" w:type="dxa"/>
              <w:bottom w:w="80" w:type="dxa"/>
              <w:right w:w="90" w:type="dxa"/>
            </w:tcMar>
            <w:vAlign w:val="center"/>
          </w:tcPr>
          <w:p w14:paraId="695B3C4B" w14:textId="77777777" w:rsidR="00FB6743" w:rsidRDefault="00FB6743">
            <w:pPr>
              <w:spacing w:after="0"/>
            </w:pPr>
            <w:r>
              <w:rPr>
                <w:color w:val="000000"/>
                <w:sz w:val="14"/>
              </w:rPr>
              <w:t>Acometida, tableros, circuitos, tomas, iluminación, cargas, puesta a tierra, apantallamiento, memorias, planos y especificaciones.</w:t>
            </w:r>
          </w:p>
        </w:tc>
        <w:tc>
          <w:tcPr>
            <w:tcW w:w="1814" w:type="dxa"/>
            <w:shd w:val="clear" w:color="auto" w:fill="EEF4F9"/>
            <w:tcMar>
              <w:top w:w="80" w:type="dxa"/>
              <w:left w:w="90" w:type="dxa"/>
              <w:bottom w:w="80" w:type="dxa"/>
              <w:right w:w="90" w:type="dxa"/>
            </w:tcMar>
            <w:vAlign w:val="center"/>
          </w:tcPr>
          <w:p w14:paraId="61646F6B" w14:textId="77777777" w:rsidR="00FB6743" w:rsidRDefault="00FB6743">
            <w:pPr>
              <w:spacing w:after="0"/>
            </w:pPr>
            <w:r>
              <w:rPr>
                <w:color w:val="000000"/>
                <w:sz w:val="14"/>
              </w:rPr>
              <w:t xml:space="preserve">$ </w:t>
            </w:r>
          </w:p>
        </w:tc>
      </w:tr>
      <w:tr w:rsidR="00FB6743" w14:paraId="16038AE9" w14:textId="77777777" w:rsidTr="00192559">
        <w:trPr>
          <w:jc w:val="center"/>
        </w:trPr>
        <w:tc>
          <w:tcPr>
            <w:tcW w:w="453" w:type="dxa"/>
            <w:tcMar>
              <w:top w:w="80" w:type="dxa"/>
              <w:left w:w="90" w:type="dxa"/>
              <w:bottom w:w="80" w:type="dxa"/>
              <w:right w:w="90" w:type="dxa"/>
            </w:tcMar>
            <w:vAlign w:val="center"/>
          </w:tcPr>
          <w:p w14:paraId="2D4B156E" w14:textId="77777777" w:rsidR="00FB6743" w:rsidRDefault="00FB6743">
            <w:pPr>
              <w:spacing w:after="0"/>
              <w:jc w:val="center"/>
            </w:pPr>
            <w:r>
              <w:rPr>
                <w:b/>
                <w:color w:val="17365D"/>
                <w:sz w:val="14"/>
              </w:rPr>
              <w:t>9</w:t>
            </w:r>
          </w:p>
        </w:tc>
        <w:tc>
          <w:tcPr>
            <w:tcW w:w="2948" w:type="dxa"/>
            <w:tcMar>
              <w:top w:w="80" w:type="dxa"/>
              <w:left w:w="90" w:type="dxa"/>
              <w:bottom w:w="80" w:type="dxa"/>
              <w:right w:w="90" w:type="dxa"/>
            </w:tcMar>
            <w:vAlign w:val="center"/>
          </w:tcPr>
          <w:p w14:paraId="3481D7EE" w14:textId="77777777" w:rsidR="00FB6743" w:rsidRDefault="00FB6743">
            <w:pPr>
              <w:spacing w:after="0"/>
            </w:pPr>
            <w:r>
              <w:rPr>
                <w:color w:val="000000"/>
                <w:sz w:val="14"/>
              </w:rPr>
              <w:t>Diseño de voz, datos, seguridad electrónica y redes contra incendio</w:t>
            </w:r>
          </w:p>
        </w:tc>
        <w:tc>
          <w:tcPr>
            <w:tcW w:w="7087" w:type="dxa"/>
            <w:tcMar>
              <w:top w:w="80" w:type="dxa"/>
              <w:left w:w="90" w:type="dxa"/>
              <w:bottom w:w="80" w:type="dxa"/>
              <w:right w:w="90" w:type="dxa"/>
            </w:tcMar>
            <w:vAlign w:val="center"/>
          </w:tcPr>
          <w:p w14:paraId="74459D6D" w14:textId="77777777" w:rsidR="00FB6743" w:rsidRDefault="00FB6743">
            <w:pPr>
              <w:spacing w:after="0"/>
            </w:pPr>
            <w:r>
              <w:rPr>
                <w:color w:val="000000"/>
                <w:sz w:val="14"/>
              </w:rPr>
              <w:t>Voz/datos, CCTV, control de acceso, alarmas, evacuación, señalización, extintores, detección y red contra incendio si aplica.</w:t>
            </w:r>
          </w:p>
        </w:tc>
        <w:tc>
          <w:tcPr>
            <w:tcW w:w="1814" w:type="dxa"/>
            <w:tcMar>
              <w:top w:w="80" w:type="dxa"/>
              <w:left w:w="90" w:type="dxa"/>
              <w:bottom w:w="80" w:type="dxa"/>
              <w:right w:w="90" w:type="dxa"/>
            </w:tcMar>
            <w:vAlign w:val="center"/>
          </w:tcPr>
          <w:p w14:paraId="1DAD2224" w14:textId="77777777" w:rsidR="00FB6743" w:rsidRDefault="00FB6743">
            <w:pPr>
              <w:spacing w:after="0"/>
            </w:pPr>
            <w:r>
              <w:rPr>
                <w:color w:val="000000"/>
                <w:sz w:val="14"/>
              </w:rPr>
              <w:t xml:space="preserve">$ </w:t>
            </w:r>
          </w:p>
        </w:tc>
      </w:tr>
      <w:tr w:rsidR="00FB6743" w14:paraId="0C5A8A51" w14:textId="77777777" w:rsidTr="00192559">
        <w:trPr>
          <w:jc w:val="center"/>
        </w:trPr>
        <w:tc>
          <w:tcPr>
            <w:tcW w:w="453" w:type="dxa"/>
            <w:shd w:val="clear" w:color="auto" w:fill="EEF4F9"/>
            <w:tcMar>
              <w:top w:w="80" w:type="dxa"/>
              <w:left w:w="90" w:type="dxa"/>
              <w:bottom w:w="80" w:type="dxa"/>
              <w:right w:w="90" w:type="dxa"/>
            </w:tcMar>
            <w:vAlign w:val="center"/>
          </w:tcPr>
          <w:p w14:paraId="20F4B93B" w14:textId="77777777" w:rsidR="00FB6743" w:rsidRDefault="00FB6743">
            <w:pPr>
              <w:spacing w:after="0"/>
              <w:jc w:val="center"/>
            </w:pPr>
            <w:r>
              <w:rPr>
                <w:b/>
                <w:color w:val="17365D"/>
                <w:sz w:val="14"/>
              </w:rPr>
              <w:t>10</w:t>
            </w:r>
          </w:p>
        </w:tc>
        <w:tc>
          <w:tcPr>
            <w:tcW w:w="2948" w:type="dxa"/>
            <w:shd w:val="clear" w:color="auto" w:fill="EEF4F9"/>
            <w:tcMar>
              <w:top w:w="80" w:type="dxa"/>
              <w:left w:w="90" w:type="dxa"/>
              <w:bottom w:w="80" w:type="dxa"/>
              <w:right w:w="90" w:type="dxa"/>
            </w:tcMar>
            <w:vAlign w:val="center"/>
          </w:tcPr>
          <w:p w14:paraId="6772C2D4" w14:textId="77777777" w:rsidR="00FB6743" w:rsidRDefault="00FB6743">
            <w:pPr>
              <w:spacing w:after="0"/>
            </w:pPr>
            <w:r>
              <w:rPr>
                <w:color w:val="000000"/>
                <w:sz w:val="14"/>
              </w:rPr>
              <w:t>Diseño bioclimático, sostenibilidad y manejo ambiental</w:t>
            </w:r>
          </w:p>
        </w:tc>
        <w:tc>
          <w:tcPr>
            <w:tcW w:w="7087" w:type="dxa"/>
            <w:shd w:val="clear" w:color="auto" w:fill="EEF4F9"/>
            <w:tcMar>
              <w:top w:w="80" w:type="dxa"/>
              <w:left w:w="90" w:type="dxa"/>
              <w:bottom w:w="80" w:type="dxa"/>
              <w:right w:w="90" w:type="dxa"/>
            </w:tcMar>
            <w:vAlign w:val="center"/>
          </w:tcPr>
          <w:p w14:paraId="38A93A46" w14:textId="77777777" w:rsidR="00FB6743" w:rsidRDefault="00FB6743">
            <w:pPr>
              <w:spacing w:after="0"/>
            </w:pPr>
            <w:r>
              <w:rPr>
                <w:color w:val="000000"/>
                <w:sz w:val="14"/>
              </w:rPr>
              <w:t>Adaptación al clima amazónico, confort, ventilación, control solar, humedad, materiales, eficiencia, PMA y RCD.</w:t>
            </w:r>
          </w:p>
        </w:tc>
        <w:tc>
          <w:tcPr>
            <w:tcW w:w="1814" w:type="dxa"/>
            <w:shd w:val="clear" w:color="auto" w:fill="EEF4F9"/>
            <w:tcMar>
              <w:top w:w="80" w:type="dxa"/>
              <w:left w:w="90" w:type="dxa"/>
              <w:bottom w:w="80" w:type="dxa"/>
              <w:right w:w="90" w:type="dxa"/>
            </w:tcMar>
            <w:vAlign w:val="center"/>
          </w:tcPr>
          <w:p w14:paraId="1B043B10" w14:textId="77777777" w:rsidR="00FB6743" w:rsidRDefault="00FB6743">
            <w:pPr>
              <w:spacing w:after="0"/>
            </w:pPr>
            <w:r>
              <w:rPr>
                <w:color w:val="000000"/>
                <w:sz w:val="14"/>
              </w:rPr>
              <w:t xml:space="preserve">$ </w:t>
            </w:r>
          </w:p>
        </w:tc>
      </w:tr>
      <w:tr w:rsidR="00FB6743" w14:paraId="3108BBB8" w14:textId="77777777" w:rsidTr="00192559">
        <w:trPr>
          <w:jc w:val="center"/>
        </w:trPr>
        <w:tc>
          <w:tcPr>
            <w:tcW w:w="453" w:type="dxa"/>
            <w:tcMar>
              <w:top w:w="80" w:type="dxa"/>
              <w:left w:w="90" w:type="dxa"/>
              <w:bottom w:w="80" w:type="dxa"/>
              <w:right w:w="90" w:type="dxa"/>
            </w:tcMar>
            <w:vAlign w:val="center"/>
          </w:tcPr>
          <w:p w14:paraId="0878ED11" w14:textId="77777777" w:rsidR="00FB6743" w:rsidRDefault="00FB6743">
            <w:pPr>
              <w:spacing w:after="0"/>
              <w:jc w:val="center"/>
            </w:pPr>
            <w:r>
              <w:rPr>
                <w:b/>
                <w:color w:val="17365D"/>
                <w:sz w:val="14"/>
              </w:rPr>
              <w:t>11</w:t>
            </w:r>
          </w:p>
        </w:tc>
        <w:tc>
          <w:tcPr>
            <w:tcW w:w="2948" w:type="dxa"/>
            <w:tcMar>
              <w:top w:w="80" w:type="dxa"/>
              <w:left w:w="90" w:type="dxa"/>
              <w:bottom w:w="80" w:type="dxa"/>
              <w:right w:w="90" w:type="dxa"/>
            </w:tcMar>
            <w:vAlign w:val="center"/>
          </w:tcPr>
          <w:p w14:paraId="222B5C07" w14:textId="77777777" w:rsidR="00FB6743" w:rsidRDefault="00FB6743">
            <w:pPr>
              <w:spacing w:after="0"/>
            </w:pPr>
            <w:r>
              <w:rPr>
                <w:color w:val="000000"/>
                <w:sz w:val="14"/>
              </w:rPr>
              <w:t>Presupuesto, cantidades, APU y programación de obra</w:t>
            </w:r>
          </w:p>
        </w:tc>
        <w:tc>
          <w:tcPr>
            <w:tcW w:w="7087" w:type="dxa"/>
            <w:tcMar>
              <w:top w:w="80" w:type="dxa"/>
              <w:left w:w="90" w:type="dxa"/>
              <w:bottom w:w="80" w:type="dxa"/>
              <w:right w:w="90" w:type="dxa"/>
            </w:tcMar>
            <w:vAlign w:val="center"/>
          </w:tcPr>
          <w:p w14:paraId="74762A84" w14:textId="77777777" w:rsidR="00FB6743" w:rsidRDefault="00FB6743">
            <w:pPr>
              <w:spacing w:after="0"/>
            </w:pPr>
            <w:r>
              <w:rPr>
                <w:color w:val="000000"/>
                <w:sz w:val="14"/>
              </w:rPr>
              <w:t>Cantidades, presupuesto, APU, soportes de precios, indirectos, cronograma, ruta crítica y flujo de inversión.</w:t>
            </w:r>
          </w:p>
        </w:tc>
        <w:tc>
          <w:tcPr>
            <w:tcW w:w="1814" w:type="dxa"/>
            <w:tcMar>
              <w:top w:w="80" w:type="dxa"/>
              <w:left w:w="90" w:type="dxa"/>
              <w:bottom w:w="80" w:type="dxa"/>
              <w:right w:w="90" w:type="dxa"/>
            </w:tcMar>
            <w:vAlign w:val="center"/>
          </w:tcPr>
          <w:p w14:paraId="585787FC" w14:textId="77777777" w:rsidR="00FB6743" w:rsidRDefault="00FB6743">
            <w:pPr>
              <w:spacing w:after="0"/>
            </w:pPr>
            <w:r>
              <w:rPr>
                <w:color w:val="000000"/>
                <w:sz w:val="14"/>
              </w:rPr>
              <w:t xml:space="preserve">$ </w:t>
            </w:r>
          </w:p>
        </w:tc>
      </w:tr>
      <w:tr w:rsidR="00FB6743" w14:paraId="68D491C3" w14:textId="77777777" w:rsidTr="00192559">
        <w:trPr>
          <w:jc w:val="center"/>
        </w:trPr>
        <w:tc>
          <w:tcPr>
            <w:tcW w:w="453" w:type="dxa"/>
            <w:shd w:val="clear" w:color="auto" w:fill="EEF4F9"/>
            <w:tcMar>
              <w:top w:w="80" w:type="dxa"/>
              <w:left w:w="90" w:type="dxa"/>
              <w:bottom w:w="80" w:type="dxa"/>
              <w:right w:w="90" w:type="dxa"/>
            </w:tcMar>
            <w:vAlign w:val="center"/>
          </w:tcPr>
          <w:p w14:paraId="37164E45" w14:textId="77777777" w:rsidR="00FB6743" w:rsidRDefault="00FB6743">
            <w:pPr>
              <w:spacing w:after="0"/>
              <w:jc w:val="center"/>
            </w:pPr>
            <w:r>
              <w:rPr>
                <w:b/>
                <w:color w:val="17365D"/>
                <w:sz w:val="14"/>
              </w:rPr>
              <w:t>12</w:t>
            </w:r>
          </w:p>
        </w:tc>
        <w:tc>
          <w:tcPr>
            <w:tcW w:w="2948" w:type="dxa"/>
            <w:shd w:val="clear" w:color="auto" w:fill="EEF4F9"/>
            <w:tcMar>
              <w:top w:w="80" w:type="dxa"/>
              <w:left w:w="90" w:type="dxa"/>
              <w:bottom w:w="80" w:type="dxa"/>
              <w:right w:w="90" w:type="dxa"/>
            </w:tcMar>
            <w:vAlign w:val="center"/>
          </w:tcPr>
          <w:p w14:paraId="6DC59165" w14:textId="77777777" w:rsidR="00FB6743" w:rsidRDefault="00FB6743">
            <w:pPr>
              <w:spacing w:after="0"/>
            </w:pPr>
            <w:r>
              <w:rPr>
                <w:color w:val="000000"/>
                <w:sz w:val="14"/>
              </w:rPr>
              <w:t>Especificaciones técnicas y documentación final para licenciamiento</w:t>
            </w:r>
          </w:p>
        </w:tc>
        <w:tc>
          <w:tcPr>
            <w:tcW w:w="7087" w:type="dxa"/>
            <w:shd w:val="clear" w:color="auto" w:fill="EEF4F9"/>
            <w:tcMar>
              <w:top w:w="80" w:type="dxa"/>
              <w:left w:w="90" w:type="dxa"/>
              <w:bottom w:w="80" w:type="dxa"/>
              <w:right w:w="90" w:type="dxa"/>
            </w:tcMar>
            <w:vAlign w:val="center"/>
          </w:tcPr>
          <w:p w14:paraId="4F67B1D9" w14:textId="77777777" w:rsidR="00FB6743" w:rsidRDefault="00FB6743">
            <w:pPr>
              <w:spacing w:after="0"/>
            </w:pPr>
            <w:r>
              <w:rPr>
                <w:color w:val="000000"/>
                <w:sz w:val="14"/>
              </w:rPr>
              <w:t>Especificaciones, permisos, licencias, planimetría, coordinación, memoriales, editables y expediente final.</w:t>
            </w:r>
          </w:p>
        </w:tc>
        <w:tc>
          <w:tcPr>
            <w:tcW w:w="1814" w:type="dxa"/>
            <w:shd w:val="clear" w:color="auto" w:fill="EEF4F9"/>
            <w:tcMar>
              <w:top w:w="80" w:type="dxa"/>
              <w:left w:w="90" w:type="dxa"/>
              <w:bottom w:w="80" w:type="dxa"/>
              <w:right w:w="90" w:type="dxa"/>
            </w:tcMar>
            <w:vAlign w:val="center"/>
          </w:tcPr>
          <w:p w14:paraId="2B61FA85" w14:textId="77777777" w:rsidR="00FB6743" w:rsidRDefault="00FB6743">
            <w:pPr>
              <w:spacing w:after="0"/>
            </w:pPr>
            <w:r>
              <w:rPr>
                <w:color w:val="000000"/>
                <w:sz w:val="14"/>
              </w:rPr>
              <w:t xml:space="preserve">$ </w:t>
            </w:r>
          </w:p>
        </w:tc>
      </w:tr>
      <w:tr w:rsidR="00FB6743" w14:paraId="438D64CC" w14:textId="77777777" w:rsidTr="00192559">
        <w:trPr>
          <w:jc w:val="center"/>
        </w:trPr>
        <w:tc>
          <w:tcPr>
            <w:tcW w:w="453" w:type="dxa"/>
            <w:tcMar>
              <w:top w:w="80" w:type="dxa"/>
              <w:left w:w="90" w:type="dxa"/>
              <w:bottom w:w="80" w:type="dxa"/>
              <w:right w:w="90" w:type="dxa"/>
            </w:tcMar>
            <w:vAlign w:val="center"/>
          </w:tcPr>
          <w:p w14:paraId="3DE8D0B0" w14:textId="77777777" w:rsidR="00FB6743" w:rsidRDefault="00FB6743">
            <w:pPr>
              <w:spacing w:after="0"/>
            </w:pPr>
          </w:p>
        </w:tc>
        <w:tc>
          <w:tcPr>
            <w:tcW w:w="2948" w:type="dxa"/>
            <w:tcMar>
              <w:top w:w="80" w:type="dxa"/>
              <w:left w:w="90" w:type="dxa"/>
              <w:bottom w:w="80" w:type="dxa"/>
              <w:right w:w="90" w:type="dxa"/>
            </w:tcMar>
            <w:vAlign w:val="center"/>
          </w:tcPr>
          <w:p w14:paraId="279ACA87" w14:textId="77777777" w:rsidR="00FB6743" w:rsidRDefault="00FB6743">
            <w:pPr>
              <w:spacing w:after="0"/>
            </w:pPr>
            <w:r>
              <w:rPr>
                <w:b/>
                <w:color w:val="17365D"/>
                <w:sz w:val="16"/>
              </w:rPr>
              <w:t>SUBTOTAL</w:t>
            </w:r>
          </w:p>
        </w:tc>
        <w:tc>
          <w:tcPr>
            <w:tcW w:w="7087" w:type="dxa"/>
            <w:tcMar>
              <w:top w:w="80" w:type="dxa"/>
              <w:left w:w="90" w:type="dxa"/>
              <w:bottom w:w="80" w:type="dxa"/>
              <w:right w:w="90" w:type="dxa"/>
            </w:tcMar>
            <w:vAlign w:val="center"/>
          </w:tcPr>
          <w:p w14:paraId="785867AB" w14:textId="77777777" w:rsidR="00FB6743" w:rsidRDefault="00FB6743">
            <w:pPr>
              <w:spacing w:after="0"/>
            </w:pPr>
          </w:p>
        </w:tc>
        <w:tc>
          <w:tcPr>
            <w:tcW w:w="1814" w:type="dxa"/>
            <w:tcMar>
              <w:top w:w="80" w:type="dxa"/>
              <w:left w:w="90" w:type="dxa"/>
              <w:bottom w:w="80" w:type="dxa"/>
              <w:right w:w="90" w:type="dxa"/>
            </w:tcMar>
            <w:vAlign w:val="center"/>
          </w:tcPr>
          <w:p w14:paraId="4DD6C697" w14:textId="77777777" w:rsidR="00FB6743" w:rsidRDefault="00FB6743">
            <w:pPr>
              <w:spacing w:after="0"/>
            </w:pPr>
            <w:r>
              <w:rPr>
                <w:color w:val="000000"/>
                <w:sz w:val="16"/>
              </w:rPr>
              <w:t xml:space="preserve">$ </w:t>
            </w:r>
          </w:p>
        </w:tc>
      </w:tr>
      <w:tr w:rsidR="00FB6743" w14:paraId="65F5D998" w14:textId="77777777" w:rsidTr="00192559">
        <w:trPr>
          <w:jc w:val="center"/>
        </w:trPr>
        <w:tc>
          <w:tcPr>
            <w:tcW w:w="453" w:type="dxa"/>
            <w:tcMar>
              <w:top w:w="80" w:type="dxa"/>
              <w:left w:w="90" w:type="dxa"/>
              <w:bottom w:w="80" w:type="dxa"/>
              <w:right w:w="90" w:type="dxa"/>
            </w:tcMar>
            <w:vAlign w:val="center"/>
          </w:tcPr>
          <w:p w14:paraId="2260CD10" w14:textId="77777777" w:rsidR="00FB6743" w:rsidRDefault="00FB6743">
            <w:pPr>
              <w:spacing w:after="0"/>
            </w:pPr>
          </w:p>
        </w:tc>
        <w:tc>
          <w:tcPr>
            <w:tcW w:w="2948" w:type="dxa"/>
            <w:shd w:val="clear" w:color="auto" w:fill="17365D"/>
            <w:tcMar>
              <w:top w:w="80" w:type="dxa"/>
              <w:left w:w="90" w:type="dxa"/>
              <w:bottom w:w="80" w:type="dxa"/>
              <w:right w:w="90" w:type="dxa"/>
            </w:tcMar>
            <w:vAlign w:val="center"/>
          </w:tcPr>
          <w:p w14:paraId="76A7A850" w14:textId="77777777" w:rsidR="00FB6743" w:rsidRDefault="00FB6743">
            <w:pPr>
              <w:spacing w:after="0"/>
            </w:pPr>
            <w:r>
              <w:rPr>
                <w:b/>
                <w:color w:val="FFFFFF"/>
                <w:sz w:val="16"/>
              </w:rPr>
              <w:t>VALOR TOTAL OFERTADO</w:t>
            </w:r>
          </w:p>
        </w:tc>
        <w:tc>
          <w:tcPr>
            <w:tcW w:w="7087" w:type="dxa"/>
            <w:shd w:val="clear" w:color="auto" w:fill="17365D"/>
            <w:tcMar>
              <w:top w:w="80" w:type="dxa"/>
              <w:left w:w="90" w:type="dxa"/>
              <w:bottom w:w="80" w:type="dxa"/>
              <w:right w:w="90" w:type="dxa"/>
            </w:tcMar>
            <w:vAlign w:val="center"/>
          </w:tcPr>
          <w:p w14:paraId="18F10C89" w14:textId="77777777" w:rsidR="00FB6743" w:rsidRDefault="00FB6743">
            <w:pPr>
              <w:spacing w:after="0"/>
            </w:pPr>
            <w:r>
              <w:rPr>
                <w:color w:val="FFFFFF"/>
                <w:sz w:val="16"/>
              </w:rPr>
              <w:t>Valor en letras: [________________________________]</w:t>
            </w:r>
          </w:p>
        </w:tc>
        <w:tc>
          <w:tcPr>
            <w:tcW w:w="1814" w:type="dxa"/>
            <w:shd w:val="clear" w:color="auto" w:fill="17365D"/>
            <w:tcMar>
              <w:top w:w="80" w:type="dxa"/>
              <w:left w:w="90" w:type="dxa"/>
              <w:bottom w:w="80" w:type="dxa"/>
              <w:right w:w="90" w:type="dxa"/>
            </w:tcMar>
            <w:vAlign w:val="center"/>
          </w:tcPr>
          <w:p w14:paraId="665F02A8" w14:textId="77777777" w:rsidR="00FB6743" w:rsidRDefault="00FB6743">
            <w:pPr>
              <w:spacing w:after="0"/>
            </w:pPr>
            <w:r>
              <w:rPr>
                <w:b/>
                <w:color w:val="FFFFFF"/>
                <w:sz w:val="18"/>
              </w:rPr>
              <w:t xml:space="preserve">$ </w:t>
            </w:r>
          </w:p>
        </w:tc>
      </w:tr>
      <w:tr w:rsidR="00D1074B" w14:paraId="3CAF7774" w14:textId="77777777" w:rsidTr="00192559">
        <w:trPr>
          <w:jc w:val="center"/>
        </w:trPr>
        <w:tc>
          <w:tcPr>
            <w:tcW w:w="12302" w:type="dxa"/>
            <w:gridSpan w:val="4"/>
            <w:shd w:val="clear" w:color="auto" w:fill="DBE5F1" w:themeFill="accent1" w:themeFillTint="33"/>
            <w:tcMar>
              <w:top w:w="80" w:type="dxa"/>
              <w:left w:w="90" w:type="dxa"/>
              <w:bottom w:w="80" w:type="dxa"/>
              <w:right w:w="90" w:type="dxa"/>
            </w:tcMar>
            <w:vAlign w:val="center"/>
          </w:tcPr>
          <w:p w14:paraId="568EBB2C" w14:textId="6C7A8426" w:rsidR="00D1074B" w:rsidRPr="00473CC4" w:rsidRDefault="00D1074B" w:rsidP="00D1074B">
            <w:pPr>
              <w:spacing w:after="40"/>
              <w:rPr>
                <w:b/>
                <w:bCs/>
                <w:sz w:val="15"/>
              </w:rPr>
            </w:pPr>
            <w:r w:rsidRPr="00473CC4">
              <w:rPr>
                <w:b/>
                <w:bCs/>
                <w:sz w:val="15"/>
              </w:rPr>
              <w:lastRenderedPageBreak/>
              <w:t>NOTA TRIBUTARIA – EXCLUSIÓN DEL IVA</w:t>
            </w:r>
          </w:p>
        </w:tc>
      </w:tr>
      <w:tr w:rsidR="00986103" w14:paraId="7DAF3648" w14:textId="77777777" w:rsidTr="00192559">
        <w:trPr>
          <w:jc w:val="center"/>
        </w:trPr>
        <w:tc>
          <w:tcPr>
            <w:tcW w:w="12302" w:type="dxa"/>
            <w:gridSpan w:val="4"/>
            <w:shd w:val="clear" w:color="auto" w:fill="DBE5F1" w:themeFill="accent1" w:themeFillTint="33"/>
            <w:tcMar>
              <w:top w:w="80" w:type="dxa"/>
              <w:left w:w="90" w:type="dxa"/>
              <w:bottom w:w="80" w:type="dxa"/>
              <w:right w:w="90" w:type="dxa"/>
            </w:tcMar>
            <w:vAlign w:val="center"/>
          </w:tcPr>
          <w:p w14:paraId="710C3DE4" w14:textId="683FB21E" w:rsidR="00986103" w:rsidRPr="006D417A" w:rsidRDefault="00986103" w:rsidP="00D1074B">
            <w:pPr>
              <w:spacing w:after="40"/>
              <w:jc w:val="both"/>
              <w:rPr>
                <w:sz w:val="15"/>
              </w:rPr>
            </w:pPr>
            <w:r w:rsidRPr="006D417A">
              <w:rPr>
                <w:sz w:val="15"/>
              </w:rPr>
              <w:t>De conformidad con el artículo 270 de la Ley 223 de 1995, la prestación de servicios realizada dentro del territorio del departamento del Amazonas está excluida del impuesto sobre las ventas (IVA). En consecuencia, la propuesta económica deberá presentarse sin liquidar, discriminar ni adicionar IVA, bajo el supuesto contractual de que el servicio objeto del proceso será ejecutado en Leticia, Amazonas. El valor ofertado deberá incluir los</w:t>
            </w:r>
            <w:r w:rsidR="00D1074B" w:rsidRPr="006D417A">
              <w:rPr>
                <w:sz w:val="15"/>
              </w:rPr>
              <w:t xml:space="preserve"> </w:t>
            </w:r>
            <w:r w:rsidRPr="006D417A">
              <w:rPr>
                <w:sz w:val="15"/>
              </w:rPr>
              <w:t>demás costos, tasas, contribuciones, retenciones y cargas tributarias que resulten aplicables. Criterio reiterado por la DIAN en el Concepto 6069 del 4 de junio de 2026</w:t>
            </w:r>
          </w:p>
        </w:tc>
      </w:tr>
    </w:tbl>
    <w:p w14:paraId="23A99202" w14:textId="77777777" w:rsidR="00B55C9B" w:rsidRDefault="00B55C9B"/>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4536"/>
        <w:gridCol w:w="4536"/>
      </w:tblGrid>
      <w:tr w:rsidR="006D417A" w14:paraId="74D318D9" w14:textId="77777777" w:rsidTr="0060206B">
        <w:trPr>
          <w:jc w:val="center"/>
        </w:trPr>
        <w:tc>
          <w:tcPr>
            <w:tcW w:w="4536" w:type="dxa"/>
            <w:tcMar>
              <w:top w:w="80" w:type="dxa"/>
              <w:left w:w="90" w:type="dxa"/>
              <w:bottom w:w="80" w:type="dxa"/>
              <w:right w:w="90" w:type="dxa"/>
            </w:tcMar>
            <w:vAlign w:val="center"/>
          </w:tcPr>
          <w:p w14:paraId="205C3D74" w14:textId="77777777" w:rsidR="006D417A" w:rsidRDefault="006D417A" w:rsidP="0060206B">
            <w:pPr>
              <w:spacing w:after="0"/>
              <w:rPr>
                <w:color w:val="000000"/>
                <w:sz w:val="18"/>
              </w:rPr>
            </w:pPr>
            <w:r>
              <w:rPr>
                <w:color w:val="000000"/>
                <w:sz w:val="18"/>
              </w:rPr>
              <w:t>Nombre: _________________________________</w:t>
            </w:r>
            <w:r>
              <w:rPr>
                <w:color w:val="000000"/>
                <w:sz w:val="18"/>
              </w:rPr>
              <w:br/>
            </w:r>
          </w:p>
          <w:p w14:paraId="2C775657" w14:textId="4509B471" w:rsidR="006D417A" w:rsidRDefault="006D417A" w:rsidP="0060206B">
            <w:pPr>
              <w:spacing w:after="0"/>
            </w:pPr>
            <w:r>
              <w:rPr>
                <w:color w:val="000000"/>
                <w:sz w:val="18"/>
              </w:rPr>
              <w:t>Documento: _______________________________</w:t>
            </w:r>
          </w:p>
        </w:tc>
        <w:tc>
          <w:tcPr>
            <w:tcW w:w="4536" w:type="dxa"/>
            <w:tcMar>
              <w:top w:w="80" w:type="dxa"/>
              <w:left w:w="90" w:type="dxa"/>
              <w:bottom w:w="80" w:type="dxa"/>
              <w:right w:w="90" w:type="dxa"/>
            </w:tcMar>
            <w:vAlign w:val="center"/>
          </w:tcPr>
          <w:p w14:paraId="5B1EBB71" w14:textId="77777777" w:rsidR="006D417A" w:rsidRDefault="006D417A" w:rsidP="0060206B">
            <w:pPr>
              <w:spacing w:after="0"/>
              <w:rPr>
                <w:color w:val="000000"/>
                <w:sz w:val="18"/>
              </w:rPr>
            </w:pPr>
            <w:r>
              <w:rPr>
                <w:color w:val="000000"/>
                <w:sz w:val="18"/>
              </w:rPr>
              <w:t>Calidad/</w:t>
            </w:r>
            <w:proofErr w:type="gramStart"/>
            <w:r>
              <w:rPr>
                <w:color w:val="000000"/>
                <w:sz w:val="18"/>
              </w:rPr>
              <w:t>Cargo:_</w:t>
            </w:r>
            <w:proofErr w:type="gramEnd"/>
            <w:r>
              <w:rPr>
                <w:color w:val="000000"/>
                <w:sz w:val="18"/>
              </w:rPr>
              <w:t>______________________________</w:t>
            </w:r>
            <w:r>
              <w:rPr>
                <w:color w:val="000000"/>
                <w:sz w:val="18"/>
              </w:rPr>
              <w:br/>
            </w:r>
          </w:p>
          <w:p w14:paraId="793802DF" w14:textId="03D978DE" w:rsidR="006D417A" w:rsidRDefault="006D417A" w:rsidP="0060206B">
            <w:pPr>
              <w:spacing w:after="0"/>
            </w:pPr>
            <w:r>
              <w:rPr>
                <w:color w:val="000000"/>
                <w:sz w:val="18"/>
              </w:rPr>
              <w:t>Firma: _____________________________________</w:t>
            </w:r>
          </w:p>
        </w:tc>
      </w:tr>
      <w:tr w:rsidR="006D417A" w14:paraId="1014EFE0" w14:textId="77777777" w:rsidTr="00701FAF">
        <w:trPr>
          <w:trHeight w:val="525"/>
          <w:jc w:val="center"/>
        </w:trPr>
        <w:tc>
          <w:tcPr>
            <w:tcW w:w="4536" w:type="dxa"/>
            <w:tcMar>
              <w:top w:w="80" w:type="dxa"/>
              <w:left w:w="90" w:type="dxa"/>
              <w:bottom w:w="80" w:type="dxa"/>
              <w:right w:w="90" w:type="dxa"/>
            </w:tcMar>
            <w:vAlign w:val="center"/>
          </w:tcPr>
          <w:p w14:paraId="616D3624" w14:textId="77777777" w:rsidR="006D417A" w:rsidRDefault="006D417A" w:rsidP="0060206B">
            <w:pPr>
              <w:spacing w:after="0"/>
            </w:pPr>
            <w:r>
              <w:rPr>
                <w:color w:val="000000"/>
                <w:sz w:val="18"/>
              </w:rPr>
              <w:t>Fecha: ____ / ____ / ______</w:t>
            </w:r>
          </w:p>
        </w:tc>
        <w:tc>
          <w:tcPr>
            <w:tcW w:w="4536" w:type="dxa"/>
            <w:tcMar>
              <w:top w:w="80" w:type="dxa"/>
              <w:left w:w="90" w:type="dxa"/>
              <w:bottom w:w="80" w:type="dxa"/>
              <w:right w:w="90" w:type="dxa"/>
            </w:tcMar>
            <w:vAlign w:val="center"/>
          </w:tcPr>
          <w:p w14:paraId="35C2DFEA" w14:textId="3E02B1BD" w:rsidR="006D417A" w:rsidRDefault="006D417A" w:rsidP="0060206B">
            <w:pPr>
              <w:spacing w:after="0"/>
            </w:pPr>
            <w:r>
              <w:rPr>
                <w:color w:val="000000"/>
                <w:sz w:val="18"/>
              </w:rPr>
              <w:t>Ciudad: ____________________________________</w:t>
            </w:r>
          </w:p>
        </w:tc>
      </w:tr>
    </w:tbl>
    <w:p w14:paraId="2A8AAF7A" w14:textId="77777777" w:rsidR="006D417A" w:rsidRDefault="006D417A"/>
    <w:p w14:paraId="6FDDD38E" w14:textId="77777777" w:rsidR="006D417A" w:rsidRDefault="006D417A"/>
    <w:p w14:paraId="122383B1" w14:textId="77777777" w:rsidR="006D417A" w:rsidRDefault="006D417A"/>
    <w:p w14:paraId="4FEE9C1D" w14:textId="77777777" w:rsidR="00481AAF" w:rsidRDefault="00481AAF" w:rsidP="00DF3301">
      <w:pPr>
        <w:pStyle w:val="Ttulo1"/>
        <w:jc w:val="center"/>
        <w:sectPr w:rsidR="00481AAF" w:rsidSect="00481AAF">
          <w:pgSz w:w="16838" w:h="11906" w:orient="landscape"/>
          <w:pgMar w:top="1021" w:right="1021" w:bottom="1021" w:left="1361" w:header="397" w:footer="397" w:gutter="0"/>
          <w:cols w:space="720"/>
          <w:docGrid w:linePitch="360"/>
        </w:sectPr>
      </w:pPr>
    </w:p>
    <w:p w14:paraId="3282123C" w14:textId="0FE7E7AB" w:rsidR="00B55C9B" w:rsidRDefault="00000000" w:rsidP="00DF3301">
      <w:pPr>
        <w:pStyle w:val="Ttulo1"/>
        <w:jc w:val="center"/>
      </w:pPr>
      <w:r>
        <w:lastRenderedPageBreak/>
        <w:t>ANEXO 7. METODOLOGÍA, PLAN DE TRABAJO Y CONTROL DE CALIDAD</w:t>
      </w:r>
    </w:p>
    <w:p w14:paraId="4302636F" w14:textId="77777777" w:rsidR="00B55C9B" w:rsidRDefault="00000000" w:rsidP="00C13911">
      <w:pPr>
        <w:spacing w:after="160"/>
        <w:jc w:val="center"/>
      </w:pPr>
      <w:r>
        <w:rPr>
          <w:i/>
          <w:color w:val="666666"/>
          <w:sz w:val="17"/>
        </w:rPr>
        <w:t>Desarrolle la propuesta de manera concreta, verificable y coherente con el plazo y los entregables.</w:t>
      </w:r>
    </w:p>
    <w:p w14:paraId="4DAD78C8" w14:textId="77777777" w:rsidR="00B55C9B" w:rsidRDefault="00000000" w:rsidP="00DF3301">
      <w:pPr>
        <w:pStyle w:val="Ttulo2"/>
        <w:jc w:val="both"/>
      </w:pPr>
      <w:r>
        <w:t>1. Comprensión del objeto y del contexto de Leticia</w:t>
      </w:r>
    </w:p>
    <w:p w14:paraId="12FF7A3C" w14:textId="77777777" w:rsidR="00B55C9B" w:rsidRDefault="00000000" w:rsidP="00DF3301">
      <w:pPr>
        <w:jc w:val="both"/>
      </w:pPr>
      <w:r>
        <w:rPr>
          <w:i/>
          <w:color w:val="666666"/>
          <w:sz w:val="16"/>
        </w:rPr>
        <w:t>Describa los retos prediales, técnicos, climáticos, ambientales y logísticos identificados.</w:t>
      </w:r>
    </w:p>
    <w:p w14:paraId="6E0100A6" w14:textId="64B976DB" w:rsidR="00B55C9B" w:rsidRDefault="00000000" w:rsidP="00DF3301">
      <w:pPr>
        <w:pStyle w:val="FormField"/>
        <w:spacing w:after="40"/>
        <w:jc w:val="both"/>
      </w:pPr>
      <w:r>
        <w:t>__________________________________________________________________________</w:t>
      </w:r>
      <w:r w:rsidR="00DF3301">
        <w:t>______________________________________________________</w:t>
      </w:r>
      <w:r>
        <w:t>______</w:t>
      </w:r>
    </w:p>
    <w:p w14:paraId="3782CAA1" w14:textId="40910400" w:rsidR="00B55C9B" w:rsidRDefault="00000000" w:rsidP="00DF3301">
      <w:pPr>
        <w:pStyle w:val="FormField"/>
        <w:spacing w:after="40"/>
        <w:jc w:val="both"/>
      </w:pPr>
      <w:r>
        <w:t>______________________________________________</w:t>
      </w:r>
      <w:r w:rsidR="00DF3301">
        <w:t>______________________________________________________</w:t>
      </w:r>
      <w:r>
        <w:t>__________________________________</w:t>
      </w:r>
    </w:p>
    <w:p w14:paraId="2FA452BD" w14:textId="77777777" w:rsidR="00B55C9B" w:rsidRDefault="00000000" w:rsidP="00DF3301">
      <w:pPr>
        <w:pStyle w:val="Ttulo2"/>
        <w:jc w:val="both"/>
      </w:pPr>
      <w:r>
        <w:t>2. Metodología por fases</w:t>
      </w:r>
    </w:p>
    <w:p w14:paraId="4E06E4BE" w14:textId="77777777" w:rsidR="00B55C9B" w:rsidRDefault="00000000" w:rsidP="00DF3301">
      <w:pPr>
        <w:jc w:val="both"/>
      </w:pPr>
      <w:r>
        <w:rPr>
          <w:i/>
          <w:color w:val="666666"/>
          <w:sz w:val="16"/>
        </w:rPr>
        <w:t>Explique las fases de diagnóstico, levantamientos, anteproyecto, diseños preliminares, diseños definitivos, presupuesto, licenciamiento y entrega final.</w:t>
      </w:r>
    </w:p>
    <w:p w14:paraId="79821CD2" w14:textId="6F1C3260" w:rsidR="00B55C9B" w:rsidRDefault="00000000" w:rsidP="00DF3301">
      <w:pPr>
        <w:pStyle w:val="FormField"/>
        <w:spacing w:after="40"/>
        <w:jc w:val="both"/>
      </w:pPr>
      <w:r>
        <w:t>_____</w:t>
      </w:r>
      <w:r w:rsidR="00DF3301">
        <w:t>______________________________________________________</w:t>
      </w:r>
      <w:r>
        <w:t>___________________________________________________________________________</w:t>
      </w:r>
    </w:p>
    <w:p w14:paraId="0F988F4A" w14:textId="3C5C4164" w:rsidR="00B55C9B" w:rsidRDefault="00000000" w:rsidP="00DF3301">
      <w:pPr>
        <w:pStyle w:val="FormField"/>
        <w:spacing w:after="40"/>
        <w:jc w:val="both"/>
      </w:pPr>
      <w:r>
        <w:t>______________________________________</w:t>
      </w:r>
      <w:r w:rsidR="00DF3301">
        <w:t>______________________________________________________</w:t>
      </w:r>
      <w:r>
        <w:t>__________________________________________</w:t>
      </w:r>
    </w:p>
    <w:p w14:paraId="6ABDCC0B" w14:textId="77777777" w:rsidR="00B55C9B" w:rsidRDefault="00000000" w:rsidP="00DF3301">
      <w:pPr>
        <w:pStyle w:val="Ttulo2"/>
        <w:jc w:val="both"/>
      </w:pPr>
      <w:r>
        <w:t>3. Coordinación interdisciplinaria</w:t>
      </w:r>
    </w:p>
    <w:p w14:paraId="0E49AAC0" w14:textId="77777777" w:rsidR="00B55C9B" w:rsidRDefault="00000000" w:rsidP="00DF3301">
      <w:pPr>
        <w:jc w:val="both"/>
      </w:pPr>
      <w:r>
        <w:rPr>
          <w:i/>
          <w:color w:val="666666"/>
          <w:sz w:val="16"/>
        </w:rPr>
        <w:t>Indique responsables, reuniones, matriz de interferencias, revisión cruzada y herramientas de coordinación/BIM, si aplica.</w:t>
      </w:r>
    </w:p>
    <w:p w14:paraId="3B2838AE" w14:textId="1E274DB8" w:rsidR="00B55C9B" w:rsidRDefault="00000000" w:rsidP="00DF3301">
      <w:pPr>
        <w:pStyle w:val="FormField"/>
        <w:spacing w:after="40"/>
        <w:jc w:val="both"/>
      </w:pPr>
      <w:r>
        <w:t>______________________________________</w:t>
      </w:r>
      <w:r w:rsidR="00DF3301">
        <w:t>_____________________________________________________</w:t>
      </w:r>
      <w:r>
        <w:t>__________________________________________</w:t>
      </w:r>
    </w:p>
    <w:p w14:paraId="11133624" w14:textId="2BDEB490" w:rsidR="00B55C9B" w:rsidRDefault="00000000" w:rsidP="00DF3301">
      <w:pPr>
        <w:pStyle w:val="FormField"/>
        <w:spacing w:after="40"/>
        <w:jc w:val="both"/>
      </w:pPr>
      <w:r>
        <w:t>___________________________________________________________________</w:t>
      </w:r>
      <w:r w:rsidR="00DF3301">
        <w:t>____________________________________________________</w:t>
      </w:r>
      <w:r>
        <w:t>_____________</w:t>
      </w:r>
    </w:p>
    <w:p w14:paraId="2910CF22" w14:textId="77777777" w:rsidR="00B55C9B" w:rsidRDefault="00000000" w:rsidP="00DF3301">
      <w:pPr>
        <w:pStyle w:val="Ttulo2"/>
        <w:jc w:val="both"/>
      </w:pPr>
      <w:r>
        <w:t>4. Plan de visitas y trabajo de campo</w:t>
      </w:r>
    </w:p>
    <w:p w14:paraId="04E70CD8" w14:textId="77777777" w:rsidR="00B55C9B" w:rsidRDefault="00000000" w:rsidP="00DF3301">
      <w:pPr>
        <w:jc w:val="both"/>
      </w:pPr>
      <w:r>
        <w:rPr>
          <w:i/>
          <w:color w:val="666666"/>
          <w:sz w:val="16"/>
        </w:rPr>
        <w:t>Defina visitas, personal, equipos, actividades, ensayos, toma de información y contingencias.</w:t>
      </w:r>
    </w:p>
    <w:p w14:paraId="2EE46481" w14:textId="08E8D06E" w:rsidR="00B55C9B" w:rsidRDefault="00000000" w:rsidP="00DF3301">
      <w:pPr>
        <w:pStyle w:val="FormField"/>
        <w:spacing w:after="40"/>
        <w:jc w:val="both"/>
      </w:pPr>
      <w:r>
        <w:t>__________________________________________________________________________</w:t>
      </w:r>
      <w:r w:rsidR="00DF3301">
        <w:t>_____________________________________________________</w:t>
      </w:r>
      <w:r>
        <w:t>______</w:t>
      </w:r>
    </w:p>
    <w:p w14:paraId="0AF07EE2" w14:textId="567C6722" w:rsidR="00B55C9B" w:rsidRDefault="00000000" w:rsidP="00DF3301">
      <w:pPr>
        <w:pStyle w:val="FormField"/>
        <w:spacing w:after="40"/>
        <w:jc w:val="both"/>
      </w:pPr>
      <w:r>
        <w:t>________________________________________________________________________</w:t>
      </w:r>
      <w:r w:rsidR="00DF3301">
        <w:t>_____________________________________________________</w:t>
      </w:r>
      <w:r>
        <w:t>________</w:t>
      </w:r>
    </w:p>
    <w:p w14:paraId="47406BA8" w14:textId="77777777" w:rsidR="00B55C9B" w:rsidRDefault="00000000" w:rsidP="00DF3301">
      <w:pPr>
        <w:pStyle w:val="Ttulo2"/>
        <w:jc w:val="both"/>
      </w:pPr>
      <w:r>
        <w:t>5. Gestión de calidad</w:t>
      </w:r>
    </w:p>
    <w:p w14:paraId="0D6EF7C8" w14:textId="77777777" w:rsidR="00B55C9B" w:rsidRDefault="00000000" w:rsidP="00DF3301">
      <w:pPr>
        <w:jc w:val="both"/>
      </w:pPr>
      <w:r>
        <w:rPr>
          <w:i/>
          <w:color w:val="666666"/>
          <w:sz w:val="16"/>
        </w:rPr>
        <w:t>Describa listas de chequeo, revisiones, responsables, control de versiones, trazabilidad planos–cantidades–APU–especificaciones y atención de observaciones.</w:t>
      </w:r>
    </w:p>
    <w:p w14:paraId="75246EC6" w14:textId="355B7258" w:rsidR="00B55C9B" w:rsidRDefault="00000000" w:rsidP="00DF3301">
      <w:pPr>
        <w:pStyle w:val="FormField"/>
        <w:spacing w:after="40"/>
        <w:jc w:val="both"/>
      </w:pPr>
      <w:r>
        <w:t>______________________________________________________________________</w:t>
      </w:r>
      <w:r w:rsidR="00DF3301">
        <w:t>_____________________________________________________</w:t>
      </w:r>
      <w:r>
        <w:t>__________</w:t>
      </w:r>
    </w:p>
    <w:p w14:paraId="11BA87D6" w14:textId="538A4EE1" w:rsidR="00B55C9B" w:rsidRDefault="00000000" w:rsidP="00DF3301">
      <w:pPr>
        <w:pStyle w:val="FormField"/>
        <w:spacing w:after="40"/>
        <w:jc w:val="both"/>
      </w:pPr>
      <w:r>
        <w:t>____________________________________________________________</w:t>
      </w:r>
      <w:r w:rsidR="00DF3301">
        <w:t>_____________________________________________________</w:t>
      </w:r>
      <w:r>
        <w:t>____________________</w:t>
      </w:r>
    </w:p>
    <w:p w14:paraId="3BF9D16B" w14:textId="103E6B58" w:rsidR="00B55C9B" w:rsidRDefault="00000000" w:rsidP="00DF3301">
      <w:pPr>
        <w:pStyle w:val="Ttulo2"/>
        <w:jc w:val="both"/>
      </w:pPr>
      <w:r>
        <w:t>6. Gestión documental y formatos de entrega</w:t>
      </w:r>
      <w:r w:rsidR="00DF3301">
        <w:t>_</w:t>
      </w:r>
    </w:p>
    <w:p w14:paraId="79E3C3F1" w14:textId="77777777" w:rsidR="00B55C9B" w:rsidRDefault="00000000" w:rsidP="00DF3301">
      <w:pPr>
        <w:jc w:val="both"/>
      </w:pPr>
      <w:r>
        <w:rPr>
          <w:i/>
          <w:color w:val="666666"/>
          <w:sz w:val="16"/>
        </w:rPr>
        <w:t>Indique estructura de carpetas, nomenclatura, formatos editables, firmas, índices y respaldo de información.</w:t>
      </w:r>
    </w:p>
    <w:p w14:paraId="31E0FF18" w14:textId="46348A9F" w:rsidR="00B55C9B" w:rsidRDefault="00000000" w:rsidP="00DF3301">
      <w:pPr>
        <w:pStyle w:val="FormField"/>
        <w:spacing w:after="40"/>
        <w:jc w:val="both"/>
      </w:pPr>
      <w:r>
        <w:t>_____________________________________________________________</w:t>
      </w:r>
      <w:r w:rsidR="00DF3301">
        <w:t>_____________________________________________________</w:t>
      </w:r>
      <w:r>
        <w:t>___________________</w:t>
      </w:r>
    </w:p>
    <w:p w14:paraId="1FA71004" w14:textId="433B5DA8" w:rsidR="00B55C9B" w:rsidRDefault="00000000" w:rsidP="00DF3301">
      <w:pPr>
        <w:pStyle w:val="FormField"/>
        <w:spacing w:after="40"/>
        <w:jc w:val="both"/>
      </w:pPr>
      <w:r>
        <w:t>_____________________________</w:t>
      </w:r>
      <w:r w:rsidR="00DF3301">
        <w:t>______________________________________________________</w:t>
      </w:r>
      <w:r>
        <w:t>___________________________________________________</w:t>
      </w:r>
    </w:p>
    <w:p w14:paraId="671E2A30" w14:textId="77777777" w:rsidR="00B55C9B" w:rsidRDefault="00000000" w:rsidP="00DF3301">
      <w:pPr>
        <w:pStyle w:val="Ttulo2"/>
        <w:jc w:val="both"/>
      </w:pPr>
      <w:r>
        <w:t>7. Riesgos y medidas de respuesta</w:t>
      </w:r>
    </w:p>
    <w:p w14:paraId="0B45713F" w14:textId="77777777" w:rsidR="00B55C9B" w:rsidRDefault="00000000" w:rsidP="00DF3301">
      <w:pPr>
        <w:jc w:val="both"/>
      </w:pPr>
      <w:r>
        <w:rPr>
          <w:i/>
          <w:color w:val="666666"/>
          <w:sz w:val="16"/>
        </w:rPr>
        <w:t>Identifique riesgos técnicos, normativos, ambientales, logísticos, de coordinación, plazo y calidad.</w:t>
      </w:r>
    </w:p>
    <w:p w14:paraId="02163064" w14:textId="33E89984" w:rsidR="00B55C9B" w:rsidRDefault="00000000" w:rsidP="00DF3301">
      <w:pPr>
        <w:pStyle w:val="FormField"/>
        <w:spacing w:after="40"/>
        <w:jc w:val="both"/>
      </w:pPr>
      <w:r>
        <w:t>___________________________________________________________________</w:t>
      </w:r>
      <w:r w:rsidR="00DF3301">
        <w:t>_____________________________________________________</w:t>
      </w:r>
      <w:r>
        <w:t>_____________</w:t>
      </w:r>
    </w:p>
    <w:p w14:paraId="284B3024" w14:textId="20B0E126" w:rsidR="00B55C9B" w:rsidRDefault="00000000" w:rsidP="00DF3301">
      <w:pPr>
        <w:pStyle w:val="FormField"/>
        <w:spacing w:after="40"/>
        <w:jc w:val="both"/>
      </w:pPr>
      <w:r>
        <w:lastRenderedPageBreak/>
        <w:t>___________________________________________________________________</w:t>
      </w:r>
      <w:r w:rsidR="00DF3301">
        <w:t>_____________________________________________________</w:t>
      </w:r>
      <w:r>
        <w:t>_____________</w:t>
      </w:r>
    </w:p>
    <w:p w14:paraId="67829751" w14:textId="77777777" w:rsidR="00B55C9B" w:rsidRDefault="00000000" w:rsidP="00DF3301">
      <w:pPr>
        <w:pStyle w:val="Ttulo2"/>
        <w:jc w:val="both"/>
      </w:pPr>
      <w:r>
        <w:t>8. Cronograma y asignación de recursos</w:t>
      </w:r>
    </w:p>
    <w:p w14:paraId="17F3DEC9" w14:textId="77777777" w:rsidR="00B55C9B" w:rsidRDefault="00000000" w:rsidP="00DF3301">
      <w:pPr>
        <w:jc w:val="both"/>
      </w:pPr>
      <w:r>
        <w:rPr>
          <w:i/>
          <w:color w:val="666666"/>
          <w:sz w:val="16"/>
        </w:rPr>
        <w:t>Adjunte cronograma detallado con ruta crítica, hitos, entregables, personal y dedicaciones.</w:t>
      </w:r>
    </w:p>
    <w:p w14:paraId="01B68F21" w14:textId="46892FEA" w:rsidR="00B55C9B" w:rsidRDefault="00000000" w:rsidP="00DF3301">
      <w:pPr>
        <w:pStyle w:val="FormField"/>
        <w:spacing w:after="40"/>
        <w:jc w:val="both"/>
      </w:pPr>
      <w:r>
        <w:t>___________________________________________________________________</w:t>
      </w:r>
      <w:r w:rsidR="00DF3301">
        <w:t>_____________________________________________________</w:t>
      </w:r>
      <w:r>
        <w:t>_____________</w:t>
      </w:r>
    </w:p>
    <w:p w14:paraId="539D8AC0" w14:textId="18A1F0F3" w:rsidR="00B55C9B" w:rsidRDefault="00000000">
      <w:pPr>
        <w:pStyle w:val="FormField"/>
        <w:spacing w:after="40"/>
      </w:pPr>
      <w:r>
        <w:t>________________________________________________________________</w:t>
      </w:r>
      <w:r w:rsidR="00DF3301">
        <w:t>______________________________________________________</w:t>
      </w:r>
      <w:r>
        <w:t>________________</w:t>
      </w:r>
    </w:p>
    <w:p w14:paraId="5DE0D692" w14:textId="77777777" w:rsidR="00B55C9B" w:rsidRDefault="00B55C9B"/>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4536"/>
        <w:gridCol w:w="4536"/>
      </w:tblGrid>
      <w:tr w:rsidR="00B55C9B" w14:paraId="402CB0C2" w14:textId="77777777">
        <w:trPr>
          <w:jc w:val="center"/>
        </w:trPr>
        <w:tc>
          <w:tcPr>
            <w:tcW w:w="4536" w:type="dxa"/>
            <w:tcMar>
              <w:top w:w="80" w:type="dxa"/>
              <w:left w:w="90" w:type="dxa"/>
              <w:bottom w:w="80" w:type="dxa"/>
              <w:right w:w="90" w:type="dxa"/>
            </w:tcMar>
            <w:vAlign w:val="center"/>
          </w:tcPr>
          <w:p w14:paraId="67D9896B" w14:textId="77777777" w:rsidR="00511E68" w:rsidRDefault="00000000">
            <w:pPr>
              <w:spacing w:after="0"/>
              <w:rPr>
                <w:color w:val="000000"/>
                <w:sz w:val="18"/>
              </w:rPr>
            </w:pPr>
            <w:r>
              <w:rPr>
                <w:color w:val="000000"/>
                <w:sz w:val="18"/>
              </w:rPr>
              <w:t>Nombre: __________________________________</w:t>
            </w:r>
            <w:r>
              <w:rPr>
                <w:color w:val="000000"/>
                <w:sz w:val="18"/>
              </w:rPr>
              <w:br/>
            </w:r>
          </w:p>
          <w:p w14:paraId="15948252" w14:textId="711B9425" w:rsidR="00B55C9B" w:rsidRDefault="00000000">
            <w:pPr>
              <w:spacing w:after="0"/>
            </w:pPr>
            <w:r>
              <w:rPr>
                <w:color w:val="000000"/>
                <w:sz w:val="18"/>
              </w:rPr>
              <w:t>Documento: _______________________________</w:t>
            </w:r>
          </w:p>
        </w:tc>
        <w:tc>
          <w:tcPr>
            <w:tcW w:w="4536" w:type="dxa"/>
            <w:tcMar>
              <w:top w:w="80" w:type="dxa"/>
              <w:left w:w="90" w:type="dxa"/>
              <w:bottom w:w="80" w:type="dxa"/>
              <w:right w:w="90" w:type="dxa"/>
            </w:tcMar>
            <w:vAlign w:val="center"/>
          </w:tcPr>
          <w:p w14:paraId="020F5530" w14:textId="559BDD29" w:rsidR="00511E68" w:rsidRDefault="00000000">
            <w:pPr>
              <w:spacing w:after="0"/>
              <w:rPr>
                <w:color w:val="000000"/>
                <w:sz w:val="18"/>
              </w:rPr>
            </w:pPr>
            <w:r>
              <w:rPr>
                <w:color w:val="000000"/>
                <w:sz w:val="18"/>
              </w:rPr>
              <w:t>Calidad</w:t>
            </w:r>
            <w:r w:rsidR="00511E68">
              <w:rPr>
                <w:color w:val="000000"/>
                <w:sz w:val="18"/>
              </w:rPr>
              <w:t>}/</w:t>
            </w:r>
            <w:proofErr w:type="gramStart"/>
            <w:r w:rsidR="00511E68">
              <w:rPr>
                <w:color w:val="000000"/>
                <w:sz w:val="18"/>
              </w:rPr>
              <w:t>Cargo</w:t>
            </w:r>
            <w:r>
              <w:rPr>
                <w:color w:val="000000"/>
                <w:sz w:val="18"/>
              </w:rPr>
              <w:t>:_</w:t>
            </w:r>
            <w:proofErr w:type="gramEnd"/>
            <w:r>
              <w:rPr>
                <w:color w:val="000000"/>
                <w:sz w:val="18"/>
              </w:rPr>
              <w:t>__________________________</w:t>
            </w:r>
            <w:r>
              <w:rPr>
                <w:color w:val="000000"/>
                <w:sz w:val="18"/>
              </w:rPr>
              <w:br/>
            </w:r>
          </w:p>
          <w:p w14:paraId="7D58511D" w14:textId="2CD1A763" w:rsidR="00B55C9B" w:rsidRDefault="00000000">
            <w:pPr>
              <w:spacing w:after="0"/>
            </w:pPr>
            <w:r>
              <w:rPr>
                <w:color w:val="000000"/>
                <w:sz w:val="18"/>
              </w:rPr>
              <w:t>Firma: __________________________________</w:t>
            </w:r>
          </w:p>
        </w:tc>
      </w:tr>
      <w:tr w:rsidR="00B55C9B" w14:paraId="3B1E7169" w14:textId="77777777">
        <w:trPr>
          <w:jc w:val="center"/>
        </w:trPr>
        <w:tc>
          <w:tcPr>
            <w:tcW w:w="4536" w:type="dxa"/>
            <w:tcMar>
              <w:top w:w="80" w:type="dxa"/>
              <w:left w:w="90" w:type="dxa"/>
              <w:bottom w:w="80" w:type="dxa"/>
              <w:right w:w="90" w:type="dxa"/>
            </w:tcMar>
            <w:vAlign w:val="center"/>
          </w:tcPr>
          <w:p w14:paraId="0D85D99F" w14:textId="77777777" w:rsidR="00B55C9B" w:rsidRDefault="00000000">
            <w:pPr>
              <w:spacing w:after="0"/>
            </w:pPr>
            <w:r>
              <w:rPr>
                <w:color w:val="000000"/>
                <w:sz w:val="18"/>
              </w:rPr>
              <w:t>Fecha: ____ / ____ / ______</w:t>
            </w:r>
          </w:p>
        </w:tc>
        <w:tc>
          <w:tcPr>
            <w:tcW w:w="4536" w:type="dxa"/>
            <w:tcMar>
              <w:top w:w="80" w:type="dxa"/>
              <w:left w:w="90" w:type="dxa"/>
              <w:bottom w:w="80" w:type="dxa"/>
              <w:right w:w="90" w:type="dxa"/>
            </w:tcMar>
            <w:vAlign w:val="center"/>
          </w:tcPr>
          <w:p w14:paraId="62FA65C0" w14:textId="4D98B555" w:rsidR="00B55C9B" w:rsidRDefault="00000000">
            <w:pPr>
              <w:spacing w:after="0"/>
            </w:pPr>
            <w:r>
              <w:rPr>
                <w:color w:val="000000"/>
                <w:sz w:val="18"/>
              </w:rPr>
              <w:t>Ciudad: _____</w:t>
            </w:r>
            <w:r w:rsidR="00511E68">
              <w:rPr>
                <w:color w:val="000000"/>
                <w:sz w:val="18"/>
              </w:rPr>
              <w:t>___</w:t>
            </w:r>
            <w:r>
              <w:rPr>
                <w:color w:val="000000"/>
                <w:sz w:val="18"/>
              </w:rPr>
              <w:t>_________________________</w:t>
            </w:r>
          </w:p>
        </w:tc>
      </w:tr>
    </w:tbl>
    <w:p w14:paraId="68D45993" w14:textId="77777777" w:rsidR="00DF3301" w:rsidRDefault="00DF3301">
      <w:pPr>
        <w:pStyle w:val="Ttulo1"/>
        <w:jc w:val="center"/>
      </w:pPr>
    </w:p>
    <w:p w14:paraId="241A4635" w14:textId="1F04319A" w:rsidR="00DF3301" w:rsidRDefault="00DF3301">
      <w:pPr>
        <w:spacing w:after="200" w:line="276" w:lineRule="auto"/>
        <w:rPr>
          <w:rFonts w:asciiTheme="majorHAnsi" w:eastAsiaTheme="majorEastAsia" w:hAnsiTheme="majorHAnsi" w:cstheme="majorBidi"/>
          <w:b/>
          <w:bCs/>
          <w:color w:val="17365D"/>
          <w:sz w:val="28"/>
          <w:szCs w:val="28"/>
        </w:rPr>
      </w:pPr>
      <w:r>
        <w:br w:type="page"/>
      </w:r>
    </w:p>
    <w:p w14:paraId="7EEFAC52" w14:textId="77777777" w:rsidR="00DF3301" w:rsidRDefault="00DF3301">
      <w:pPr>
        <w:pStyle w:val="Ttulo1"/>
        <w:jc w:val="center"/>
      </w:pPr>
    </w:p>
    <w:p w14:paraId="62437A8B" w14:textId="357D545D" w:rsidR="00B55C9B" w:rsidRDefault="00000000">
      <w:pPr>
        <w:pStyle w:val="Ttulo1"/>
        <w:jc w:val="center"/>
      </w:pPr>
      <w:r>
        <w:t>ANEXO 8. DECLARACIÓN DE NO INHABILIDADES, INCOMPATIBILIDADES Y CONFLICTOS DE INTERÉS</w:t>
      </w:r>
    </w:p>
    <w:p w14:paraId="51C0FF5C" w14:textId="77777777" w:rsidR="00B55C9B" w:rsidRDefault="00000000" w:rsidP="00477BBE">
      <w:pPr>
        <w:spacing w:after="160"/>
        <w:jc w:val="center"/>
      </w:pPr>
      <w:r>
        <w:rPr>
          <w:i/>
          <w:color w:val="666666"/>
          <w:sz w:val="17"/>
        </w:rPr>
        <w:t>Suscribir por el oferente y, en proponentes plurales, por cada integrante.</w:t>
      </w:r>
    </w:p>
    <w:p w14:paraId="74115698" w14:textId="77777777" w:rsidR="00B55C9B" w:rsidRDefault="00000000">
      <w:pPr>
        <w:jc w:val="both"/>
      </w:pPr>
      <w:r>
        <w:t>Yo, [NOMBRE], identificado(a) con [DOCUMENTO], actuando en calidad de [CALIDAD] de [PROPONENTE], bajo la gravedad de juramento declaro que:</w:t>
      </w:r>
    </w:p>
    <w:p w14:paraId="3B968B45" w14:textId="77777777" w:rsidR="00477BBE" w:rsidRDefault="00477BBE">
      <w:pPr>
        <w:jc w:val="both"/>
      </w:pPr>
    </w:p>
    <w:p w14:paraId="5833EDD1" w14:textId="77777777" w:rsidR="00B55C9B" w:rsidRDefault="00000000">
      <w:pPr>
        <w:ind w:left="283" w:hanging="283"/>
        <w:jc w:val="both"/>
      </w:pPr>
      <w:r>
        <w:rPr>
          <w:b/>
        </w:rPr>
        <w:t xml:space="preserve">1. </w:t>
      </w:r>
      <w:r>
        <w:t>No me encuentro ni el proponente se encuentra incurso en inhabilidades, incompatibilidades, prohibiciones o restricciones legales, estatutarias o contractuales que impidan presentar oferta o contratar con la Cámara.</w:t>
      </w:r>
    </w:p>
    <w:p w14:paraId="5B375AA4" w14:textId="77777777" w:rsidR="00B55C9B" w:rsidRDefault="00000000">
      <w:pPr>
        <w:ind w:left="283" w:hanging="283"/>
        <w:jc w:val="both"/>
      </w:pPr>
      <w:r>
        <w:rPr>
          <w:b/>
        </w:rPr>
        <w:t xml:space="preserve">2. </w:t>
      </w:r>
      <w:r>
        <w:t>No existe conflicto de interés real, potencial o aparente con directivos, empleados, evaluadores, asesores o contratistas que intervengan en el proceso; si surge alguno, lo informaré inmediatamente.</w:t>
      </w:r>
    </w:p>
    <w:p w14:paraId="759D3F1C" w14:textId="77777777" w:rsidR="00B55C9B" w:rsidRDefault="00000000">
      <w:pPr>
        <w:ind w:left="283" w:hanging="283"/>
        <w:jc w:val="both"/>
      </w:pPr>
      <w:r>
        <w:rPr>
          <w:b/>
        </w:rPr>
        <w:t xml:space="preserve">3. </w:t>
      </w:r>
      <w:r>
        <w:t>No he participado en la elaboración de documentos reservados del proceso ni he recibido información privilegiada que afecte la igualdad entre oferentes.</w:t>
      </w:r>
    </w:p>
    <w:p w14:paraId="2C8B06D7" w14:textId="77777777" w:rsidR="00B55C9B" w:rsidRDefault="00000000">
      <w:pPr>
        <w:ind w:left="283" w:hanging="283"/>
        <w:jc w:val="both"/>
      </w:pPr>
      <w:r>
        <w:rPr>
          <w:b/>
        </w:rPr>
        <w:t xml:space="preserve">4. </w:t>
      </w:r>
      <w:r>
        <w:t>No existen acuerdos, promesas o relaciones ocultas que condicionen la independencia de la propuesta o la evaluación.</w:t>
      </w:r>
    </w:p>
    <w:p w14:paraId="6C922EB5" w14:textId="77777777" w:rsidR="00B55C9B" w:rsidRDefault="00000000">
      <w:pPr>
        <w:ind w:left="283" w:hanging="283"/>
        <w:jc w:val="both"/>
      </w:pPr>
      <w:r>
        <w:rPr>
          <w:b/>
        </w:rPr>
        <w:t xml:space="preserve">5. </w:t>
      </w:r>
      <w:r>
        <w:t xml:space="preserve">Me obligo </w:t>
      </w:r>
      <w:proofErr w:type="gramStart"/>
      <w:r>
        <w:t>a</w:t>
      </w:r>
      <w:proofErr w:type="gramEnd"/>
      <w:r>
        <w:t xml:space="preserve"> actualizar esta declaración si cambia cualquiera de las circunstancias informadas.</w:t>
      </w:r>
    </w:p>
    <w:p w14:paraId="06630AE6" w14:textId="77777777" w:rsidR="00477BBE" w:rsidRDefault="00477BBE">
      <w:pPr>
        <w:ind w:left="283" w:hanging="283"/>
        <w:jc w:val="both"/>
      </w:pPr>
    </w:p>
    <w:tbl>
      <w:tblPr>
        <w:tblW w:w="0" w:type="auto"/>
        <w:jc w:val="center"/>
        <w:tblBorders>
          <w:top w:val="single" w:sz="4" w:space="0" w:color="9AA7B0"/>
          <w:left w:val="single" w:sz="4" w:space="0" w:color="9AA7B0"/>
          <w:bottom w:val="single" w:sz="4" w:space="0" w:color="9AA7B0"/>
          <w:right w:val="single" w:sz="4" w:space="0" w:color="9AA7B0"/>
          <w:insideH w:val="single" w:sz="4" w:space="0" w:color="9AA7B0"/>
          <w:insideV w:val="single" w:sz="4" w:space="0" w:color="9AA7B0"/>
        </w:tblBorders>
        <w:tblLayout w:type="fixed"/>
        <w:tblLook w:val="04A0" w:firstRow="1" w:lastRow="0" w:firstColumn="1" w:lastColumn="0" w:noHBand="0" w:noVBand="1"/>
      </w:tblPr>
      <w:tblGrid>
        <w:gridCol w:w="3969"/>
        <w:gridCol w:w="5103"/>
      </w:tblGrid>
      <w:tr w:rsidR="00B55C9B" w14:paraId="4CE37CB1" w14:textId="77777777">
        <w:trPr>
          <w:cantSplit/>
          <w:jc w:val="center"/>
        </w:trPr>
        <w:tc>
          <w:tcPr>
            <w:tcW w:w="3969" w:type="dxa"/>
            <w:shd w:val="clear" w:color="auto" w:fill="DDEBF7"/>
            <w:tcMar>
              <w:top w:w="80" w:type="dxa"/>
              <w:left w:w="90" w:type="dxa"/>
              <w:bottom w:w="80" w:type="dxa"/>
              <w:right w:w="90" w:type="dxa"/>
            </w:tcMar>
            <w:vAlign w:val="center"/>
          </w:tcPr>
          <w:p w14:paraId="3F16D655" w14:textId="77777777" w:rsidR="00B55C9B" w:rsidRDefault="00000000">
            <w:pPr>
              <w:spacing w:after="0"/>
            </w:pPr>
            <w:r>
              <w:rPr>
                <w:b/>
                <w:color w:val="17365D"/>
                <w:sz w:val="18"/>
              </w:rPr>
              <w:t>Situaciones, relaciones o posibles conflictos que se informan</w:t>
            </w:r>
          </w:p>
        </w:tc>
        <w:tc>
          <w:tcPr>
            <w:tcW w:w="5103" w:type="dxa"/>
            <w:tcMar>
              <w:top w:w="80" w:type="dxa"/>
              <w:left w:w="90" w:type="dxa"/>
              <w:bottom w:w="80" w:type="dxa"/>
              <w:right w:w="90" w:type="dxa"/>
            </w:tcMar>
            <w:vAlign w:val="center"/>
          </w:tcPr>
          <w:p w14:paraId="6A294907" w14:textId="77777777" w:rsidR="00B55C9B" w:rsidRDefault="00000000">
            <w:pPr>
              <w:spacing w:after="0"/>
            </w:pPr>
            <w:r>
              <w:rPr>
                <w:color w:val="1F4E78"/>
                <w:sz w:val="18"/>
              </w:rPr>
              <w:t>[Ninguna / describir detalladamente]</w:t>
            </w:r>
          </w:p>
        </w:tc>
      </w:tr>
    </w:tbl>
    <w:p w14:paraId="4E336266" w14:textId="77777777" w:rsidR="00B55C9B" w:rsidRDefault="00B55C9B"/>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4536"/>
        <w:gridCol w:w="4536"/>
      </w:tblGrid>
      <w:tr w:rsidR="00B55C9B" w14:paraId="2E95BDF2" w14:textId="77777777">
        <w:trPr>
          <w:jc w:val="center"/>
        </w:trPr>
        <w:tc>
          <w:tcPr>
            <w:tcW w:w="4536" w:type="dxa"/>
            <w:tcMar>
              <w:top w:w="80" w:type="dxa"/>
              <w:left w:w="90" w:type="dxa"/>
              <w:bottom w:w="80" w:type="dxa"/>
              <w:right w:w="90" w:type="dxa"/>
            </w:tcMar>
            <w:vAlign w:val="center"/>
          </w:tcPr>
          <w:p w14:paraId="13627397" w14:textId="77777777" w:rsidR="00477BBE" w:rsidRDefault="00000000">
            <w:pPr>
              <w:spacing w:after="0"/>
              <w:rPr>
                <w:color w:val="000000"/>
                <w:sz w:val="18"/>
              </w:rPr>
            </w:pPr>
            <w:r>
              <w:rPr>
                <w:color w:val="000000"/>
                <w:sz w:val="18"/>
              </w:rPr>
              <w:t>Nombre: __________________________________</w:t>
            </w:r>
            <w:r>
              <w:rPr>
                <w:color w:val="000000"/>
                <w:sz w:val="18"/>
              </w:rPr>
              <w:br/>
            </w:r>
          </w:p>
          <w:p w14:paraId="2452C390" w14:textId="42F91197" w:rsidR="00B55C9B" w:rsidRDefault="00000000">
            <w:pPr>
              <w:spacing w:after="0"/>
            </w:pPr>
            <w:r>
              <w:rPr>
                <w:color w:val="000000"/>
                <w:sz w:val="18"/>
              </w:rPr>
              <w:t>Documento: ________________________________</w:t>
            </w:r>
          </w:p>
        </w:tc>
        <w:tc>
          <w:tcPr>
            <w:tcW w:w="4536" w:type="dxa"/>
            <w:tcMar>
              <w:top w:w="80" w:type="dxa"/>
              <w:left w:w="90" w:type="dxa"/>
              <w:bottom w:w="80" w:type="dxa"/>
              <w:right w:w="90" w:type="dxa"/>
            </w:tcMar>
            <w:vAlign w:val="center"/>
          </w:tcPr>
          <w:p w14:paraId="32F6A492" w14:textId="1AB3B50C" w:rsidR="00477BBE" w:rsidRDefault="00000000">
            <w:pPr>
              <w:spacing w:after="0"/>
              <w:rPr>
                <w:color w:val="000000"/>
                <w:sz w:val="18"/>
              </w:rPr>
            </w:pPr>
            <w:r>
              <w:rPr>
                <w:color w:val="000000"/>
                <w:sz w:val="18"/>
              </w:rPr>
              <w:t>Calidad</w:t>
            </w:r>
            <w:r w:rsidR="00477BBE">
              <w:rPr>
                <w:color w:val="000000"/>
                <w:sz w:val="18"/>
              </w:rPr>
              <w:t>/Cargo</w:t>
            </w:r>
            <w:r>
              <w:rPr>
                <w:color w:val="000000"/>
                <w:sz w:val="18"/>
              </w:rPr>
              <w:t>: ____________________________</w:t>
            </w:r>
            <w:r>
              <w:rPr>
                <w:color w:val="000000"/>
                <w:sz w:val="18"/>
              </w:rPr>
              <w:br/>
            </w:r>
          </w:p>
          <w:p w14:paraId="1625435B" w14:textId="224D32F6" w:rsidR="00B55C9B" w:rsidRDefault="00000000">
            <w:pPr>
              <w:spacing w:after="0"/>
            </w:pPr>
            <w:r>
              <w:rPr>
                <w:color w:val="000000"/>
                <w:sz w:val="18"/>
              </w:rPr>
              <w:t>Firma: _______________</w:t>
            </w:r>
            <w:r w:rsidR="00477BBE">
              <w:rPr>
                <w:color w:val="000000"/>
                <w:sz w:val="18"/>
              </w:rPr>
              <w:t>_</w:t>
            </w:r>
            <w:r>
              <w:rPr>
                <w:color w:val="000000"/>
                <w:sz w:val="18"/>
              </w:rPr>
              <w:t>___________________</w:t>
            </w:r>
          </w:p>
        </w:tc>
      </w:tr>
      <w:tr w:rsidR="00B55C9B" w14:paraId="74E043AE" w14:textId="77777777">
        <w:trPr>
          <w:jc w:val="center"/>
        </w:trPr>
        <w:tc>
          <w:tcPr>
            <w:tcW w:w="4536" w:type="dxa"/>
            <w:tcMar>
              <w:top w:w="80" w:type="dxa"/>
              <w:left w:w="90" w:type="dxa"/>
              <w:bottom w:w="80" w:type="dxa"/>
              <w:right w:w="90" w:type="dxa"/>
            </w:tcMar>
            <w:vAlign w:val="center"/>
          </w:tcPr>
          <w:p w14:paraId="41A4B61F" w14:textId="77777777" w:rsidR="00B55C9B" w:rsidRDefault="00000000">
            <w:pPr>
              <w:spacing w:after="0"/>
            </w:pPr>
            <w:r>
              <w:rPr>
                <w:color w:val="000000"/>
                <w:sz w:val="18"/>
              </w:rPr>
              <w:t>Fecha: ____ / ____ / ______</w:t>
            </w:r>
          </w:p>
        </w:tc>
        <w:tc>
          <w:tcPr>
            <w:tcW w:w="4536" w:type="dxa"/>
            <w:tcMar>
              <w:top w:w="80" w:type="dxa"/>
              <w:left w:w="90" w:type="dxa"/>
              <w:bottom w:w="80" w:type="dxa"/>
              <w:right w:w="90" w:type="dxa"/>
            </w:tcMar>
            <w:vAlign w:val="center"/>
          </w:tcPr>
          <w:p w14:paraId="66EB887E" w14:textId="06A8CACE" w:rsidR="00B55C9B" w:rsidRDefault="00000000">
            <w:pPr>
              <w:spacing w:after="0"/>
            </w:pPr>
            <w:r>
              <w:rPr>
                <w:color w:val="000000"/>
                <w:sz w:val="18"/>
              </w:rPr>
              <w:t>Ciudad: ____________</w:t>
            </w:r>
            <w:r w:rsidR="00477BBE">
              <w:rPr>
                <w:color w:val="000000"/>
                <w:sz w:val="18"/>
              </w:rPr>
              <w:t>__</w:t>
            </w:r>
            <w:r>
              <w:rPr>
                <w:color w:val="000000"/>
                <w:sz w:val="18"/>
              </w:rPr>
              <w:t>_</w:t>
            </w:r>
            <w:r w:rsidR="00477BBE">
              <w:rPr>
                <w:color w:val="000000"/>
                <w:sz w:val="18"/>
              </w:rPr>
              <w:t>_</w:t>
            </w:r>
            <w:r>
              <w:rPr>
                <w:color w:val="000000"/>
                <w:sz w:val="18"/>
              </w:rPr>
              <w:t>_________________</w:t>
            </w:r>
          </w:p>
        </w:tc>
      </w:tr>
    </w:tbl>
    <w:p w14:paraId="5A91585B" w14:textId="77777777" w:rsidR="00B55C9B" w:rsidRDefault="00000000">
      <w:r>
        <w:br w:type="page"/>
      </w:r>
    </w:p>
    <w:p w14:paraId="14F7755A" w14:textId="77777777" w:rsidR="00B55C9B" w:rsidRDefault="00000000">
      <w:pPr>
        <w:pStyle w:val="Ttulo1"/>
        <w:jc w:val="center"/>
      </w:pPr>
      <w:r>
        <w:lastRenderedPageBreak/>
        <w:t>ANEXO 9. COMPROMISO DE TRANSPARENCIA, INTEGRIDAD Y ANTICORRUPCIÓN</w:t>
      </w:r>
    </w:p>
    <w:p w14:paraId="745DAC73" w14:textId="77777777" w:rsidR="00B55C9B" w:rsidRDefault="00000000" w:rsidP="00477BBE">
      <w:pPr>
        <w:spacing w:after="160"/>
        <w:jc w:val="center"/>
      </w:pPr>
      <w:r>
        <w:rPr>
          <w:i/>
          <w:color w:val="666666"/>
          <w:sz w:val="17"/>
        </w:rPr>
        <w:t>Aplica a todos los oferentes y sus integrantes.</w:t>
      </w:r>
    </w:p>
    <w:p w14:paraId="48AD9ECE" w14:textId="77777777" w:rsidR="00B55C9B" w:rsidRDefault="00000000">
      <w:pPr>
        <w:jc w:val="both"/>
      </w:pPr>
      <w:r>
        <w:t>El suscrito, en representación de [PROPONENTE], se compromete a:</w:t>
      </w:r>
    </w:p>
    <w:p w14:paraId="47B21562" w14:textId="77777777" w:rsidR="00B55C9B" w:rsidRDefault="00000000">
      <w:pPr>
        <w:ind w:left="283" w:hanging="283"/>
        <w:jc w:val="both"/>
      </w:pPr>
      <w:r>
        <w:rPr>
          <w:b/>
        </w:rPr>
        <w:t xml:space="preserve">1. </w:t>
      </w:r>
      <w:r>
        <w:t>Actuar con integridad, buena fe, transparencia y respeto por la libre competencia.</w:t>
      </w:r>
    </w:p>
    <w:p w14:paraId="15EB348F" w14:textId="77777777" w:rsidR="00B55C9B" w:rsidRDefault="00000000">
      <w:pPr>
        <w:ind w:left="283" w:hanging="283"/>
        <w:jc w:val="both"/>
      </w:pPr>
      <w:r>
        <w:rPr>
          <w:b/>
        </w:rPr>
        <w:t xml:space="preserve">2. </w:t>
      </w:r>
      <w:r>
        <w:t>No ofrecer, prometer, entregar, solicitar ni aceptar dádivas, comisiones, pagos, favores o beneficios indebidos para influir en el proceso o en la ejecución contractual.</w:t>
      </w:r>
    </w:p>
    <w:p w14:paraId="7B4C1143" w14:textId="77777777" w:rsidR="00B55C9B" w:rsidRDefault="00000000">
      <w:pPr>
        <w:ind w:left="283" w:hanging="283"/>
        <w:jc w:val="both"/>
      </w:pPr>
      <w:r>
        <w:rPr>
          <w:b/>
        </w:rPr>
        <w:t xml:space="preserve">3. </w:t>
      </w:r>
      <w:r>
        <w:t>No celebrar acuerdos colusorios, reparto de mercado, coordinación de precios, ofertas de cobertura ni prácticas restrictivas de la competencia.</w:t>
      </w:r>
    </w:p>
    <w:p w14:paraId="303F23D6" w14:textId="77777777" w:rsidR="00B55C9B" w:rsidRDefault="00000000">
      <w:pPr>
        <w:ind w:left="283" w:hanging="283"/>
        <w:jc w:val="both"/>
      </w:pPr>
      <w:r>
        <w:rPr>
          <w:b/>
        </w:rPr>
        <w:t xml:space="preserve">4. </w:t>
      </w:r>
      <w:r>
        <w:t>No utilizar intermediarios para realizar conductas prohibidas ni ocultar beneficiarios, pagos o conflictos de interés.</w:t>
      </w:r>
    </w:p>
    <w:p w14:paraId="014EA32F" w14:textId="77777777" w:rsidR="00B55C9B" w:rsidRDefault="00000000">
      <w:pPr>
        <w:ind w:left="283" w:hanging="283"/>
        <w:jc w:val="both"/>
      </w:pPr>
      <w:r>
        <w:rPr>
          <w:b/>
        </w:rPr>
        <w:t xml:space="preserve">5. </w:t>
      </w:r>
      <w:r>
        <w:t>Informar de manera inmediata cualquier solicitud irregular, presión, intento de soborno, fraude o conducta contraria a la transparencia.</w:t>
      </w:r>
    </w:p>
    <w:p w14:paraId="40D6FEC4" w14:textId="77777777" w:rsidR="00B55C9B" w:rsidRDefault="00000000">
      <w:pPr>
        <w:ind w:left="283" w:hanging="283"/>
        <w:jc w:val="both"/>
      </w:pPr>
      <w:r>
        <w:rPr>
          <w:b/>
        </w:rPr>
        <w:t xml:space="preserve">6. </w:t>
      </w:r>
      <w:r>
        <w:t>Mantener registros suficientes y permitir las verificaciones razonables de la Cámara y de los órganos de control competentes.</w:t>
      </w:r>
    </w:p>
    <w:p w14:paraId="12F883FE" w14:textId="77777777" w:rsidR="00B55C9B" w:rsidRDefault="00000000">
      <w:pPr>
        <w:ind w:left="283" w:hanging="283"/>
        <w:jc w:val="both"/>
      </w:pPr>
      <w:r>
        <w:rPr>
          <w:b/>
        </w:rPr>
        <w:t xml:space="preserve">7. </w:t>
      </w:r>
      <w:r>
        <w:t xml:space="preserve">Exigir este mismo compromiso </w:t>
      </w:r>
      <w:proofErr w:type="gramStart"/>
      <w:r>
        <w:t>a</w:t>
      </w:r>
      <w:proofErr w:type="gramEnd"/>
      <w:r>
        <w:t xml:space="preserve"> empleados, asesores, subcontratistas y profesionales vinculados a la propuesta y al contrato.</w:t>
      </w:r>
    </w:p>
    <w:p w14:paraId="62EC5D98" w14:textId="77777777" w:rsidR="00B55C9B" w:rsidRDefault="00B55C9B"/>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4536"/>
        <w:gridCol w:w="4536"/>
      </w:tblGrid>
      <w:tr w:rsidR="00B55C9B" w14:paraId="3544E90E" w14:textId="77777777">
        <w:trPr>
          <w:jc w:val="center"/>
        </w:trPr>
        <w:tc>
          <w:tcPr>
            <w:tcW w:w="4536" w:type="dxa"/>
            <w:tcMar>
              <w:top w:w="80" w:type="dxa"/>
              <w:left w:w="90" w:type="dxa"/>
              <w:bottom w:w="80" w:type="dxa"/>
              <w:right w:w="90" w:type="dxa"/>
            </w:tcMar>
            <w:vAlign w:val="center"/>
          </w:tcPr>
          <w:p w14:paraId="6EC39FAD" w14:textId="77777777" w:rsidR="00477BBE" w:rsidRDefault="00000000">
            <w:pPr>
              <w:spacing w:after="0"/>
              <w:rPr>
                <w:color w:val="000000"/>
                <w:sz w:val="18"/>
              </w:rPr>
            </w:pPr>
            <w:r>
              <w:rPr>
                <w:color w:val="000000"/>
                <w:sz w:val="18"/>
              </w:rPr>
              <w:t>Nombre: __________________________________</w:t>
            </w:r>
            <w:r>
              <w:rPr>
                <w:color w:val="000000"/>
                <w:sz w:val="18"/>
              </w:rPr>
              <w:br/>
            </w:r>
          </w:p>
          <w:p w14:paraId="20CF8482" w14:textId="4DF29825" w:rsidR="00B55C9B" w:rsidRDefault="00000000">
            <w:pPr>
              <w:spacing w:after="0"/>
            </w:pPr>
            <w:r>
              <w:rPr>
                <w:color w:val="000000"/>
                <w:sz w:val="18"/>
              </w:rPr>
              <w:t>Documento: _______________________________</w:t>
            </w:r>
          </w:p>
        </w:tc>
        <w:tc>
          <w:tcPr>
            <w:tcW w:w="4536" w:type="dxa"/>
            <w:tcMar>
              <w:top w:w="80" w:type="dxa"/>
              <w:left w:w="90" w:type="dxa"/>
              <w:bottom w:w="80" w:type="dxa"/>
              <w:right w:w="90" w:type="dxa"/>
            </w:tcMar>
            <w:vAlign w:val="center"/>
          </w:tcPr>
          <w:p w14:paraId="5041731B" w14:textId="77777777" w:rsidR="00477BBE" w:rsidRDefault="00000000">
            <w:pPr>
              <w:spacing w:after="0"/>
              <w:rPr>
                <w:color w:val="000000"/>
                <w:sz w:val="18"/>
              </w:rPr>
            </w:pPr>
            <w:r>
              <w:rPr>
                <w:color w:val="000000"/>
                <w:sz w:val="18"/>
              </w:rPr>
              <w:t>Calidad</w:t>
            </w:r>
            <w:r w:rsidR="00477BBE">
              <w:rPr>
                <w:color w:val="000000"/>
                <w:sz w:val="18"/>
              </w:rPr>
              <w:t>/</w:t>
            </w:r>
            <w:proofErr w:type="gramStart"/>
            <w:r w:rsidR="00477BBE">
              <w:rPr>
                <w:color w:val="000000"/>
                <w:sz w:val="18"/>
              </w:rPr>
              <w:t>Cargo</w:t>
            </w:r>
            <w:r>
              <w:rPr>
                <w:color w:val="000000"/>
                <w:sz w:val="18"/>
              </w:rPr>
              <w:t>:_</w:t>
            </w:r>
            <w:proofErr w:type="gramEnd"/>
            <w:r>
              <w:rPr>
                <w:color w:val="000000"/>
                <w:sz w:val="18"/>
              </w:rPr>
              <w:t>______________________________</w:t>
            </w:r>
            <w:r>
              <w:rPr>
                <w:color w:val="000000"/>
                <w:sz w:val="18"/>
              </w:rPr>
              <w:br/>
            </w:r>
          </w:p>
          <w:p w14:paraId="541B4578" w14:textId="3EC7543D" w:rsidR="00B55C9B" w:rsidRDefault="00000000">
            <w:pPr>
              <w:spacing w:after="0"/>
            </w:pPr>
            <w:r>
              <w:rPr>
                <w:color w:val="000000"/>
                <w:sz w:val="18"/>
              </w:rPr>
              <w:t>Firma: _________</w:t>
            </w:r>
            <w:r w:rsidR="00477BBE">
              <w:rPr>
                <w:color w:val="000000"/>
                <w:sz w:val="18"/>
              </w:rPr>
              <w:t>___</w:t>
            </w:r>
            <w:r>
              <w:rPr>
                <w:color w:val="000000"/>
                <w:sz w:val="18"/>
              </w:rPr>
              <w:t>_________________________</w:t>
            </w:r>
          </w:p>
        </w:tc>
      </w:tr>
      <w:tr w:rsidR="00B55C9B" w14:paraId="49786ADD" w14:textId="77777777">
        <w:trPr>
          <w:jc w:val="center"/>
        </w:trPr>
        <w:tc>
          <w:tcPr>
            <w:tcW w:w="4536" w:type="dxa"/>
            <w:tcMar>
              <w:top w:w="80" w:type="dxa"/>
              <w:left w:w="90" w:type="dxa"/>
              <w:bottom w:w="80" w:type="dxa"/>
              <w:right w:w="90" w:type="dxa"/>
            </w:tcMar>
            <w:vAlign w:val="center"/>
          </w:tcPr>
          <w:p w14:paraId="2FAD9D79" w14:textId="77777777" w:rsidR="00B55C9B" w:rsidRDefault="00000000">
            <w:pPr>
              <w:spacing w:after="0"/>
            </w:pPr>
            <w:r>
              <w:rPr>
                <w:color w:val="000000"/>
                <w:sz w:val="18"/>
              </w:rPr>
              <w:t>Fecha: ____ / ____ / ______</w:t>
            </w:r>
          </w:p>
        </w:tc>
        <w:tc>
          <w:tcPr>
            <w:tcW w:w="4536" w:type="dxa"/>
            <w:tcMar>
              <w:top w:w="80" w:type="dxa"/>
              <w:left w:w="90" w:type="dxa"/>
              <w:bottom w:w="80" w:type="dxa"/>
              <w:right w:w="90" w:type="dxa"/>
            </w:tcMar>
            <w:vAlign w:val="center"/>
          </w:tcPr>
          <w:p w14:paraId="327EE733" w14:textId="3ABB89B5" w:rsidR="00B55C9B" w:rsidRDefault="00000000">
            <w:pPr>
              <w:spacing w:after="0"/>
            </w:pPr>
            <w:r>
              <w:rPr>
                <w:color w:val="000000"/>
                <w:sz w:val="18"/>
              </w:rPr>
              <w:t>Ciudad: ___________</w:t>
            </w:r>
            <w:r w:rsidR="00477BBE">
              <w:rPr>
                <w:color w:val="000000"/>
                <w:sz w:val="18"/>
              </w:rPr>
              <w:t>______</w:t>
            </w:r>
            <w:r>
              <w:rPr>
                <w:color w:val="000000"/>
                <w:sz w:val="18"/>
              </w:rPr>
              <w:t>___________________</w:t>
            </w:r>
          </w:p>
        </w:tc>
      </w:tr>
    </w:tbl>
    <w:p w14:paraId="2BA88A3C" w14:textId="77777777" w:rsidR="00B55C9B" w:rsidRDefault="00000000">
      <w:r>
        <w:br w:type="page"/>
      </w:r>
    </w:p>
    <w:p w14:paraId="7BCBF37D" w14:textId="77777777" w:rsidR="00B55C9B" w:rsidRDefault="00000000">
      <w:pPr>
        <w:pStyle w:val="Ttulo1"/>
        <w:jc w:val="center"/>
      </w:pPr>
      <w:r>
        <w:lastRenderedPageBreak/>
        <w:t>ANEXO 10. DECLARACIÓN SOBRE LISTAS RESTRICTIVAS, ORIGEN DE FONDOS Y BENEFICIARIO FINAL</w:t>
      </w:r>
    </w:p>
    <w:p w14:paraId="5A48FE7D" w14:textId="77777777" w:rsidR="00B55C9B" w:rsidRDefault="00000000" w:rsidP="00535252">
      <w:pPr>
        <w:spacing w:after="160"/>
        <w:jc w:val="center"/>
      </w:pPr>
      <w:r>
        <w:rPr>
          <w:i/>
          <w:color w:val="666666"/>
          <w:sz w:val="17"/>
        </w:rPr>
        <w:t>Diligenciar por personas jurídicas, personas naturales y cada integrante del proponente plural.</w:t>
      </w:r>
    </w:p>
    <w:p w14:paraId="3D57F9D2" w14:textId="77777777" w:rsidR="00B55C9B" w:rsidRDefault="00000000">
      <w:pPr>
        <w:ind w:left="283" w:hanging="283"/>
        <w:jc w:val="both"/>
      </w:pPr>
      <w:r>
        <w:rPr>
          <w:b/>
        </w:rPr>
        <w:t xml:space="preserve">1. </w:t>
      </w:r>
      <w:r>
        <w:t>Los recursos y bienes utilizados para preparar y ejecutar la propuesta provienen de actividades lícitas y no están vinculados con lavado de activos, financiación del terrorismo, corrupción, fraude u otros delitos.</w:t>
      </w:r>
    </w:p>
    <w:p w14:paraId="7317C327" w14:textId="77777777" w:rsidR="00B55C9B" w:rsidRDefault="00000000">
      <w:pPr>
        <w:ind w:left="283" w:hanging="283"/>
        <w:jc w:val="both"/>
      </w:pPr>
      <w:r>
        <w:rPr>
          <w:b/>
        </w:rPr>
        <w:t xml:space="preserve">2. </w:t>
      </w:r>
      <w:r>
        <w:t>El proponente, sus administradores, representantes, socios controlantes y beneficiarios finales no se encuentran incluidos en listas restrictivas o sancionatorias aplicables que generen impedimento legal o riesgo no aceptable para contratar.</w:t>
      </w:r>
    </w:p>
    <w:p w14:paraId="71A6B583" w14:textId="77777777" w:rsidR="00B55C9B" w:rsidRDefault="00000000">
      <w:pPr>
        <w:ind w:left="283" w:hanging="283"/>
        <w:jc w:val="both"/>
      </w:pPr>
      <w:r>
        <w:rPr>
          <w:b/>
        </w:rPr>
        <w:t xml:space="preserve">3. </w:t>
      </w:r>
      <w:r>
        <w:t>La información sobre composición accionaria, control y beneficiario final suministrada a la Cámara es completa y veraz.</w:t>
      </w:r>
    </w:p>
    <w:p w14:paraId="238E56A8" w14:textId="77777777" w:rsidR="00B55C9B" w:rsidRDefault="00000000">
      <w:pPr>
        <w:ind w:left="283" w:hanging="283"/>
        <w:jc w:val="both"/>
      </w:pPr>
      <w:r>
        <w:rPr>
          <w:b/>
        </w:rPr>
        <w:t xml:space="preserve">4. </w:t>
      </w:r>
      <w:r>
        <w:t xml:space="preserve">Autorizo las consultas razonables en listas, bases y fuentes públicas o legalmente autorizadas, y me comprometo </w:t>
      </w:r>
      <w:proofErr w:type="gramStart"/>
      <w:r>
        <w:t>a</w:t>
      </w:r>
      <w:proofErr w:type="gramEnd"/>
      <w:r>
        <w:t xml:space="preserve"> informar cambios relevantes.</w:t>
      </w:r>
    </w:p>
    <w:p w14:paraId="36882EBE" w14:textId="77777777" w:rsidR="005F2602" w:rsidRDefault="005F2602" w:rsidP="00535252">
      <w:pPr>
        <w:pStyle w:val="Ttulo2"/>
        <w:jc w:val="center"/>
      </w:pPr>
    </w:p>
    <w:p w14:paraId="269F2C72" w14:textId="0165B973" w:rsidR="00B55C9B" w:rsidRDefault="00000000" w:rsidP="00535252">
      <w:pPr>
        <w:pStyle w:val="Ttulo2"/>
        <w:jc w:val="center"/>
      </w:pPr>
      <w:r>
        <w:t>Información del beneficiario final / controlante</w:t>
      </w:r>
    </w:p>
    <w:tbl>
      <w:tblPr>
        <w:tblW w:w="0" w:type="auto"/>
        <w:jc w:val="center"/>
        <w:tblBorders>
          <w:top w:val="single" w:sz="4" w:space="0" w:color="95A5A6"/>
          <w:left w:val="single" w:sz="4" w:space="0" w:color="95A5A6"/>
          <w:bottom w:val="single" w:sz="4" w:space="0" w:color="95A5A6"/>
          <w:right w:val="single" w:sz="4" w:space="0" w:color="95A5A6"/>
          <w:insideH w:val="single" w:sz="4" w:space="0" w:color="95A5A6"/>
          <w:insideV w:val="single" w:sz="4" w:space="0" w:color="95A5A6"/>
        </w:tblBorders>
        <w:tblLook w:val="04A0" w:firstRow="1" w:lastRow="0" w:firstColumn="1" w:lastColumn="0" w:noHBand="0" w:noVBand="1"/>
      </w:tblPr>
      <w:tblGrid>
        <w:gridCol w:w="2154"/>
        <w:gridCol w:w="1814"/>
        <w:gridCol w:w="1304"/>
        <w:gridCol w:w="1701"/>
        <w:gridCol w:w="2097"/>
      </w:tblGrid>
      <w:tr w:rsidR="00B55C9B" w14:paraId="18C43FAC" w14:textId="77777777">
        <w:trPr>
          <w:jc w:val="center"/>
        </w:trPr>
        <w:tc>
          <w:tcPr>
            <w:tcW w:w="2154" w:type="dxa"/>
            <w:shd w:val="clear" w:color="auto" w:fill="17365D"/>
            <w:tcMar>
              <w:top w:w="80" w:type="dxa"/>
              <w:left w:w="90" w:type="dxa"/>
              <w:bottom w:w="80" w:type="dxa"/>
              <w:right w:w="90" w:type="dxa"/>
            </w:tcMar>
            <w:vAlign w:val="center"/>
          </w:tcPr>
          <w:p w14:paraId="4378DAD8" w14:textId="77777777" w:rsidR="00B55C9B" w:rsidRDefault="00000000">
            <w:pPr>
              <w:spacing w:after="0"/>
              <w:jc w:val="center"/>
            </w:pPr>
            <w:r>
              <w:rPr>
                <w:b/>
                <w:color w:val="FFFFFF"/>
                <w:sz w:val="16"/>
              </w:rPr>
              <w:t>Nombre / razón social</w:t>
            </w:r>
          </w:p>
        </w:tc>
        <w:tc>
          <w:tcPr>
            <w:tcW w:w="1814" w:type="dxa"/>
            <w:shd w:val="clear" w:color="auto" w:fill="17365D"/>
            <w:tcMar>
              <w:top w:w="80" w:type="dxa"/>
              <w:left w:w="90" w:type="dxa"/>
              <w:bottom w:w="80" w:type="dxa"/>
              <w:right w:w="90" w:type="dxa"/>
            </w:tcMar>
            <w:vAlign w:val="center"/>
          </w:tcPr>
          <w:p w14:paraId="0E706A9C" w14:textId="77777777" w:rsidR="00B55C9B" w:rsidRDefault="00000000">
            <w:pPr>
              <w:spacing w:after="0"/>
              <w:jc w:val="center"/>
            </w:pPr>
            <w:r>
              <w:rPr>
                <w:b/>
                <w:color w:val="FFFFFF"/>
                <w:sz w:val="16"/>
              </w:rPr>
              <w:t>Identificación</w:t>
            </w:r>
          </w:p>
        </w:tc>
        <w:tc>
          <w:tcPr>
            <w:tcW w:w="1304" w:type="dxa"/>
            <w:shd w:val="clear" w:color="auto" w:fill="17365D"/>
            <w:tcMar>
              <w:top w:w="80" w:type="dxa"/>
              <w:left w:w="90" w:type="dxa"/>
              <w:bottom w:w="80" w:type="dxa"/>
              <w:right w:w="90" w:type="dxa"/>
            </w:tcMar>
            <w:vAlign w:val="center"/>
          </w:tcPr>
          <w:p w14:paraId="09B6A9DB" w14:textId="77777777" w:rsidR="00B55C9B" w:rsidRDefault="00000000">
            <w:pPr>
              <w:spacing w:after="0"/>
              <w:jc w:val="center"/>
            </w:pPr>
            <w:r>
              <w:rPr>
                <w:b/>
                <w:color w:val="FFFFFF"/>
                <w:sz w:val="16"/>
              </w:rPr>
              <w:t>Nacionalidad</w:t>
            </w:r>
          </w:p>
        </w:tc>
        <w:tc>
          <w:tcPr>
            <w:tcW w:w="1701" w:type="dxa"/>
            <w:shd w:val="clear" w:color="auto" w:fill="17365D"/>
            <w:tcMar>
              <w:top w:w="80" w:type="dxa"/>
              <w:left w:w="90" w:type="dxa"/>
              <w:bottom w:w="80" w:type="dxa"/>
              <w:right w:w="90" w:type="dxa"/>
            </w:tcMar>
            <w:vAlign w:val="center"/>
          </w:tcPr>
          <w:p w14:paraId="3F9EFF77" w14:textId="77777777" w:rsidR="00B55C9B" w:rsidRDefault="00000000">
            <w:pPr>
              <w:spacing w:after="0"/>
              <w:jc w:val="center"/>
            </w:pPr>
            <w:r>
              <w:rPr>
                <w:b/>
                <w:color w:val="FFFFFF"/>
                <w:sz w:val="16"/>
              </w:rPr>
              <w:t>Participación / control</w:t>
            </w:r>
          </w:p>
        </w:tc>
        <w:tc>
          <w:tcPr>
            <w:tcW w:w="2097" w:type="dxa"/>
            <w:shd w:val="clear" w:color="auto" w:fill="17365D"/>
            <w:tcMar>
              <w:top w:w="80" w:type="dxa"/>
              <w:left w:w="90" w:type="dxa"/>
              <w:bottom w:w="80" w:type="dxa"/>
              <w:right w:w="90" w:type="dxa"/>
            </w:tcMar>
            <w:vAlign w:val="center"/>
          </w:tcPr>
          <w:p w14:paraId="51BB47F4" w14:textId="77777777" w:rsidR="00B55C9B" w:rsidRDefault="00000000">
            <w:pPr>
              <w:spacing w:after="0"/>
              <w:jc w:val="center"/>
            </w:pPr>
            <w:r>
              <w:rPr>
                <w:b/>
                <w:color w:val="FFFFFF"/>
                <w:sz w:val="16"/>
              </w:rPr>
              <w:t>Calidad o fundamento</w:t>
            </w:r>
          </w:p>
        </w:tc>
      </w:tr>
      <w:tr w:rsidR="00B55C9B" w14:paraId="325D4644" w14:textId="77777777">
        <w:trPr>
          <w:jc w:val="center"/>
        </w:trPr>
        <w:tc>
          <w:tcPr>
            <w:tcW w:w="2154" w:type="dxa"/>
            <w:tcMar>
              <w:top w:w="80" w:type="dxa"/>
              <w:left w:w="90" w:type="dxa"/>
              <w:bottom w:w="80" w:type="dxa"/>
              <w:right w:w="90" w:type="dxa"/>
            </w:tcMar>
            <w:vAlign w:val="center"/>
          </w:tcPr>
          <w:p w14:paraId="3BCB6FC5" w14:textId="77777777" w:rsidR="00B55C9B" w:rsidRDefault="00B55C9B">
            <w:pPr>
              <w:spacing w:after="0"/>
            </w:pPr>
          </w:p>
        </w:tc>
        <w:tc>
          <w:tcPr>
            <w:tcW w:w="1814" w:type="dxa"/>
            <w:tcMar>
              <w:top w:w="80" w:type="dxa"/>
              <w:left w:w="90" w:type="dxa"/>
              <w:bottom w:w="80" w:type="dxa"/>
              <w:right w:w="90" w:type="dxa"/>
            </w:tcMar>
            <w:vAlign w:val="center"/>
          </w:tcPr>
          <w:p w14:paraId="068B9A95" w14:textId="77777777" w:rsidR="00B55C9B" w:rsidRDefault="00B55C9B">
            <w:pPr>
              <w:spacing w:after="0"/>
            </w:pPr>
          </w:p>
        </w:tc>
        <w:tc>
          <w:tcPr>
            <w:tcW w:w="1304" w:type="dxa"/>
            <w:tcMar>
              <w:top w:w="80" w:type="dxa"/>
              <w:left w:w="90" w:type="dxa"/>
              <w:bottom w:w="80" w:type="dxa"/>
              <w:right w:w="90" w:type="dxa"/>
            </w:tcMar>
            <w:vAlign w:val="center"/>
          </w:tcPr>
          <w:p w14:paraId="34B5FA94" w14:textId="77777777" w:rsidR="00B55C9B" w:rsidRDefault="00B55C9B">
            <w:pPr>
              <w:spacing w:after="0"/>
            </w:pPr>
          </w:p>
        </w:tc>
        <w:tc>
          <w:tcPr>
            <w:tcW w:w="1701" w:type="dxa"/>
            <w:tcMar>
              <w:top w:w="80" w:type="dxa"/>
              <w:left w:w="90" w:type="dxa"/>
              <w:bottom w:w="80" w:type="dxa"/>
              <w:right w:w="90" w:type="dxa"/>
            </w:tcMar>
            <w:vAlign w:val="center"/>
          </w:tcPr>
          <w:p w14:paraId="445ADF4D" w14:textId="77777777" w:rsidR="00B55C9B" w:rsidRDefault="00B55C9B">
            <w:pPr>
              <w:spacing w:after="0"/>
            </w:pPr>
          </w:p>
        </w:tc>
        <w:tc>
          <w:tcPr>
            <w:tcW w:w="2097" w:type="dxa"/>
            <w:tcMar>
              <w:top w:w="80" w:type="dxa"/>
              <w:left w:w="90" w:type="dxa"/>
              <w:bottom w:w="80" w:type="dxa"/>
              <w:right w:w="90" w:type="dxa"/>
            </w:tcMar>
            <w:vAlign w:val="center"/>
          </w:tcPr>
          <w:p w14:paraId="6D355726" w14:textId="77777777" w:rsidR="00B55C9B" w:rsidRDefault="00B55C9B">
            <w:pPr>
              <w:spacing w:after="0"/>
            </w:pPr>
          </w:p>
        </w:tc>
      </w:tr>
      <w:tr w:rsidR="00B55C9B" w14:paraId="70EC4C56" w14:textId="77777777">
        <w:trPr>
          <w:jc w:val="center"/>
        </w:trPr>
        <w:tc>
          <w:tcPr>
            <w:tcW w:w="2154" w:type="dxa"/>
            <w:tcMar>
              <w:top w:w="80" w:type="dxa"/>
              <w:left w:w="90" w:type="dxa"/>
              <w:bottom w:w="80" w:type="dxa"/>
              <w:right w:w="90" w:type="dxa"/>
            </w:tcMar>
            <w:vAlign w:val="center"/>
          </w:tcPr>
          <w:p w14:paraId="3F5D631D" w14:textId="77777777" w:rsidR="00B55C9B" w:rsidRDefault="00B55C9B">
            <w:pPr>
              <w:spacing w:after="0"/>
            </w:pPr>
          </w:p>
        </w:tc>
        <w:tc>
          <w:tcPr>
            <w:tcW w:w="1814" w:type="dxa"/>
            <w:tcMar>
              <w:top w:w="80" w:type="dxa"/>
              <w:left w:w="90" w:type="dxa"/>
              <w:bottom w:w="80" w:type="dxa"/>
              <w:right w:w="90" w:type="dxa"/>
            </w:tcMar>
            <w:vAlign w:val="center"/>
          </w:tcPr>
          <w:p w14:paraId="7CB02327" w14:textId="77777777" w:rsidR="00B55C9B" w:rsidRDefault="00B55C9B">
            <w:pPr>
              <w:spacing w:after="0"/>
            </w:pPr>
          </w:p>
        </w:tc>
        <w:tc>
          <w:tcPr>
            <w:tcW w:w="1304" w:type="dxa"/>
            <w:tcMar>
              <w:top w:w="80" w:type="dxa"/>
              <w:left w:w="90" w:type="dxa"/>
              <w:bottom w:w="80" w:type="dxa"/>
              <w:right w:w="90" w:type="dxa"/>
            </w:tcMar>
            <w:vAlign w:val="center"/>
          </w:tcPr>
          <w:p w14:paraId="0C418449" w14:textId="77777777" w:rsidR="00B55C9B" w:rsidRDefault="00B55C9B">
            <w:pPr>
              <w:spacing w:after="0"/>
            </w:pPr>
          </w:p>
        </w:tc>
        <w:tc>
          <w:tcPr>
            <w:tcW w:w="1701" w:type="dxa"/>
            <w:tcMar>
              <w:top w:w="80" w:type="dxa"/>
              <w:left w:w="90" w:type="dxa"/>
              <w:bottom w:w="80" w:type="dxa"/>
              <w:right w:w="90" w:type="dxa"/>
            </w:tcMar>
            <w:vAlign w:val="center"/>
          </w:tcPr>
          <w:p w14:paraId="487C9466" w14:textId="77777777" w:rsidR="00B55C9B" w:rsidRDefault="00B55C9B">
            <w:pPr>
              <w:spacing w:after="0"/>
            </w:pPr>
          </w:p>
        </w:tc>
        <w:tc>
          <w:tcPr>
            <w:tcW w:w="2097" w:type="dxa"/>
            <w:tcMar>
              <w:top w:w="80" w:type="dxa"/>
              <w:left w:w="90" w:type="dxa"/>
              <w:bottom w:w="80" w:type="dxa"/>
              <w:right w:w="90" w:type="dxa"/>
            </w:tcMar>
            <w:vAlign w:val="center"/>
          </w:tcPr>
          <w:p w14:paraId="6E55E984" w14:textId="77777777" w:rsidR="00B55C9B" w:rsidRDefault="00B55C9B">
            <w:pPr>
              <w:spacing w:after="0"/>
            </w:pPr>
          </w:p>
        </w:tc>
      </w:tr>
      <w:tr w:rsidR="00B55C9B" w14:paraId="1AE887C7" w14:textId="77777777">
        <w:trPr>
          <w:jc w:val="center"/>
        </w:trPr>
        <w:tc>
          <w:tcPr>
            <w:tcW w:w="2154" w:type="dxa"/>
            <w:tcMar>
              <w:top w:w="80" w:type="dxa"/>
              <w:left w:w="90" w:type="dxa"/>
              <w:bottom w:w="80" w:type="dxa"/>
              <w:right w:w="90" w:type="dxa"/>
            </w:tcMar>
            <w:vAlign w:val="center"/>
          </w:tcPr>
          <w:p w14:paraId="343961EC" w14:textId="77777777" w:rsidR="00B55C9B" w:rsidRDefault="00B55C9B">
            <w:pPr>
              <w:spacing w:after="0"/>
            </w:pPr>
          </w:p>
        </w:tc>
        <w:tc>
          <w:tcPr>
            <w:tcW w:w="1814" w:type="dxa"/>
            <w:tcMar>
              <w:top w:w="80" w:type="dxa"/>
              <w:left w:w="90" w:type="dxa"/>
              <w:bottom w:w="80" w:type="dxa"/>
              <w:right w:w="90" w:type="dxa"/>
            </w:tcMar>
            <w:vAlign w:val="center"/>
          </w:tcPr>
          <w:p w14:paraId="186E7D1E" w14:textId="77777777" w:rsidR="00B55C9B" w:rsidRDefault="00B55C9B">
            <w:pPr>
              <w:spacing w:after="0"/>
            </w:pPr>
          </w:p>
        </w:tc>
        <w:tc>
          <w:tcPr>
            <w:tcW w:w="1304" w:type="dxa"/>
            <w:tcMar>
              <w:top w:w="80" w:type="dxa"/>
              <w:left w:w="90" w:type="dxa"/>
              <w:bottom w:w="80" w:type="dxa"/>
              <w:right w:w="90" w:type="dxa"/>
            </w:tcMar>
            <w:vAlign w:val="center"/>
          </w:tcPr>
          <w:p w14:paraId="61C2AE54" w14:textId="77777777" w:rsidR="00B55C9B" w:rsidRDefault="00B55C9B">
            <w:pPr>
              <w:spacing w:after="0"/>
            </w:pPr>
          </w:p>
        </w:tc>
        <w:tc>
          <w:tcPr>
            <w:tcW w:w="1701" w:type="dxa"/>
            <w:tcMar>
              <w:top w:w="80" w:type="dxa"/>
              <w:left w:w="90" w:type="dxa"/>
              <w:bottom w:w="80" w:type="dxa"/>
              <w:right w:w="90" w:type="dxa"/>
            </w:tcMar>
            <w:vAlign w:val="center"/>
          </w:tcPr>
          <w:p w14:paraId="04A6C2D5" w14:textId="77777777" w:rsidR="00B55C9B" w:rsidRDefault="00B55C9B">
            <w:pPr>
              <w:spacing w:after="0"/>
            </w:pPr>
          </w:p>
        </w:tc>
        <w:tc>
          <w:tcPr>
            <w:tcW w:w="2097" w:type="dxa"/>
            <w:tcMar>
              <w:top w:w="80" w:type="dxa"/>
              <w:left w:w="90" w:type="dxa"/>
              <w:bottom w:w="80" w:type="dxa"/>
              <w:right w:w="90" w:type="dxa"/>
            </w:tcMar>
            <w:vAlign w:val="center"/>
          </w:tcPr>
          <w:p w14:paraId="0C8D1197" w14:textId="77777777" w:rsidR="00B55C9B" w:rsidRDefault="00B55C9B">
            <w:pPr>
              <w:spacing w:after="0"/>
            </w:pPr>
          </w:p>
        </w:tc>
      </w:tr>
      <w:tr w:rsidR="00B55C9B" w14:paraId="7BBE46D4" w14:textId="77777777">
        <w:trPr>
          <w:jc w:val="center"/>
        </w:trPr>
        <w:tc>
          <w:tcPr>
            <w:tcW w:w="2154" w:type="dxa"/>
            <w:tcMar>
              <w:top w:w="80" w:type="dxa"/>
              <w:left w:w="90" w:type="dxa"/>
              <w:bottom w:w="80" w:type="dxa"/>
              <w:right w:w="90" w:type="dxa"/>
            </w:tcMar>
            <w:vAlign w:val="center"/>
          </w:tcPr>
          <w:p w14:paraId="65ADA06D" w14:textId="77777777" w:rsidR="00B55C9B" w:rsidRDefault="00B55C9B">
            <w:pPr>
              <w:spacing w:after="0"/>
            </w:pPr>
          </w:p>
        </w:tc>
        <w:tc>
          <w:tcPr>
            <w:tcW w:w="1814" w:type="dxa"/>
            <w:tcMar>
              <w:top w:w="80" w:type="dxa"/>
              <w:left w:w="90" w:type="dxa"/>
              <w:bottom w:w="80" w:type="dxa"/>
              <w:right w:w="90" w:type="dxa"/>
            </w:tcMar>
            <w:vAlign w:val="center"/>
          </w:tcPr>
          <w:p w14:paraId="50F06C35" w14:textId="77777777" w:rsidR="00B55C9B" w:rsidRDefault="00B55C9B">
            <w:pPr>
              <w:spacing w:after="0"/>
            </w:pPr>
          </w:p>
        </w:tc>
        <w:tc>
          <w:tcPr>
            <w:tcW w:w="1304" w:type="dxa"/>
            <w:tcMar>
              <w:top w:w="80" w:type="dxa"/>
              <w:left w:w="90" w:type="dxa"/>
              <w:bottom w:w="80" w:type="dxa"/>
              <w:right w:w="90" w:type="dxa"/>
            </w:tcMar>
            <w:vAlign w:val="center"/>
          </w:tcPr>
          <w:p w14:paraId="32741BB3" w14:textId="77777777" w:rsidR="00B55C9B" w:rsidRDefault="00B55C9B">
            <w:pPr>
              <w:spacing w:after="0"/>
            </w:pPr>
          </w:p>
        </w:tc>
        <w:tc>
          <w:tcPr>
            <w:tcW w:w="1701" w:type="dxa"/>
            <w:tcMar>
              <w:top w:w="80" w:type="dxa"/>
              <w:left w:w="90" w:type="dxa"/>
              <w:bottom w:w="80" w:type="dxa"/>
              <w:right w:w="90" w:type="dxa"/>
            </w:tcMar>
            <w:vAlign w:val="center"/>
          </w:tcPr>
          <w:p w14:paraId="2B5771D4" w14:textId="77777777" w:rsidR="00B55C9B" w:rsidRDefault="00B55C9B">
            <w:pPr>
              <w:spacing w:after="0"/>
            </w:pPr>
          </w:p>
        </w:tc>
        <w:tc>
          <w:tcPr>
            <w:tcW w:w="2097" w:type="dxa"/>
            <w:tcMar>
              <w:top w:w="80" w:type="dxa"/>
              <w:left w:w="90" w:type="dxa"/>
              <w:bottom w:w="80" w:type="dxa"/>
              <w:right w:w="90" w:type="dxa"/>
            </w:tcMar>
            <w:vAlign w:val="center"/>
          </w:tcPr>
          <w:p w14:paraId="54B696A6" w14:textId="77777777" w:rsidR="00B55C9B" w:rsidRDefault="00B55C9B">
            <w:pPr>
              <w:spacing w:after="0"/>
            </w:pPr>
          </w:p>
        </w:tc>
      </w:tr>
    </w:tbl>
    <w:p w14:paraId="4DB01BC4" w14:textId="77777777" w:rsidR="00B55C9B" w:rsidRDefault="00B55C9B"/>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4536"/>
        <w:gridCol w:w="4536"/>
      </w:tblGrid>
      <w:tr w:rsidR="00B55C9B" w14:paraId="517BEC3A" w14:textId="77777777">
        <w:trPr>
          <w:jc w:val="center"/>
        </w:trPr>
        <w:tc>
          <w:tcPr>
            <w:tcW w:w="4536" w:type="dxa"/>
            <w:tcMar>
              <w:top w:w="80" w:type="dxa"/>
              <w:left w:w="90" w:type="dxa"/>
              <w:bottom w:w="80" w:type="dxa"/>
              <w:right w:w="90" w:type="dxa"/>
            </w:tcMar>
            <w:vAlign w:val="center"/>
          </w:tcPr>
          <w:p w14:paraId="08AA76B6" w14:textId="77777777" w:rsidR="005F2602" w:rsidRDefault="00000000">
            <w:pPr>
              <w:spacing w:after="0"/>
              <w:rPr>
                <w:color w:val="000000"/>
                <w:sz w:val="18"/>
              </w:rPr>
            </w:pPr>
            <w:r>
              <w:rPr>
                <w:color w:val="000000"/>
                <w:sz w:val="18"/>
              </w:rPr>
              <w:t>Nombre: __________________________________</w:t>
            </w:r>
            <w:r>
              <w:rPr>
                <w:color w:val="000000"/>
                <w:sz w:val="18"/>
              </w:rPr>
              <w:br/>
            </w:r>
          </w:p>
          <w:p w14:paraId="7826057E" w14:textId="242DB5F6" w:rsidR="00B55C9B" w:rsidRDefault="00000000">
            <w:pPr>
              <w:spacing w:after="0"/>
            </w:pPr>
            <w:r>
              <w:rPr>
                <w:color w:val="000000"/>
                <w:sz w:val="18"/>
              </w:rPr>
              <w:t>Documento: ________________________________</w:t>
            </w:r>
          </w:p>
        </w:tc>
        <w:tc>
          <w:tcPr>
            <w:tcW w:w="4536" w:type="dxa"/>
            <w:tcMar>
              <w:top w:w="80" w:type="dxa"/>
              <w:left w:w="90" w:type="dxa"/>
              <w:bottom w:w="80" w:type="dxa"/>
              <w:right w:w="90" w:type="dxa"/>
            </w:tcMar>
            <w:vAlign w:val="center"/>
          </w:tcPr>
          <w:p w14:paraId="584D2FC0" w14:textId="018D9C31" w:rsidR="005F2602" w:rsidRDefault="00000000">
            <w:pPr>
              <w:spacing w:after="0"/>
              <w:rPr>
                <w:color w:val="000000"/>
                <w:sz w:val="18"/>
              </w:rPr>
            </w:pPr>
            <w:r>
              <w:rPr>
                <w:color w:val="000000"/>
                <w:sz w:val="18"/>
              </w:rPr>
              <w:t>Calidad</w:t>
            </w:r>
            <w:r w:rsidR="005F2602">
              <w:rPr>
                <w:color w:val="000000"/>
                <w:sz w:val="18"/>
              </w:rPr>
              <w:t>/</w:t>
            </w:r>
            <w:proofErr w:type="gramStart"/>
            <w:r w:rsidR="005F2602">
              <w:rPr>
                <w:color w:val="000000"/>
                <w:sz w:val="18"/>
              </w:rPr>
              <w:t>Cargo</w:t>
            </w:r>
            <w:r>
              <w:rPr>
                <w:color w:val="000000"/>
                <w:sz w:val="18"/>
              </w:rPr>
              <w:t>:_</w:t>
            </w:r>
            <w:proofErr w:type="gramEnd"/>
            <w:r>
              <w:rPr>
                <w:color w:val="000000"/>
                <w:sz w:val="18"/>
              </w:rPr>
              <w:t>______________________________</w:t>
            </w:r>
            <w:r>
              <w:rPr>
                <w:color w:val="000000"/>
                <w:sz w:val="18"/>
              </w:rPr>
              <w:br/>
            </w:r>
          </w:p>
          <w:p w14:paraId="65ADA410" w14:textId="6B08B616" w:rsidR="00B55C9B" w:rsidRDefault="00000000">
            <w:pPr>
              <w:spacing w:after="0"/>
            </w:pPr>
            <w:r>
              <w:rPr>
                <w:color w:val="000000"/>
                <w:sz w:val="18"/>
              </w:rPr>
              <w:t>Firma: ____</w:t>
            </w:r>
            <w:r w:rsidR="005F2602">
              <w:rPr>
                <w:color w:val="000000"/>
                <w:sz w:val="18"/>
              </w:rPr>
              <w:t>____</w:t>
            </w:r>
            <w:r>
              <w:rPr>
                <w:color w:val="000000"/>
                <w:sz w:val="18"/>
              </w:rPr>
              <w:t>_____________________________</w:t>
            </w:r>
          </w:p>
        </w:tc>
      </w:tr>
      <w:tr w:rsidR="00B55C9B" w14:paraId="2B5E985F" w14:textId="77777777">
        <w:trPr>
          <w:jc w:val="center"/>
        </w:trPr>
        <w:tc>
          <w:tcPr>
            <w:tcW w:w="4536" w:type="dxa"/>
            <w:tcMar>
              <w:top w:w="80" w:type="dxa"/>
              <w:left w:w="90" w:type="dxa"/>
              <w:bottom w:w="80" w:type="dxa"/>
              <w:right w:w="90" w:type="dxa"/>
            </w:tcMar>
            <w:vAlign w:val="center"/>
          </w:tcPr>
          <w:p w14:paraId="1A2254EC" w14:textId="77777777" w:rsidR="00B55C9B" w:rsidRDefault="00000000">
            <w:pPr>
              <w:spacing w:after="0"/>
            </w:pPr>
            <w:r>
              <w:rPr>
                <w:color w:val="000000"/>
                <w:sz w:val="18"/>
              </w:rPr>
              <w:t>Fecha: ____ / ____ / ______</w:t>
            </w:r>
          </w:p>
        </w:tc>
        <w:tc>
          <w:tcPr>
            <w:tcW w:w="4536" w:type="dxa"/>
            <w:tcMar>
              <w:top w:w="80" w:type="dxa"/>
              <w:left w:w="90" w:type="dxa"/>
              <w:bottom w:w="80" w:type="dxa"/>
              <w:right w:w="90" w:type="dxa"/>
            </w:tcMar>
            <w:vAlign w:val="center"/>
          </w:tcPr>
          <w:p w14:paraId="3220B222" w14:textId="281D26C9" w:rsidR="00B55C9B" w:rsidRDefault="00000000">
            <w:pPr>
              <w:spacing w:after="0"/>
            </w:pPr>
            <w:r>
              <w:rPr>
                <w:color w:val="000000"/>
                <w:sz w:val="18"/>
              </w:rPr>
              <w:t>Ciudad: ______</w:t>
            </w:r>
            <w:r w:rsidR="005F2602">
              <w:rPr>
                <w:color w:val="000000"/>
                <w:sz w:val="18"/>
              </w:rPr>
              <w:t>_______</w:t>
            </w:r>
            <w:r>
              <w:rPr>
                <w:color w:val="000000"/>
                <w:sz w:val="18"/>
              </w:rPr>
              <w:t>_______________________</w:t>
            </w:r>
          </w:p>
        </w:tc>
      </w:tr>
    </w:tbl>
    <w:p w14:paraId="67083C11" w14:textId="77777777" w:rsidR="00B55C9B" w:rsidRDefault="00000000">
      <w:r>
        <w:br w:type="page"/>
      </w:r>
    </w:p>
    <w:p w14:paraId="41F543EC" w14:textId="77777777" w:rsidR="00B55C9B" w:rsidRDefault="00000000">
      <w:pPr>
        <w:pStyle w:val="Ttulo1"/>
        <w:jc w:val="center"/>
      </w:pPr>
      <w:r>
        <w:lastRenderedPageBreak/>
        <w:t>ANEXO 11. DOCUMENTO DE CONFORMACIÓN DE CONSORCIO O UNIÓN TEMPORAL</w:t>
      </w:r>
    </w:p>
    <w:p w14:paraId="793B9637" w14:textId="77777777" w:rsidR="00B55C9B" w:rsidRDefault="00000000" w:rsidP="005F2602">
      <w:pPr>
        <w:spacing w:after="160"/>
        <w:jc w:val="center"/>
      </w:pPr>
      <w:r>
        <w:rPr>
          <w:i/>
          <w:color w:val="666666"/>
          <w:sz w:val="17"/>
        </w:rPr>
        <w:t>Modelo base. El área jurídica deberá ajustar las reglas de responsabilidad y duración a la invitación definitiva.</w:t>
      </w:r>
    </w:p>
    <w:tbl>
      <w:tblPr>
        <w:tblW w:w="0" w:type="auto"/>
        <w:jc w:val="center"/>
        <w:tblBorders>
          <w:top w:val="single" w:sz="4" w:space="0" w:color="9AA7B0"/>
          <w:left w:val="single" w:sz="4" w:space="0" w:color="9AA7B0"/>
          <w:bottom w:val="single" w:sz="4" w:space="0" w:color="9AA7B0"/>
          <w:right w:val="single" w:sz="4" w:space="0" w:color="9AA7B0"/>
          <w:insideH w:val="single" w:sz="4" w:space="0" w:color="9AA7B0"/>
          <w:insideV w:val="single" w:sz="4" w:space="0" w:color="9AA7B0"/>
        </w:tblBorders>
        <w:tblLayout w:type="fixed"/>
        <w:tblLook w:val="04A0" w:firstRow="1" w:lastRow="0" w:firstColumn="1" w:lastColumn="0" w:noHBand="0" w:noVBand="1"/>
      </w:tblPr>
      <w:tblGrid>
        <w:gridCol w:w="2948"/>
        <w:gridCol w:w="6123"/>
      </w:tblGrid>
      <w:tr w:rsidR="00B55C9B" w14:paraId="734AD13A" w14:textId="77777777">
        <w:trPr>
          <w:cantSplit/>
          <w:jc w:val="center"/>
        </w:trPr>
        <w:tc>
          <w:tcPr>
            <w:tcW w:w="2948" w:type="dxa"/>
            <w:shd w:val="clear" w:color="auto" w:fill="DDEBF7"/>
            <w:tcMar>
              <w:top w:w="80" w:type="dxa"/>
              <w:left w:w="90" w:type="dxa"/>
              <w:bottom w:w="80" w:type="dxa"/>
              <w:right w:w="90" w:type="dxa"/>
            </w:tcMar>
            <w:vAlign w:val="center"/>
          </w:tcPr>
          <w:p w14:paraId="7DFEA1E1" w14:textId="77777777" w:rsidR="00B55C9B" w:rsidRDefault="00000000">
            <w:pPr>
              <w:spacing w:after="0"/>
            </w:pPr>
            <w:r>
              <w:rPr>
                <w:b/>
                <w:color w:val="17365D"/>
                <w:sz w:val="17"/>
              </w:rPr>
              <w:t>Modalidad</w:t>
            </w:r>
          </w:p>
        </w:tc>
        <w:tc>
          <w:tcPr>
            <w:tcW w:w="6123" w:type="dxa"/>
            <w:tcMar>
              <w:top w:w="80" w:type="dxa"/>
              <w:left w:w="90" w:type="dxa"/>
              <w:bottom w:w="80" w:type="dxa"/>
              <w:right w:w="90" w:type="dxa"/>
            </w:tcMar>
            <w:vAlign w:val="center"/>
          </w:tcPr>
          <w:p w14:paraId="2C953624" w14:textId="77777777" w:rsidR="00B55C9B" w:rsidRDefault="00000000">
            <w:pPr>
              <w:spacing w:after="0"/>
            </w:pPr>
            <w:r>
              <w:rPr>
                <w:color w:val="000000"/>
                <w:sz w:val="17"/>
              </w:rPr>
              <w:t xml:space="preserve">☐ </w:t>
            </w:r>
            <w:proofErr w:type="gramStart"/>
            <w:r>
              <w:rPr>
                <w:color w:val="000000"/>
                <w:sz w:val="17"/>
              </w:rPr>
              <w:t>Consorcio  ☐</w:t>
            </w:r>
            <w:proofErr w:type="gramEnd"/>
            <w:r>
              <w:rPr>
                <w:color w:val="000000"/>
                <w:sz w:val="17"/>
              </w:rPr>
              <w:t xml:space="preserve"> Unión temporal</w:t>
            </w:r>
          </w:p>
        </w:tc>
      </w:tr>
      <w:tr w:rsidR="00B55C9B" w14:paraId="2A6B448F" w14:textId="77777777">
        <w:trPr>
          <w:cantSplit/>
          <w:jc w:val="center"/>
        </w:trPr>
        <w:tc>
          <w:tcPr>
            <w:tcW w:w="2948" w:type="dxa"/>
            <w:shd w:val="clear" w:color="auto" w:fill="DDEBF7"/>
            <w:tcMar>
              <w:top w:w="80" w:type="dxa"/>
              <w:left w:w="90" w:type="dxa"/>
              <w:bottom w:w="80" w:type="dxa"/>
              <w:right w:w="90" w:type="dxa"/>
            </w:tcMar>
            <w:vAlign w:val="center"/>
          </w:tcPr>
          <w:p w14:paraId="18498938" w14:textId="77777777" w:rsidR="00B55C9B" w:rsidRDefault="00000000">
            <w:pPr>
              <w:spacing w:after="0"/>
            </w:pPr>
            <w:r>
              <w:rPr>
                <w:b/>
                <w:color w:val="17365D"/>
                <w:sz w:val="17"/>
              </w:rPr>
              <w:t>Nombre del proponente plural</w:t>
            </w:r>
          </w:p>
        </w:tc>
        <w:tc>
          <w:tcPr>
            <w:tcW w:w="6123" w:type="dxa"/>
            <w:tcMar>
              <w:top w:w="80" w:type="dxa"/>
              <w:left w:w="90" w:type="dxa"/>
              <w:bottom w:w="80" w:type="dxa"/>
              <w:right w:w="90" w:type="dxa"/>
            </w:tcMar>
            <w:vAlign w:val="center"/>
          </w:tcPr>
          <w:p w14:paraId="5821F971" w14:textId="77777777" w:rsidR="00B55C9B" w:rsidRDefault="00000000">
            <w:pPr>
              <w:spacing w:after="0"/>
            </w:pPr>
            <w:r>
              <w:rPr>
                <w:color w:val="1F4E78"/>
                <w:sz w:val="17"/>
              </w:rPr>
              <w:t>[____________________________________________]</w:t>
            </w:r>
          </w:p>
        </w:tc>
      </w:tr>
      <w:tr w:rsidR="00B55C9B" w14:paraId="4B137319" w14:textId="77777777">
        <w:trPr>
          <w:cantSplit/>
          <w:jc w:val="center"/>
        </w:trPr>
        <w:tc>
          <w:tcPr>
            <w:tcW w:w="2948" w:type="dxa"/>
            <w:shd w:val="clear" w:color="auto" w:fill="DDEBF7"/>
            <w:tcMar>
              <w:top w:w="80" w:type="dxa"/>
              <w:left w:w="90" w:type="dxa"/>
              <w:bottom w:w="80" w:type="dxa"/>
              <w:right w:w="90" w:type="dxa"/>
            </w:tcMar>
            <w:vAlign w:val="center"/>
          </w:tcPr>
          <w:p w14:paraId="7031F9FD" w14:textId="77777777" w:rsidR="00B55C9B" w:rsidRDefault="00000000">
            <w:pPr>
              <w:spacing w:after="0"/>
            </w:pPr>
            <w:r>
              <w:rPr>
                <w:b/>
                <w:color w:val="17365D"/>
                <w:sz w:val="17"/>
              </w:rPr>
              <w:t>Objeto del acuerdo</w:t>
            </w:r>
          </w:p>
        </w:tc>
        <w:tc>
          <w:tcPr>
            <w:tcW w:w="6123" w:type="dxa"/>
            <w:tcMar>
              <w:top w:w="80" w:type="dxa"/>
              <w:left w:w="90" w:type="dxa"/>
              <w:bottom w:w="80" w:type="dxa"/>
              <w:right w:w="90" w:type="dxa"/>
            </w:tcMar>
            <w:vAlign w:val="center"/>
          </w:tcPr>
          <w:p w14:paraId="48504929" w14:textId="77777777" w:rsidR="00B55C9B" w:rsidRDefault="00000000">
            <w:pPr>
              <w:spacing w:after="0"/>
            </w:pPr>
            <w:r>
              <w:rPr>
                <w:color w:val="000000"/>
                <w:sz w:val="17"/>
              </w:rPr>
              <w:t>CONSULTORÍA PARA LOS ESTUDIOS Y DISEÑOS DE LA SEDE DE LA CÁMARA DE COMERCIO DEL AMAZONAS, EN EL MUNICIPIO DE LETICIA, COLOMBIA</w:t>
            </w:r>
          </w:p>
        </w:tc>
      </w:tr>
      <w:tr w:rsidR="00B55C9B" w14:paraId="14402143" w14:textId="77777777">
        <w:trPr>
          <w:cantSplit/>
          <w:jc w:val="center"/>
        </w:trPr>
        <w:tc>
          <w:tcPr>
            <w:tcW w:w="2948" w:type="dxa"/>
            <w:shd w:val="clear" w:color="auto" w:fill="DDEBF7"/>
            <w:tcMar>
              <w:top w:w="80" w:type="dxa"/>
              <w:left w:w="90" w:type="dxa"/>
              <w:bottom w:w="80" w:type="dxa"/>
              <w:right w:w="90" w:type="dxa"/>
            </w:tcMar>
            <w:vAlign w:val="center"/>
          </w:tcPr>
          <w:p w14:paraId="443371AE" w14:textId="77777777" w:rsidR="00B55C9B" w:rsidRDefault="00000000">
            <w:pPr>
              <w:spacing w:after="0"/>
            </w:pPr>
            <w:r>
              <w:rPr>
                <w:b/>
                <w:color w:val="17365D"/>
                <w:sz w:val="17"/>
              </w:rPr>
              <w:t>Representante principal</w:t>
            </w:r>
          </w:p>
        </w:tc>
        <w:tc>
          <w:tcPr>
            <w:tcW w:w="6123" w:type="dxa"/>
            <w:tcMar>
              <w:top w:w="80" w:type="dxa"/>
              <w:left w:w="90" w:type="dxa"/>
              <w:bottom w:w="80" w:type="dxa"/>
              <w:right w:w="90" w:type="dxa"/>
            </w:tcMar>
            <w:vAlign w:val="center"/>
          </w:tcPr>
          <w:p w14:paraId="049CF3C3" w14:textId="77777777" w:rsidR="00B55C9B" w:rsidRDefault="00000000">
            <w:pPr>
              <w:spacing w:after="0"/>
            </w:pPr>
            <w:r>
              <w:rPr>
                <w:color w:val="1F4E78"/>
                <w:sz w:val="17"/>
              </w:rPr>
              <w:t>[Nombre, identificación, dirección, correo y teléfono]</w:t>
            </w:r>
          </w:p>
        </w:tc>
      </w:tr>
      <w:tr w:rsidR="00B55C9B" w14:paraId="60710350" w14:textId="77777777">
        <w:trPr>
          <w:cantSplit/>
          <w:jc w:val="center"/>
        </w:trPr>
        <w:tc>
          <w:tcPr>
            <w:tcW w:w="2948" w:type="dxa"/>
            <w:shd w:val="clear" w:color="auto" w:fill="DDEBF7"/>
            <w:tcMar>
              <w:top w:w="80" w:type="dxa"/>
              <w:left w:w="90" w:type="dxa"/>
              <w:bottom w:w="80" w:type="dxa"/>
              <w:right w:w="90" w:type="dxa"/>
            </w:tcMar>
            <w:vAlign w:val="center"/>
          </w:tcPr>
          <w:p w14:paraId="7B48BB43" w14:textId="77777777" w:rsidR="00B55C9B" w:rsidRDefault="00000000">
            <w:pPr>
              <w:spacing w:after="0"/>
            </w:pPr>
            <w:r>
              <w:rPr>
                <w:b/>
                <w:color w:val="17365D"/>
                <w:sz w:val="17"/>
              </w:rPr>
              <w:t>Representante suplente, si aplica</w:t>
            </w:r>
          </w:p>
        </w:tc>
        <w:tc>
          <w:tcPr>
            <w:tcW w:w="6123" w:type="dxa"/>
            <w:tcMar>
              <w:top w:w="80" w:type="dxa"/>
              <w:left w:w="90" w:type="dxa"/>
              <w:bottom w:w="80" w:type="dxa"/>
              <w:right w:w="90" w:type="dxa"/>
            </w:tcMar>
            <w:vAlign w:val="center"/>
          </w:tcPr>
          <w:p w14:paraId="3044F4D3" w14:textId="77777777" w:rsidR="00B55C9B" w:rsidRDefault="00000000">
            <w:pPr>
              <w:spacing w:after="0"/>
            </w:pPr>
            <w:r>
              <w:rPr>
                <w:color w:val="1F4E78"/>
                <w:sz w:val="17"/>
              </w:rPr>
              <w:t>[Nombre, identificación, dirección, correo y teléfono]</w:t>
            </w:r>
          </w:p>
        </w:tc>
      </w:tr>
      <w:tr w:rsidR="00B55C9B" w14:paraId="2655F5EF" w14:textId="77777777">
        <w:trPr>
          <w:cantSplit/>
          <w:jc w:val="center"/>
        </w:trPr>
        <w:tc>
          <w:tcPr>
            <w:tcW w:w="2948" w:type="dxa"/>
            <w:shd w:val="clear" w:color="auto" w:fill="DDEBF7"/>
            <w:tcMar>
              <w:top w:w="80" w:type="dxa"/>
              <w:left w:w="90" w:type="dxa"/>
              <w:bottom w:w="80" w:type="dxa"/>
              <w:right w:w="90" w:type="dxa"/>
            </w:tcMar>
            <w:vAlign w:val="center"/>
          </w:tcPr>
          <w:p w14:paraId="6A990AE6" w14:textId="77777777" w:rsidR="00B55C9B" w:rsidRDefault="00000000">
            <w:pPr>
              <w:spacing w:after="0"/>
            </w:pPr>
            <w:r>
              <w:rPr>
                <w:b/>
                <w:color w:val="17365D"/>
                <w:sz w:val="17"/>
              </w:rPr>
              <w:t>Duración</w:t>
            </w:r>
          </w:p>
        </w:tc>
        <w:tc>
          <w:tcPr>
            <w:tcW w:w="6123" w:type="dxa"/>
            <w:tcMar>
              <w:top w:w="80" w:type="dxa"/>
              <w:left w:w="90" w:type="dxa"/>
              <w:bottom w:w="80" w:type="dxa"/>
              <w:right w:w="90" w:type="dxa"/>
            </w:tcMar>
            <w:vAlign w:val="center"/>
          </w:tcPr>
          <w:p w14:paraId="0C43F68B" w14:textId="77777777" w:rsidR="00B55C9B" w:rsidRDefault="00000000">
            <w:pPr>
              <w:spacing w:after="0"/>
            </w:pPr>
            <w:r>
              <w:rPr>
                <w:color w:val="1F4E78"/>
                <w:sz w:val="17"/>
              </w:rPr>
              <w:t>Desde la firma y hasta [PLAZO DEL CONTRATO + OBLIGACIONES POSTERIORES]</w:t>
            </w:r>
          </w:p>
        </w:tc>
      </w:tr>
      <w:tr w:rsidR="00B55C9B" w14:paraId="283EFCA8" w14:textId="77777777">
        <w:trPr>
          <w:cantSplit/>
          <w:jc w:val="center"/>
        </w:trPr>
        <w:tc>
          <w:tcPr>
            <w:tcW w:w="2948" w:type="dxa"/>
            <w:shd w:val="clear" w:color="auto" w:fill="DDEBF7"/>
            <w:tcMar>
              <w:top w:w="80" w:type="dxa"/>
              <w:left w:w="90" w:type="dxa"/>
              <w:bottom w:w="80" w:type="dxa"/>
              <w:right w:w="90" w:type="dxa"/>
            </w:tcMar>
            <w:vAlign w:val="center"/>
          </w:tcPr>
          <w:p w14:paraId="4AC89795" w14:textId="77777777" w:rsidR="00B55C9B" w:rsidRDefault="00000000">
            <w:pPr>
              <w:spacing w:after="0"/>
            </w:pPr>
            <w:r>
              <w:rPr>
                <w:b/>
                <w:color w:val="17365D"/>
                <w:sz w:val="17"/>
              </w:rPr>
              <w:t>Domicilio y notificaciones</w:t>
            </w:r>
          </w:p>
        </w:tc>
        <w:tc>
          <w:tcPr>
            <w:tcW w:w="6123" w:type="dxa"/>
            <w:tcMar>
              <w:top w:w="80" w:type="dxa"/>
              <w:left w:w="90" w:type="dxa"/>
              <w:bottom w:w="80" w:type="dxa"/>
              <w:right w:w="90" w:type="dxa"/>
            </w:tcMar>
            <w:vAlign w:val="center"/>
          </w:tcPr>
          <w:p w14:paraId="0C6C0D18" w14:textId="77777777" w:rsidR="00B55C9B" w:rsidRDefault="00000000">
            <w:pPr>
              <w:spacing w:after="0"/>
            </w:pPr>
            <w:r>
              <w:rPr>
                <w:color w:val="1F4E78"/>
                <w:sz w:val="17"/>
              </w:rPr>
              <w:t>[____________________________________________]</w:t>
            </w:r>
          </w:p>
        </w:tc>
      </w:tr>
    </w:tbl>
    <w:p w14:paraId="136F6F95" w14:textId="77777777" w:rsidR="00B55C9B" w:rsidRDefault="00000000">
      <w:pPr>
        <w:pStyle w:val="Ttulo2"/>
      </w:pPr>
      <w:r>
        <w:t>Integrantes, participación y responsabilidades</w:t>
      </w:r>
    </w:p>
    <w:tbl>
      <w:tblPr>
        <w:tblW w:w="0" w:type="auto"/>
        <w:jc w:val="center"/>
        <w:tblBorders>
          <w:top w:val="single" w:sz="4" w:space="0" w:color="95A5A6"/>
          <w:left w:val="single" w:sz="4" w:space="0" w:color="95A5A6"/>
          <w:bottom w:val="single" w:sz="4" w:space="0" w:color="95A5A6"/>
          <w:right w:val="single" w:sz="4" w:space="0" w:color="95A5A6"/>
          <w:insideH w:val="single" w:sz="4" w:space="0" w:color="95A5A6"/>
          <w:insideV w:val="single" w:sz="4" w:space="0" w:color="95A5A6"/>
        </w:tblBorders>
        <w:tblLook w:val="04A0" w:firstRow="1" w:lastRow="0" w:firstColumn="1" w:lastColumn="0" w:noHBand="0" w:noVBand="1"/>
      </w:tblPr>
      <w:tblGrid>
        <w:gridCol w:w="453"/>
        <w:gridCol w:w="2268"/>
        <w:gridCol w:w="1417"/>
        <w:gridCol w:w="1185"/>
        <w:gridCol w:w="2381"/>
        <w:gridCol w:w="1417"/>
      </w:tblGrid>
      <w:tr w:rsidR="00B55C9B" w14:paraId="6D12E3EA" w14:textId="77777777">
        <w:trPr>
          <w:jc w:val="center"/>
        </w:trPr>
        <w:tc>
          <w:tcPr>
            <w:tcW w:w="453" w:type="dxa"/>
            <w:shd w:val="clear" w:color="auto" w:fill="17365D"/>
            <w:tcMar>
              <w:top w:w="80" w:type="dxa"/>
              <w:left w:w="90" w:type="dxa"/>
              <w:bottom w:w="80" w:type="dxa"/>
              <w:right w:w="90" w:type="dxa"/>
            </w:tcMar>
            <w:vAlign w:val="center"/>
          </w:tcPr>
          <w:p w14:paraId="35186399" w14:textId="77777777" w:rsidR="00B55C9B" w:rsidRDefault="00000000">
            <w:pPr>
              <w:spacing w:after="0"/>
              <w:jc w:val="center"/>
            </w:pPr>
            <w:r>
              <w:rPr>
                <w:b/>
                <w:color w:val="FFFFFF"/>
                <w:sz w:val="16"/>
              </w:rPr>
              <w:t>No.</w:t>
            </w:r>
          </w:p>
        </w:tc>
        <w:tc>
          <w:tcPr>
            <w:tcW w:w="2268" w:type="dxa"/>
            <w:shd w:val="clear" w:color="auto" w:fill="17365D"/>
            <w:tcMar>
              <w:top w:w="80" w:type="dxa"/>
              <w:left w:w="90" w:type="dxa"/>
              <w:bottom w:w="80" w:type="dxa"/>
              <w:right w:w="90" w:type="dxa"/>
            </w:tcMar>
            <w:vAlign w:val="center"/>
          </w:tcPr>
          <w:p w14:paraId="03B1AE77" w14:textId="77777777" w:rsidR="00B55C9B" w:rsidRDefault="00000000">
            <w:pPr>
              <w:spacing w:after="0"/>
              <w:jc w:val="center"/>
            </w:pPr>
            <w:r>
              <w:rPr>
                <w:b/>
                <w:color w:val="FFFFFF"/>
                <w:sz w:val="16"/>
              </w:rPr>
              <w:t>Integrante</w:t>
            </w:r>
          </w:p>
        </w:tc>
        <w:tc>
          <w:tcPr>
            <w:tcW w:w="1417" w:type="dxa"/>
            <w:shd w:val="clear" w:color="auto" w:fill="17365D"/>
            <w:tcMar>
              <w:top w:w="80" w:type="dxa"/>
              <w:left w:w="90" w:type="dxa"/>
              <w:bottom w:w="80" w:type="dxa"/>
              <w:right w:w="90" w:type="dxa"/>
            </w:tcMar>
            <w:vAlign w:val="center"/>
          </w:tcPr>
          <w:p w14:paraId="527EC274" w14:textId="77777777" w:rsidR="00B55C9B" w:rsidRDefault="00000000">
            <w:pPr>
              <w:spacing w:after="0"/>
              <w:jc w:val="center"/>
            </w:pPr>
            <w:r>
              <w:rPr>
                <w:b/>
                <w:color w:val="FFFFFF"/>
                <w:sz w:val="16"/>
              </w:rPr>
              <w:t>NIT / ID</w:t>
            </w:r>
          </w:p>
        </w:tc>
        <w:tc>
          <w:tcPr>
            <w:tcW w:w="1134" w:type="dxa"/>
            <w:shd w:val="clear" w:color="auto" w:fill="17365D"/>
            <w:tcMar>
              <w:top w:w="80" w:type="dxa"/>
              <w:left w:w="90" w:type="dxa"/>
              <w:bottom w:w="80" w:type="dxa"/>
              <w:right w:w="90" w:type="dxa"/>
            </w:tcMar>
            <w:vAlign w:val="center"/>
          </w:tcPr>
          <w:p w14:paraId="63F6B0F5" w14:textId="77777777" w:rsidR="00B55C9B" w:rsidRDefault="00000000">
            <w:pPr>
              <w:spacing w:after="0"/>
              <w:jc w:val="center"/>
            </w:pPr>
            <w:r>
              <w:rPr>
                <w:b/>
                <w:color w:val="FFFFFF"/>
                <w:sz w:val="16"/>
              </w:rPr>
              <w:t>Participación %</w:t>
            </w:r>
          </w:p>
        </w:tc>
        <w:tc>
          <w:tcPr>
            <w:tcW w:w="2381" w:type="dxa"/>
            <w:shd w:val="clear" w:color="auto" w:fill="17365D"/>
            <w:tcMar>
              <w:top w:w="80" w:type="dxa"/>
              <w:left w:w="90" w:type="dxa"/>
              <w:bottom w:w="80" w:type="dxa"/>
              <w:right w:w="90" w:type="dxa"/>
            </w:tcMar>
            <w:vAlign w:val="center"/>
          </w:tcPr>
          <w:p w14:paraId="09EF9886" w14:textId="77777777" w:rsidR="00B55C9B" w:rsidRDefault="00000000">
            <w:pPr>
              <w:spacing w:after="0"/>
              <w:jc w:val="center"/>
            </w:pPr>
            <w:r>
              <w:rPr>
                <w:b/>
                <w:color w:val="FFFFFF"/>
                <w:sz w:val="16"/>
              </w:rPr>
              <w:t>Actividades / componentes</w:t>
            </w:r>
          </w:p>
        </w:tc>
        <w:tc>
          <w:tcPr>
            <w:tcW w:w="1417" w:type="dxa"/>
            <w:shd w:val="clear" w:color="auto" w:fill="17365D"/>
            <w:tcMar>
              <w:top w:w="80" w:type="dxa"/>
              <w:left w:w="90" w:type="dxa"/>
              <w:bottom w:w="80" w:type="dxa"/>
              <w:right w:w="90" w:type="dxa"/>
            </w:tcMar>
            <w:vAlign w:val="center"/>
          </w:tcPr>
          <w:p w14:paraId="47BB0746" w14:textId="77777777" w:rsidR="00B55C9B" w:rsidRDefault="00000000">
            <w:pPr>
              <w:spacing w:after="0"/>
              <w:jc w:val="center"/>
            </w:pPr>
            <w:r>
              <w:rPr>
                <w:b/>
                <w:color w:val="FFFFFF"/>
                <w:sz w:val="16"/>
              </w:rPr>
              <w:t>Firma</w:t>
            </w:r>
          </w:p>
        </w:tc>
      </w:tr>
      <w:tr w:rsidR="00B55C9B" w14:paraId="4328E460" w14:textId="77777777">
        <w:trPr>
          <w:jc w:val="center"/>
        </w:trPr>
        <w:tc>
          <w:tcPr>
            <w:tcW w:w="453" w:type="dxa"/>
            <w:tcMar>
              <w:top w:w="80" w:type="dxa"/>
              <w:left w:w="90" w:type="dxa"/>
              <w:bottom w:w="80" w:type="dxa"/>
              <w:right w:w="90" w:type="dxa"/>
            </w:tcMar>
            <w:vAlign w:val="center"/>
          </w:tcPr>
          <w:p w14:paraId="08BE7FE6" w14:textId="77777777" w:rsidR="00B55C9B" w:rsidRDefault="00000000">
            <w:pPr>
              <w:spacing w:after="0"/>
              <w:jc w:val="center"/>
            </w:pPr>
            <w:r>
              <w:rPr>
                <w:b/>
                <w:color w:val="17365D"/>
                <w:sz w:val="16"/>
              </w:rPr>
              <w:t>1</w:t>
            </w:r>
          </w:p>
        </w:tc>
        <w:tc>
          <w:tcPr>
            <w:tcW w:w="2268" w:type="dxa"/>
            <w:tcMar>
              <w:top w:w="80" w:type="dxa"/>
              <w:left w:w="90" w:type="dxa"/>
              <w:bottom w:w="80" w:type="dxa"/>
              <w:right w:w="90" w:type="dxa"/>
            </w:tcMar>
            <w:vAlign w:val="center"/>
          </w:tcPr>
          <w:p w14:paraId="0F3D3FA6" w14:textId="77777777" w:rsidR="00B55C9B" w:rsidRDefault="00B55C9B">
            <w:pPr>
              <w:spacing w:after="0"/>
            </w:pPr>
          </w:p>
        </w:tc>
        <w:tc>
          <w:tcPr>
            <w:tcW w:w="1417" w:type="dxa"/>
            <w:tcMar>
              <w:top w:w="80" w:type="dxa"/>
              <w:left w:w="90" w:type="dxa"/>
              <w:bottom w:w="80" w:type="dxa"/>
              <w:right w:w="90" w:type="dxa"/>
            </w:tcMar>
            <w:vAlign w:val="center"/>
          </w:tcPr>
          <w:p w14:paraId="3BBF7369" w14:textId="77777777" w:rsidR="00B55C9B" w:rsidRDefault="00B55C9B">
            <w:pPr>
              <w:spacing w:after="0"/>
            </w:pPr>
          </w:p>
        </w:tc>
        <w:tc>
          <w:tcPr>
            <w:tcW w:w="1134" w:type="dxa"/>
            <w:tcMar>
              <w:top w:w="80" w:type="dxa"/>
              <w:left w:w="90" w:type="dxa"/>
              <w:bottom w:w="80" w:type="dxa"/>
              <w:right w:w="90" w:type="dxa"/>
            </w:tcMar>
            <w:vAlign w:val="center"/>
          </w:tcPr>
          <w:p w14:paraId="3ABB4E26" w14:textId="77777777" w:rsidR="00B55C9B" w:rsidRDefault="00B55C9B">
            <w:pPr>
              <w:spacing w:after="0"/>
            </w:pPr>
          </w:p>
        </w:tc>
        <w:tc>
          <w:tcPr>
            <w:tcW w:w="2381" w:type="dxa"/>
            <w:tcMar>
              <w:top w:w="80" w:type="dxa"/>
              <w:left w:w="90" w:type="dxa"/>
              <w:bottom w:w="80" w:type="dxa"/>
              <w:right w:w="90" w:type="dxa"/>
            </w:tcMar>
            <w:vAlign w:val="center"/>
          </w:tcPr>
          <w:p w14:paraId="3EB1DAD3" w14:textId="77777777" w:rsidR="00B55C9B" w:rsidRDefault="00B55C9B">
            <w:pPr>
              <w:spacing w:after="0"/>
            </w:pPr>
          </w:p>
        </w:tc>
        <w:tc>
          <w:tcPr>
            <w:tcW w:w="1417" w:type="dxa"/>
            <w:tcMar>
              <w:top w:w="80" w:type="dxa"/>
              <w:left w:w="90" w:type="dxa"/>
              <w:bottom w:w="80" w:type="dxa"/>
              <w:right w:w="90" w:type="dxa"/>
            </w:tcMar>
            <w:vAlign w:val="center"/>
          </w:tcPr>
          <w:p w14:paraId="4824B462" w14:textId="77777777" w:rsidR="00B55C9B" w:rsidRDefault="00B55C9B">
            <w:pPr>
              <w:spacing w:after="0"/>
            </w:pPr>
          </w:p>
        </w:tc>
      </w:tr>
      <w:tr w:rsidR="00B55C9B" w14:paraId="54A8CAFB" w14:textId="77777777">
        <w:trPr>
          <w:jc w:val="center"/>
        </w:trPr>
        <w:tc>
          <w:tcPr>
            <w:tcW w:w="453" w:type="dxa"/>
            <w:tcMar>
              <w:top w:w="80" w:type="dxa"/>
              <w:left w:w="90" w:type="dxa"/>
              <w:bottom w:w="80" w:type="dxa"/>
              <w:right w:w="90" w:type="dxa"/>
            </w:tcMar>
            <w:vAlign w:val="center"/>
          </w:tcPr>
          <w:p w14:paraId="12CE0960" w14:textId="77777777" w:rsidR="00B55C9B" w:rsidRDefault="00000000">
            <w:pPr>
              <w:spacing w:after="0"/>
              <w:jc w:val="center"/>
            </w:pPr>
            <w:r>
              <w:rPr>
                <w:b/>
                <w:color w:val="17365D"/>
                <w:sz w:val="16"/>
              </w:rPr>
              <w:t>2</w:t>
            </w:r>
          </w:p>
        </w:tc>
        <w:tc>
          <w:tcPr>
            <w:tcW w:w="2268" w:type="dxa"/>
            <w:tcMar>
              <w:top w:w="80" w:type="dxa"/>
              <w:left w:w="90" w:type="dxa"/>
              <w:bottom w:w="80" w:type="dxa"/>
              <w:right w:w="90" w:type="dxa"/>
            </w:tcMar>
            <w:vAlign w:val="center"/>
          </w:tcPr>
          <w:p w14:paraId="054A5AD5" w14:textId="77777777" w:rsidR="00B55C9B" w:rsidRDefault="00B55C9B">
            <w:pPr>
              <w:spacing w:after="0"/>
            </w:pPr>
          </w:p>
        </w:tc>
        <w:tc>
          <w:tcPr>
            <w:tcW w:w="1417" w:type="dxa"/>
            <w:tcMar>
              <w:top w:w="80" w:type="dxa"/>
              <w:left w:w="90" w:type="dxa"/>
              <w:bottom w:w="80" w:type="dxa"/>
              <w:right w:w="90" w:type="dxa"/>
            </w:tcMar>
            <w:vAlign w:val="center"/>
          </w:tcPr>
          <w:p w14:paraId="108B3E47" w14:textId="77777777" w:rsidR="00B55C9B" w:rsidRDefault="00B55C9B">
            <w:pPr>
              <w:spacing w:after="0"/>
            </w:pPr>
          </w:p>
        </w:tc>
        <w:tc>
          <w:tcPr>
            <w:tcW w:w="1134" w:type="dxa"/>
            <w:tcMar>
              <w:top w:w="80" w:type="dxa"/>
              <w:left w:w="90" w:type="dxa"/>
              <w:bottom w:w="80" w:type="dxa"/>
              <w:right w:w="90" w:type="dxa"/>
            </w:tcMar>
            <w:vAlign w:val="center"/>
          </w:tcPr>
          <w:p w14:paraId="48E0D34E" w14:textId="77777777" w:rsidR="00B55C9B" w:rsidRDefault="00B55C9B">
            <w:pPr>
              <w:spacing w:after="0"/>
            </w:pPr>
          </w:p>
        </w:tc>
        <w:tc>
          <w:tcPr>
            <w:tcW w:w="2381" w:type="dxa"/>
            <w:tcMar>
              <w:top w:w="80" w:type="dxa"/>
              <w:left w:w="90" w:type="dxa"/>
              <w:bottom w:w="80" w:type="dxa"/>
              <w:right w:w="90" w:type="dxa"/>
            </w:tcMar>
            <w:vAlign w:val="center"/>
          </w:tcPr>
          <w:p w14:paraId="741722F0" w14:textId="77777777" w:rsidR="00B55C9B" w:rsidRDefault="00B55C9B">
            <w:pPr>
              <w:spacing w:after="0"/>
            </w:pPr>
          </w:p>
        </w:tc>
        <w:tc>
          <w:tcPr>
            <w:tcW w:w="1417" w:type="dxa"/>
            <w:tcMar>
              <w:top w:w="80" w:type="dxa"/>
              <w:left w:w="90" w:type="dxa"/>
              <w:bottom w:w="80" w:type="dxa"/>
              <w:right w:w="90" w:type="dxa"/>
            </w:tcMar>
            <w:vAlign w:val="center"/>
          </w:tcPr>
          <w:p w14:paraId="36A43598" w14:textId="77777777" w:rsidR="00B55C9B" w:rsidRDefault="00B55C9B">
            <w:pPr>
              <w:spacing w:after="0"/>
            </w:pPr>
          </w:p>
        </w:tc>
      </w:tr>
      <w:tr w:rsidR="00B55C9B" w14:paraId="7777B735" w14:textId="77777777">
        <w:trPr>
          <w:jc w:val="center"/>
        </w:trPr>
        <w:tc>
          <w:tcPr>
            <w:tcW w:w="453" w:type="dxa"/>
            <w:tcMar>
              <w:top w:w="80" w:type="dxa"/>
              <w:left w:w="90" w:type="dxa"/>
              <w:bottom w:w="80" w:type="dxa"/>
              <w:right w:w="90" w:type="dxa"/>
            </w:tcMar>
            <w:vAlign w:val="center"/>
          </w:tcPr>
          <w:p w14:paraId="6A7FD2F3" w14:textId="77777777" w:rsidR="00B55C9B" w:rsidRDefault="00000000">
            <w:pPr>
              <w:spacing w:after="0"/>
              <w:jc w:val="center"/>
            </w:pPr>
            <w:r>
              <w:rPr>
                <w:b/>
                <w:color w:val="17365D"/>
                <w:sz w:val="16"/>
              </w:rPr>
              <w:t>3</w:t>
            </w:r>
          </w:p>
        </w:tc>
        <w:tc>
          <w:tcPr>
            <w:tcW w:w="2268" w:type="dxa"/>
            <w:tcMar>
              <w:top w:w="80" w:type="dxa"/>
              <w:left w:w="90" w:type="dxa"/>
              <w:bottom w:w="80" w:type="dxa"/>
              <w:right w:w="90" w:type="dxa"/>
            </w:tcMar>
            <w:vAlign w:val="center"/>
          </w:tcPr>
          <w:p w14:paraId="44CCB754" w14:textId="77777777" w:rsidR="00B55C9B" w:rsidRDefault="00B55C9B">
            <w:pPr>
              <w:spacing w:after="0"/>
            </w:pPr>
          </w:p>
        </w:tc>
        <w:tc>
          <w:tcPr>
            <w:tcW w:w="1417" w:type="dxa"/>
            <w:tcMar>
              <w:top w:w="80" w:type="dxa"/>
              <w:left w:w="90" w:type="dxa"/>
              <w:bottom w:w="80" w:type="dxa"/>
              <w:right w:w="90" w:type="dxa"/>
            </w:tcMar>
            <w:vAlign w:val="center"/>
          </w:tcPr>
          <w:p w14:paraId="7CA1DF70" w14:textId="77777777" w:rsidR="00B55C9B" w:rsidRDefault="00B55C9B">
            <w:pPr>
              <w:spacing w:after="0"/>
            </w:pPr>
          </w:p>
        </w:tc>
        <w:tc>
          <w:tcPr>
            <w:tcW w:w="1134" w:type="dxa"/>
            <w:tcMar>
              <w:top w:w="80" w:type="dxa"/>
              <w:left w:w="90" w:type="dxa"/>
              <w:bottom w:w="80" w:type="dxa"/>
              <w:right w:w="90" w:type="dxa"/>
            </w:tcMar>
            <w:vAlign w:val="center"/>
          </w:tcPr>
          <w:p w14:paraId="6905C84B" w14:textId="77777777" w:rsidR="00B55C9B" w:rsidRDefault="00B55C9B">
            <w:pPr>
              <w:spacing w:after="0"/>
            </w:pPr>
          </w:p>
        </w:tc>
        <w:tc>
          <w:tcPr>
            <w:tcW w:w="2381" w:type="dxa"/>
            <w:tcMar>
              <w:top w:w="80" w:type="dxa"/>
              <w:left w:w="90" w:type="dxa"/>
              <w:bottom w:w="80" w:type="dxa"/>
              <w:right w:w="90" w:type="dxa"/>
            </w:tcMar>
            <w:vAlign w:val="center"/>
          </w:tcPr>
          <w:p w14:paraId="1DE1C1C9" w14:textId="77777777" w:rsidR="00B55C9B" w:rsidRDefault="00B55C9B">
            <w:pPr>
              <w:spacing w:after="0"/>
            </w:pPr>
          </w:p>
        </w:tc>
        <w:tc>
          <w:tcPr>
            <w:tcW w:w="1417" w:type="dxa"/>
            <w:tcMar>
              <w:top w:w="80" w:type="dxa"/>
              <w:left w:w="90" w:type="dxa"/>
              <w:bottom w:w="80" w:type="dxa"/>
              <w:right w:w="90" w:type="dxa"/>
            </w:tcMar>
            <w:vAlign w:val="center"/>
          </w:tcPr>
          <w:p w14:paraId="78D3FC01" w14:textId="77777777" w:rsidR="00B55C9B" w:rsidRDefault="00B55C9B">
            <w:pPr>
              <w:spacing w:after="0"/>
            </w:pPr>
          </w:p>
        </w:tc>
      </w:tr>
      <w:tr w:rsidR="00B55C9B" w14:paraId="09A37699" w14:textId="77777777">
        <w:trPr>
          <w:jc w:val="center"/>
        </w:trPr>
        <w:tc>
          <w:tcPr>
            <w:tcW w:w="453" w:type="dxa"/>
            <w:tcMar>
              <w:top w:w="80" w:type="dxa"/>
              <w:left w:w="90" w:type="dxa"/>
              <w:bottom w:w="80" w:type="dxa"/>
              <w:right w:w="90" w:type="dxa"/>
            </w:tcMar>
            <w:vAlign w:val="center"/>
          </w:tcPr>
          <w:p w14:paraId="46BC6E67" w14:textId="77777777" w:rsidR="00B55C9B" w:rsidRDefault="00000000">
            <w:pPr>
              <w:spacing w:after="0"/>
              <w:jc w:val="center"/>
            </w:pPr>
            <w:r>
              <w:rPr>
                <w:b/>
                <w:color w:val="17365D"/>
                <w:sz w:val="16"/>
              </w:rPr>
              <w:t>4</w:t>
            </w:r>
          </w:p>
        </w:tc>
        <w:tc>
          <w:tcPr>
            <w:tcW w:w="2268" w:type="dxa"/>
            <w:tcMar>
              <w:top w:w="80" w:type="dxa"/>
              <w:left w:w="90" w:type="dxa"/>
              <w:bottom w:w="80" w:type="dxa"/>
              <w:right w:w="90" w:type="dxa"/>
            </w:tcMar>
            <w:vAlign w:val="center"/>
          </w:tcPr>
          <w:p w14:paraId="45E452E3" w14:textId="77777777" w:rsidR="00B55C9B" w:rsidRDefault="00B55C9B">
            <w:pPr>
              <w:spacing w:after="0"/>
            </w:pPr>
          </w:p>
        </w:tc>
        <w:tc>
          <w:tcPr>
            <w:tcW w:w="1417" w:type="dxa"/>
            <w:tcMar>
              <w:top w:w="80" w:type="dxa"/>
              <w:left w:w="90" w:type="dxa"/>
              <w:bottom w:w="80" w:type="dxa"/>
              <w:right w:w="90" w:type="dxa"/>
            </w:tcMar>
            <w:vAlign w:val="center"/>
          </w:tcPr>
          <w:p w14:paraId="634CB6C3" w14:textId="77777777" w:rsidR="00B55C9B" w:rsidRDefault="00B55C9B">
            <w:pPr>
              <w:spacing w:after="0"/>
            </w:pPr>
          </w:p>
        </w:tc>
        <w:tc>
          <w:tcPr>
            <w:tcW w:w="1134" w:type="dxa"/>
            <w:tcMar>
              <w:top w:w="80" w:type="dxa"/>
              <w:left w:w="90" w:type="dxa"/>
              <w:bottom w:w="80" w:type="dxa"/>
              <w:right w:w="90" w:type="dxa"/>
            </w:tcMar>
            <w:vAlign w:val="center"/>
          </w:tcPr>
          <w:p w14:paraId="110C510D" w14:textId="77777777" w:rsidR="00B55C9B" w:rsidRDefault="00B55C9B">
            <w:pPr>
              <w:spacing w:after="0"/>
            </w:pPr>
          </w:p>
        </w:tc>
        <w:tc>
          <w:tcPr>
            <w:tcW w:w="2381" w:type="dxa"/>
            <w:tcMar>
              <w:top w:w="80" w:type="dxa"/>
              <w:left w:w="90" w:type="dxa"/>
              <w:bottom w:w="80" w:type="dxa"/>
              <w:right w:w="90" w:type="dxa"/>
            </w:tcMar>
            <w:vAlign w:val="center"/>
          </w:tcPr>
          <w:p w14:paraId="208E1D04" w14:textId="77777777" w:rsidR="00B55C9B" w:rsidRDefault="00B55C9B">
            <w:pPr>
              <w:spacing w:after="0"/>
            </w:pPr>
          </w:p>
        </w:tc>
        <w:tc>
          <w:tcPr>
            <w:tcW w:w="1417" w:type="dxa"/>
            <w:tcMar>
              <w:top w:w="80" w:type="dxa"/>
              <w:left w:w="90" w:type="dxa"/>
              <w:bottom w:w="80" w:type="dxa"/>
              <w:right w:w="90" w:type="dxa"/>
            </w:tcMar>
            <w:vAlign w:val="center"/>
          </w:tcPr>
          <w:p w14:paraId="06FBEC43" w14:textId="77777777" w:rsidR="00B55C9B" w:rsidRDefault="00B55C9B">
            <w:pPr>
              <w:spacing w:after="0"/>
            </w:pPr>
          </w:p>
        </w:tc>
      </w:tr>
    </w:tbl>
    <w:p w14:paraId="497DF511" w14:textId="77777777" w:rsidR="005F2602" w:rsidRDefault="005F2602">
      <w:pPr>
        <w:jc w:val="both"/>
      </w:pPr>
    </w:p>
    <w:p w14:paraId="5F097E28" w14:textId="2176112F" w:rsidR="00B55C9B" w:rsidRDefault="00000000">
      <w:pPr>
        <w:jc w:val="both"/>
      </w:pPr>
      <w:r>
        <w:t>Los integrantes acuerdan presentar una propuesta conjunta, designan al representante indicado con facultades suficientes para presentar, aclarar y subsanar la oferta, recibir notificaciones, suscribir el contrato y realizar las actuaciones necesarias. La responsabilidad de los integrantes será la prevista para la modalidad seleccionada y la establecida en la invitación y el contrato. Ninguna cesión o modificación de participación podrá realizarse sin autorización previa de la Cámara.</w:t>
      </w:r>
    </w:p>
    <w:p w14:paraId="0A39B5AD" w14:textId="77777777" w:rsidR="00B55C9B" w:rsidRDefault="00000000">
      <w:pPr>
        <w:pStyle w:val="Ttulo2"/>
      </w:pPr>
      <w:r>
        <w:t>Firmas de todos los integrantes</w:t>
      </w:r>
    </w:p>
    <w:p w14:paraId="18DC7704" w14:textId="4B3D21CD" w:rsidR="00B55C9B" w:rsidRDefault="00000000" w:rsidP="005F2602">
      <w:pPr>
        <w:pStyle w:val="FormField"/>
        <w:spacing w:before="120" w:after="120" w:line="360" w:lineRule="auto"/>
      </w:pPr>
      <w:r>
        <w:t>____</w:t>
      </w:r>
      <w:r w:rsidR="005F260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________________________________________________________________________</w:t>
      </w:r>
    </w:p>
    <w:p w14:paraId="5CCE9EDB" w14:textId="77777777" w:rsidR="00B55C9B" w:rsidRDefault="00000000" w:rsidP="005F2602">
      <w:pPr>
        <w:spacing w:before="120" w:after="120" w:line="360" w:lineRule="auto"/>
      </w:pPr>
      <w:r>
        <w:br w:type="page"/>
      </w:r>
    </w:p>
    <w:p w14:paraId="7DB11F8E" w14:textId="77777777" w:rsidR="00B55C9B" w:rsidRDefault="00000000">
      <w:pPr>
        <w:pStyle w:val="Ttulo1"/>
        <w:jc w:val="center"/>
      </w:pPr>
      <w:r>
        <w:lastRenderedPageBreak/>
        <w:t>ANEXO 12. AUTORIZACIÓN PARA EL TRATAMIENTO DE DATOS PERSONALES</w:t>
      </w:r>
    </w:p>
    <w:p w14:paraId="0F148F4A" w14:textId="77777777" w:rsidR="00B55C9B" w:rsidRDefault="00000000" w:rsidP="005F2602">
      <w:pPr>
        <w:spacing w:after="160"/>
        <w:jc w:val="center"/>
      </w:pPr>
      <w:r>
        <w:rPr>
          <w:i/>
          <w:color w:val="666666"/>
          <w:sz w:val="17"/>
        </w:rPr>
        <w:t>Debe ser suscrita por la persona natural, el representante legal, el apoderado y, cuando corresponda, por cada integrante del proponente plural. Complete los canales institucionales antes de publicar.</w:t>
      </w:r>
    </w:p>
    <w:tbl>
      <w:tblPr>
        <w:tblW w:w="0" w:type="auto"/>
        <w:jc w:val="center"/>
        <w:tblBorders>
          <w:top w:val="single" w:sz="4" w:space="0" w:color="9AA7B0"/>
          <w:left w:val="single" w:sz="4" w:space="0" w:color="9AA7B0"/>
          <w:bottom w:val="single" w:sz="4" w:space="0" w:color="9AA7B0"/>
          <w:right w:val="single" w:sz="4" w:space="0" w:color="9AA7B0"/>
          <w:insideH w:val="single" w:sz="4" w:space="0" w:color="9AA7B0"/>
          <w:insideV w:val="single" w:sz="4" w:space="0" w:color="9AA7B0"/>
        </w:tblBorders>
        <w:tblLayout w:type="fixed"/>
        <w:tblLook w:val="04A0" w:firstRow="1" w:lastRow="0" w:firstColumn="1" w:lastColumn="0" w:noHBand="0" w:noVBand="1"/>
      </w:tblPr>
      <w:tblGrid>
        <w:gridCol w:w="2948"/>
        <w:gridCol w:w="6123"/>
      </w:tblGrid>
      <w:tr w:rsidR="00B55C9B" w14:paraId="3EA8F79A" w14:textId="77777777">
        <w:trPr>
          <w:cantSplit/>
          <w:jc w:val="center"/>
        </w:trPr>
        <w:tc>
          <w:tcPr>
            <w:tcW w:w="2948" w:type="dxa"/>
            <w:shd w:val="clear" w:color="auto" w:fill="DDEBF7"/>
            <w:tcMar>
              <w:top w:w="80" w:type="dxa"/>
              <w:left w:w="90" w:type="dxa"/>
              <w:bottom w:w="80" w:type="dxa"/>
              <w:right w:w="90" w:type="dxa"/>
            </w:tcMar>
            <w:vAlign w:val="center"/>
          </w:tcPr>
          <w:p w14:paraId="22C9B15F" w14:textId="77777777" w:rsidR="00B55C9B" w:rsidRDefault="00000000">
            <w:pPr>
              <w:spacing w:after="0"/>
            </w:pPr>
            <w:r>
              <w:rPr>
                <w:b/>
                <w:color w:val="17365D"/>
                <w:sz w:val="17"/>
              </w:rPr>
              <w:t>Titular de los datos</w:t>
            </w:r>
          </w:p>
        </w:tc>
        <w:tc>
          <w:tcPr>
            <w:tcW w:w="6123" w:type="dxa"/>
            <w:tcMar>
              <w:top w:w="80" w:type="dxa"/>
              <w:left w:w="90" w:type="dxa"/>
              <w:bottom w:w="80" w:type="dxa"/>
              <w:right w:w="90" w:type="dxa"/>
            </w:tcMar>
            <w:vAlign w:val="center"/>
          </w:tcPr>
          <w:p w14:paraId="2EA658CA" w14:textId="77777777" w:rsidR="00B55C9B" w:rsidRDefault="00000000">
            <w:pPr>
              <w:spacing w:after="0"/>
            </w:pPr>
            <w:r>
              <w:rPr>
                <w:color w:val="1F4E78"/>
                <w:sz w:val="17"/>
              </w:rPr>
              <w:t>[Nombre completo]</w:t>
            </w:r>
          </w:p>
        </w:tc>
      </w:tr>
      <w:tr w:rsidR="00B55C9B" w14:paraId="09CE0239" w14:textId="77777777">
        <w:trPr>
          <w:cantSplit/>
          <w:jc w:val="center"/>
        </w:trPr>
        <w:tc>
          <w:tcPr>
            <w:tcW w:w="2948" w:type="dxa"/>
            <w:shd w:val="clear" w:color="auto" w:fill="DDEBF7"/>
            <w:tcMar>
              <w:top w:w="80" w:type="dxa"/>
              <w:left w:w="90" w:type="dxa"/>
              <w:bottom w:w="80" w:type="dxa"/>
              <w:right w:w="90" w:type="dxa"/>
            </w:tcMar>
            <w:vAlign w:val="center"/>
          </w:tcPr>
          <w:p w14:paraId="732FADF4" w14:textId="77777777" w:rsidR="00B55C9B" w:rsidRDefault="00000000">
            <w:pPr>
              <w:spacing w:after="0"/>
            </w:pPr>
            <w:r>
              <w:rPr>
                <w:b/>
                <w:color w:val="17365D"/>
                <w:sz w:val="17"/>
              </w:rPr>
              <w:t>Tipo y número de identificación</w:t>
            </w:r>
          </w:p>
        </w:tc>
        <w:tc>
          <w:tcPr>
            <w:tcW w:w="6123" w:type="dxa"/>
            <w:tcMar>
              <w:top w:w="80" w:type="dxa"/>
              <w:left w:w="90" w:type="dxa"/>
              <w:bottom w:w="80" w:type="dxa"/>
              <w:right w:w="90" w:type="dxa"/>
            </w:tcMar>
            <w:vAlign w:val="center"/>
          </w:tcPr>
          <w:p w14:paraId="07314FC6" w14:textId="77777777" w:rsidR="00B55C9B" w:rsidRDefault="00000000">
            <w:pPr>
              <w:spacing w:after="0"/>
            </w:pPr>
            <w:r>
              <w:rPr>
                <w:color w:val="1F4E78"/>
                <w:sz w:val="17"/>
              </w:rPr>
              <w:t>[CC / CE / Pasaporte / NIT y número]</w:t>
            </w:r>
          </w:p>
        </w:tc>
      </w:tr>
      <w:tr w:rsidR="00B55C9B" w14:paraId="48E92BD5" w14:textId="77777777">
        <w:trPr>
          <w:cantSplit/>
          <w:jc w:val="center"/>
        </w:trPr>
        <w:tc>
          <w:tcPr>
            <w:tcW w:w="2948" w:type="dxa"/>
            <w:shd w:val="clear" w:color="auto" w:fill="DDEBF7"/>
            <w:tcMar>
              <w:top w:w="80" w:type="dxa"/>
              <w:left w:w="90" w:type="dxa"/>
              <w:bottom w:w="80" w:type="dxa"/>
              <w:right w:w="90" w:type="dxa"/>
            </w:tcMar>
            <w:vAlign w:val="center"/>
          </w:tcPr>
          <w:p w14:paraId="3F380D63" w14:textId="77777777" w:rsidR="00B55C9B" w:rsidRDefault="00000000">
            <w:pPr>
              <w:spacing w:after="0"/>
            </w:pPr>
            <w:r>
              <w:rPr>
                <w:b/>
                <w:color w:val="17365D"/>
                <w:sz w:val="17"/>
              </w:rPr>
              <w:t>Calidad en la que actúa</w:t>
            </w:r>
          </w:p>
        </w:tc>
        <w:tc>
          <w:tcPr>
            <w:tcW w:w="6123" w:type="dxa"/>
            <w:tcMar>
              <w:top w:w="80" w:type="dxa"/>
              <w:left w:w="90" w:type="dxa"/>
              <w:bottom w:w="80" w:type="dxa"/>
              <w:right w:w="90" w:type="dxa"/>
            </w:tcMar>
            <w:vAlign w:val="center"/>
          </w:tcPr>
          <w:p w14:paraId="64667025" w14:textId="77777777" w:rsidR="00B55C9B" w:rsidRDefault="00000000">
            <w:pPr>
              <w:spacing w:after="0"/>
            </w:pPr>
            <w:r>
              <w:rPr>
                <w:color w:val="1F4E78"/>
                <w:sz w:val="17"/>
              </w:rPr>
              <w:t xml:space="preserve">☐ Persona </w:t>
            </w:r>
            <w:proofErr w:type="gramStart"/>
            <w:r>
              <w:rPr>
                <w:color w:val="1F4E78"/>
                <w:sz w:val="17"/>
              </w:rPr>
              <w:t>natural  ☐</w:t>
            </w:r>
            <w:proofErr w:type="gramEnd"/>
            <w:r>
              <w:rPr>
                <w:color w:val="1F4E78"/>
                <w:sz w:val="17"/>
              </w:rPr>
              <w:t xml:space="preserve"> Representante legal  ☐ Apoderado  ☐ Integrante de consorcio/UT  ☐ Profesional propuesto  ☐ Otro: [____]</w:t>
            </w:r>
          </w:p>
        </w:tc>
      </w:tr>
      <w:tr w:rsidR="00B55C9B" w14:paraId="266D330A" w14:textId="77777777">
        <w:trPr>
          <w:cantSplit/>
          <w:jc w:val="center"/>
        </w:trPr>
        <w:tc>
          <w:tcPr>
            <w:tcW w:w="2948" w:type="dxa"/>
            <w:shd w:val="clear" w:color="auto" w:fill="DDEBF7"/>
            <w:tcMar>
              <w:top w:w="80" w:type="dxa"/>
              <w:left w:w="90" w:type="dxa"/>
              <w:bottom w:w="80" w:type="dxa"/>
              <w:right w:w="90" w:type="dxa"/>
            </w:tcMar>
            <w:vAlign w:val="center"/>
          </w:tcPr>
          <w:p w14:paraId="344375E7" w14:textId="77777777" w:rsidR="00B55C9B" w:rsidRDefault="00000000">
            <w:pPr>
              <w:spacing w:after="0"/>
            </w:pPr>
            <w:r>
              <w:rPr>
                <w:b/>
                <w:color w:val="17365D"/>
                <w:sz w:val="17"/>
              </w:rPr>
              <w:t>Oferente / proponente</w:t>
            </w:r>
          </w:p>
        </w:tc>
        <w:tc>
          <w:tcPr>
            <w:tcW w:w="6123" w:type="dxa"/>
            <w:tcMar>
              <w:top w:w="80" w:type="dxa"/>
              <w:left w:w="90" w:type="dxa"/>
              <w:bottom w:w="80" w:type="dxa"/>
              <w:right w:w="90" w:type="dxa"/>
            </w:tcMar>
            <w:vAlign w:val="center"/>
          </w:tcPr>
          <w:p w14:paraId="1B0EEB7F" w14:textId="77777777" w:rsidR="00B55C9B" w:rsidRDefault="00000000">
            <w:pPr>
              <w:spacing w:after="0"/>
            </w:pPr>
            <w:r>
              <w:rPr>
                <w:color w:val="1F4E78"/>
                <w:sz w:val="17"/>
              </w:rPr>
              <w:t>[Nombre o razón social]</w:t>
            </w:r>
          </w:p>
        </w:tc>
      </w:tr>
      <w:tr w:rsidR="00B55C9B" w14:paraId="51AE8AC5" w14:textId="77777777">
        <w:trPr>
          <w:cantSplit/>
          <w:jc w:val="center"/>
        </w:trPr>
        <w:tc>
          <w:tcPr>
            <w:tcW w:w="2948" w:type="dxa"/>
            <w:shd w:val="clear" w:color="auto" w:fill="DDEBF7"/>
            <w:tcMar>
              <w:top w:w="80" w:type="dxa"/>
              <w:left w:w="90" w:type="dxa"/>
              <w:bottom w:w="80" w:type="dxa"/>
              <w:right w:w="90" w:type="dxa"/>
            </w:tcMar>
            <w:vAlign w:val="center"/>
          </w:tcPr>
          <w:p w14:paraId="464BE08C" w14:textId="77777777" w:rsidR="00B55C9B" w:rsidRDefault="00000000">
            <w:pPr>
              <w:spacing w:after="0"/>
            </w:pPr>
            <w:r>
              <w:rPr>
                <w:b/>
                <w:color w:val="17365D"/>
                <w:sz w:val="17"/>
              </w:rPr>
              <w:t>Correo electrónico</w:t>
            </w:r>
          </w:p>
        </w:tc>
        <w:tc>
          <w:tcPr>
            <w:tcW w:w="6123" w:type="dxa"/>
            <w:tcMar>
              <w:top w:w="80" w:type="dxa"/>
              <w:left w:w="90" w:type="dxa"/>
              <w:bottom w:w="80" w:type="dxa"/>
              <w:right w:w="90" w:type="dxa"/>
            </w:tcMar>
            <w:vAlign w:val="center"/>
          </w:tcPr>
          <w:p w14:paraId="67F2337F" w14:textId="77777777" w:rsidR="00B55C9B" w:rsidRDefault="00000000">
            <w:pPr>
              <w:spacing w:after="0"/>
            </w:pPr>
            <w:r>
              <w:rPr>
                <w:color w:val="1F4E78"/>
                <w:sz w:val="17"/>
              </w:rPr>
              <w:t>[Correo del titular]</w:t>
            </w:r>
          </w:p>
        </w:tc>
      </w:tr>
      <w:tr w:rsidR="00B55C9B" w14:paraId="3E17E3EE" w14:textId="77777777">
        <w:trPr>
          <w:cantSplit/>
          <w:jc w:val="center"/>
        </w:trPr>
        <w:tc>
          <w:tcPr>
            <w:tcW w:w="2948" w:type="dxa"/>
            <w:shd w:val="clear" w:color="auto" w:fill="DDEBF7"/>
            <w:tcMar>
              <w:top w:w="80" w:type="dxa"/>
              <w:left w:w="90" w:type="dxa"/>
              <w:bottom w:w="80" w:type="dxa"/>
              <w:right w:w="90" w:type="dxa"/>
            </w:tcMar>
            <w:vAlign w:val="center"/>
          </w:tcPr>
          <w:p w14:paraId="300E762B" w14:textId="77777777" w:rsidR="00B55C9B" w:rsidRDefault="00000000">
            <w:pPr>
              <w:spacing w:after="0"/>
            </w:pPr>
            <w:r>
              <w:rPr>
                <w:b/>
                <w:color w:val="17365D"/>
                <w:sz w:val="17"/>
              </w:rPr>
              <w:t>Teléfono</w:t>
            </w:r>
          </w:p>
        </w:tc>
        <w:tc>
          <w:tcPr>
            <w:tcW w:w="6123" w:type="dxa"/>
            <w:tcMar>
              <w:top w:w="80" w:type="dxa"/>
              <w:left w:w="90" w:type="dxa"/>
              <w:bottom w:w="80" w:type="dxa"/>
              <w:right w:w="90" w:type="dxa"/>
            </w:tcMar>
            <w:vAlign w:val="center"/>
          </w:tcPr>
          <w:p w14:paraId="35D817DA" w14:textId="77777777" w:rsidR="00B55C9B" w:rsidRDefault="00000000">
            <w:pPr>
              <w:spacing w:after="0"/>
            </w:pPr>
            <w:r>
              <w:rPr>
                <w:color w:val="1F4E78"/>
                <w:sz w:val="17"/>
              </w:rPr>
              <w:t>[Número de contacto]</w:t>
            </w:r>
          </w:p>
        </w:tc>
      </w:tr>
    </w:tbl>
    <w:p w14:paraId="5A1C5D79" w14:textId="77777777" w:rsidR="005F2602" w:rsidRDefault="005F2602">
      <w:pPr>
        <w:jc w:val="both"/>
        <w:rPr>
          <w:b/>
        </w:rPr>
      </w:pPr>
    </w:p>
    <w:p w14:paraId="35900438" w14:textId="29C08789" w:rsidR="00B55C9B" w:rsidRDefault="00000000">
      <w:pPr>
        <w:jc w:val="both"/>
      </w:pPr>
      <w:r>
        <w:rPr>
          <w:b/>
        </w:rPr>
        <w:t xml:space="preserve">Responsable del tratamiento. </w:t>
      </w:r>
      <w:r>
        <w:t>CÁMARA DE COMERCIO DEL AMAZONAS, identificada con NIT 860.044.445-3, con domicilio en Carrera 11 No. 11-09, Leticia, Amazonas, será responsable del tratamiento de los datos personales recolectados dentro del proceso de selección y, si hay lugar, de la relación contractual resultante. Canales para consultas y reclamos: correo [CORREO DE PROTECCIÓN DE DATOS], teléfono [TELÉFONO] y/o canal [URL O DEPENDENCIA RESPONSABLE].</w:t>
      </w:r>
    </w:p>
    <w:p w14:paraId="70FE9B41" w14:textId="77777777" w:rsidR="00B55C9B" w:rsidRDefault="00000000">
      <w:pPr>
        <w:jc w:val="both"/>
      </w:pPr>
      <w:r>
        <w:rPr>
          <w:b/>
        </w:rPr>
        <w:t xml:space="preserve">Autorización. </w:t>
      </w:r>
      <w:r>
        <w:t>De manera previa, expresa, informada y voluntaria, autorizo a la Cámara de Comercio del Amazonas para recolectar, almacenar, organizar, usar, circular, consultar, verificar, actualizar, conservar, archivar, transmitir y, cuando sea legalmente procedente, transferir mis datos personales, de acuerdo con la Ley 1581 de 2012, el Decreto 1074 de 2015, la política institucional de tratamiento de información y las finalidades que se indican a continuación.</w:t>
      </w:r>
    </w:p>
    <w:p w14:paraId="7296EE51" w14:textId="77777777" w:rsidR="00B55C9B" w:rsidRDefault="00000000">
      <w:pPr>
        <w:pStyle w:val="Ttulo2"/>
      </w:pPr>
      <w:r>
        <w:t>Finalidades autorizadas</w:t>
      </w:r>
    </w:p>
    <w:p w14:paraId="2341943C" w14:textId="77777777" w:rsidR="00B55C9B" w:rsidRDefault="00000000">
      <w:pPr>
        <w:ind w:left="283" w:hanging="283"/>
        <w:jc w:val="both"/>
      </w:pPr>
      <w:r>
        <w:rPr>
          <w:b/>
        </w:rPr>
        <w:t xml:space="preserve">1. </w:t>
      </w:r>
      <w:r>
        <w:t>Recibir, radicar, organizar y custodiar la propuesta, sus anexos y los documentos aportados en el proceso de selección.</w:t>
      </w:r>
    </w:p>
    <w:p w14:paraId="25E0908C" w14:textId="77777777" w:rsidR="00B55C9B" w:rsidRDefault="00000000">
      <w:pPr>
        <w:ind w:left="283" w:hanging="283"/>
        <w:jc w:val="both"/>
      </w:pPr>
      <w:r>
        <w:rPr>
          <w:b/>
        </w:rPr>
        <w:t xml:space="preserve">2. </w:t>
      </w:r>
      <w:r>
        <w:t>Verificar identidad, capacidad jurídica, existencia y representación legal, experiencia, formación, matrículas profesionales, antecedentes, referencias, capacidad financiera y demás requisitos habilitantes o de evaluación.</w:t>
      </w:r>
    </w:p>
    <w:p w14:paraId="33162107" w14:textId="77777777" w:rsidR="00B55C9B" w:rsidRDefault="00000000">
      <w:pPr>
        <w:ind w:left="283" w:hanging="283"/>
        <w:jc w:val="both"/>
      </w:pPr>
      <w:r>
        <w:rPr>
          <w:b/>
        </w:rPr>
        <w:t xml:space="preserve">3. </w:t>
      </w:r>
      <w:r>
        <w:t>Consultar información en registros, bases de datos y fuentes públicas o legalmente autorizadas, incluyendo RUP, cámaras de comercio, autoridades de control, registros profesionales, antecedentes, medidas correctivas y listas de prevención de riesgos de lavado de activos, financiación del terrorismo, corrupción o sanciones.</w:t>
      </w:r>
    </w:p>
    <w:p w14:paraId="72FDDF09" w14:textId="77777777" w:rsidR="00B55C9B" w:rsidRDefault="00000000">
      <w:pPr>
        <w:ind w:left="283" w:hanging="283"/>
        <w:jc w:val="both"/>
      </w:pPr>
      <w:r>
        <w:rPr>
          <w:b/>
        </w:rPr>
        <w:t xml:space="preserve">4. </w:t>
      </w:r>
      <w:r>
        <w:t>Contactar al titular para aclaraciones, subsanaciones, citaciones, comunicaciones, notificaciones, evaluación, adjudicación, perfeccionamiento, ejecución, supervisión, liquidación y archivo del contrato.</w:t>
      </w:r>
    </w:p>
    <w:p w14:paraId="10623FC7" w14:textId="77777777" w:rsidR="00B55C9B" w:rsidRDefault="00000000">
      <w:pPr>
        <w:ind w:left="283" w:hanging="283"/>
        <w:jc w:val="both"/>
      </w:pPr>
      <w:r>
        <w:rPr>
          <w:b/>
        </w:rPr>
        <w:t xml:space="preserve">5. </w:t>
      </w:r>
      <w:r>
        <w:t>Evaluar la propuesta y el equipo profesional; elaborar informes, actas, matrices, recomendaciones y decisiones del Comité de Contratación, Junta Directiva u órganos competentes.</w:t>
      </w:r>
    </w:p>
    <w:p w14:paraId="2435712A" w14:textId="77777777" w:rsidR="00B55C9B" w:rsidRDefault="00000000">
      <w:pPr>
        <w:ind w:left="283" w:hanging="283"/>
        <w:jc w:val="both"/>
      </w:pPr>
      <w:r>
        <w:rPr>
          <w:b/>
        </w:rPr>
        <w:t xml:space="preserve">6. </w:t>
      </w:r>
      <w:r>
        <w:t>Cumplir obligaciones legales, contables, tributarias, contractuales, de auditoría, control, gestión documental, transparencia y conservación de archivos.</w:t>
      </w:r>
    </w:p>
    <w:p w14:paraId="314310C1" w14:textId="77777777" w:rsidR="00B55C9B" w:rsidRDefault="00000000">
      <w:pPr>
        <w:ind w:left="283" w:hanging="283"/>
        <w:jc w:val="both"/>
      </w:pPr>
      <w:r>
        <w:rPr>
          <w:b/>
        </w:rPr>
        <w:t xml:space="preserve">7. </w:t>
      </w:r>
      <w:r>
        <w:t>Gestionar proveedores, contratistas, consultores y profesionales vinculados; prevenir conflictos de interés, fraude, corrupción y riesgos reputacionales o de cumplimiento.</w:t>
      </w:r>
    </w:p>
    <w:p w14:paraId="74E6944D" w14:textId="77777777" w:rsidR="00B55C9B" w:rsidRDefault="00000000">
      <w:pPr>
        <w:ind w:left="283" w:hanging="283"/>
        <w:jc w:val="both"/>
      </w:pPr>
      <w:r>
        <w:rPr>
          <w:b/>
        </w:rPr>
        <w:t xml:space="preserve">8. </w:t>
      </w:r>
      <w:r>
        <w:t>Atender requerimientos de autoridades judiciales, administrativas, fiscales, disciplinarias, de control o de vigilancia, dentro de sus competencias.</w:t>
      </w:r>
    </w:p>
    <w:p w14:paraId="4CD44628" w14:textId="77777777" w:rsidR="00B55C9B" w:rsidRDefault="00000000">
      <w:pPr>
        <w:pStyle w:val="Ttulo2"/>
      </w:pPr>
      <w:r>
        <w:t>Datos objeto de tratamiento</w:t>
      </w:r>
    </w:p>
    <w:p w14:paraId="069453DC" w14:textId="77777777" w:rsidR="00B55C9B" w:rsidRDefault="00000000">
      <w:pPr>
        <w:jc w:val="both"/>
      </w:pPr>
      <w:r>
        <w:rPr>
          <w:b/>
        </w:rPr>
        <w:t xml:space="preserve">La autorización comprende, según corresponda: </w:t>
      </w:r>
      <w:r>
        <w:t>datos de identificación y contacto; información societaria, tributaria y financiera; firmas; experiencia y referencias; títulos, matrículas y antecedentes profesionales; información de seguridad social; información contenida en certificados, propuestas, hojas de vida y documentos de soporte. La Cámara no solicita datos sensibles ni datos de niños, niñas o adolescentes, salvo que una norma o una circunstancia excepcional lo haga estrictamente necesario; en tal evento se informará el carácter facultativo de su entrega y se solicitará autorización explícita cuando corresponda.</w:t>
      </w:r>
    </w:p>
    <w:p w14:paraId="0361E4E9" w14:textId="77777777" w:rsidR="00B55C9B" w:rsidRDefault="00000000">
      <w:pPr>
        <w:pStyle w:val="Ttulo2"/>
      </w:pPr>
      <w:r>
        <w:lastRenderedPageBreak/>
        <w:t>Derechos del titular</w:t>
      </w:r>
    </w:p>
    <w:p w14:paraId="5D9764C8" w14:textId="77777777" w:rsidR="00B55C9B" w:rsidRDefault="00000000">
      <w:pPr>
        <w:ind w:left="283" w:hanging="283"/>
        <w:jc w:val="both"/>
      </w:pPr>
      <w:r>
        <w:rPr>
          <w:b/>
        </w:rPr>
        <w:t xml:space="preserve">1. </w:t>
      </w:r>
      <w:r>
        <w:t>Conocer, actualizar y rectificar sus datos personales.</w:t>
      </w:r>
    </w:p>
    <w:p w14:paraId="140237F5" w14:textId="77777777" w:rsidR="00B55C9B" w:rsidRDefault="00000000">
      <w:pPr>
        <w:ind w:left="283" w:hanging="283"/>
        <w:jc w:val="both"/>
      </w:pPr>
      <w:r>
        <w:rPr>
          <w:b/>
        </w:rPr>
        <w:t xml:space="preserve">2. </w:t>
      </w:r>
      <w:r>
        <w:t>Solicitar prueba de la autorización, salvo las excepciones legales.</w:t>
      </w:r>
    </w:p>
    <w:p w14:paraId="342969AD" w14:textId="77777777" w:rsidR="00B55C9B" w:rsidRDefault="00000000">
      <w:pPr>
        <w:ind w:left="283" w:hanging="283"/>
        <w:jc w:val="both"/>
      </w:pPr>
      <w:r>
        <w:rPr>
          <w:b/>
        </w:rPr>
        <w:t xml:space="preserve">3. </w:t>
      </w:r>
      <w:r>
        <w:t>Ser informado sobre el uso dado a sus datos.</w:t>
      </w:r>
    </w:p>
    <w:p w14:paraId="33C7EA1D" w14:textId="77777777" w:rsidR="00B55C9B" w:rsidRDefault="00000000">
      <w:pPr>
        <w:ind w:left="283" w:hanging="283"/>
        <w:jc w:val="both"/>
      </w:pPr>
      <w:r>
        <w:rPr>
          <w:b/>
        </w:rPr>
        <w:t xml:space="preserve">4. </w:t>
      </w:r>
      <w:r>
        <w:t>Presentar consultas, reclamos y quejas ante la Cámara y, una vez agotado el trámite correspondiente, ante la Superintendencia de Industria y Comercio.</w:t>
      </w:r>
    </w:p>
    <w:p w14:paraId="176D3354" w14:textId="77777777" w:rsidR="00B55C9B" w:rsidRDefault="00000000">
      <w:pPr>
        <w:ind w:left="283" w:hanging="283"/>
        <w:jc w:val="both"/>
      </w:pPr>
      <w:r>
        <w:rPr>
          <w:b/>
        </w:rPr>
        <w:t xml:space="preserve">5. </w:t>
      </w:r>
      <w:r>
        <w:t>Revocar la autorización o solicitar la supresión del dato cuando sea procedente y no exista un deber legal o contractual de conservarlo.</w:t>
      </w:r>
    </w:p>
    <w:p w14:paraId="5356DA5B" w14:textId="77777777" w:rsidR="00B55C9B" w:rsidRDefault="00000000">
      <w:pPr>
        <w:ind w:left="283" w:hanging="283"/>
        <w:jc w:val="both"/>
      </w:pPr>
      <w:r>
        <w:rPr>
          <w:b/>
        </w:rPr>
        <w:t xml:space="preserve">6. </w:t>
      </w:r>
      <w:r>
        <w:t>Acceder gratuitamente a los datos personales objeto de tratamiento.</w:t>
      </w:r>
    </w:p>
    <w:p w14:paraId="23297172" w14:textId="77777777" w:rsidR="005F2602" w:rsidRDefault="005F2602">
      <w:pPr>
        <w:jc w:val="both"/>
        <w:rPr>
          <w:b/>
        </w:rPr>
      </w:pPr>
    </w:p>
    <w:p w14:paraId="4603C1C8" w14:textId="0D3AC879" w:rsidR="00B55C9B" w:rsidRDefault="00000000">
      <w:pPr>
        <w:jc w:val="both"/>
      </w:pPr>
      <w:r>
        <w:rPr>
          <w:b/>
        </w:rPr>
        <w:t xml:space="preserve">Alcance y conservación. </w:t>
      </w:r>
      <w:r>
        <w:t>La información podrá conservarse durante el tiempo necesario para adelantar el proceso, ejecutar y liquidar el contrato, atender auditorías o controversias y cumplir los tiempos de retención documental y las obligaciones legales aplicables. Los datos públicos y aquellos cuyo tratamiento esté autorizado por la ley podrán ser tratados sin autorización en los casos legalmente previstos.</w:t>
      </w:r>
    </w:p>
    <w:p w14:paraId="192DDEA4" w14:textId="77777777" w:rsidR="00B55C9B" w:rsidRDefault="00000000">
      <w:pPr>
        <w:spacing w:after="40"/>
        <w:ind w:left="170"/>
      </w:pPr>
      <w:r>
        <w:t>☐ AUTORIZO el tratamiento de mis datos personales en los términos de este documento.</w:t>
      </w:r>
    </w:p>
    <w:p w14:paraId="0FC2E9E9" w14:textId="77777777" w:rsidR="00B55C9B" w:rsidRDefault="00000000">
      <w:pPr>
        <w:spacing w:after="40"/>
        <w:ind w:left="170"/>
      </w:pPr>
      <w:r>
        <w:t>☐ NO AUTORIZO el tratamiento de datos no públicos que requieran mi consentimiento. Entiendo que la falta de autorización respecto de datos indispensables puede impedir su verificación dentro del proceso.</w:t>
      </w:r>
    </w:p>
    <w:p w14:paraId="43944931" w14:textId="77777777" w:rsidR="00B55C9B" w:rsidRDefault="00B55C9B"/>
    <w:p w14:paraId="2F84C448" w14:textId="77777777" w:rsidR="005F2602" w:rsidRDefault="005F2602"/>
    <w:p w14:paraId="12AE65DA" w14:textId="4955C70E" w:rsidR="005F2602" w:rsidRDefault="005F2602">
      <w:r>
        <w:rPr>
          <w:noProof/>
        </w:rPr>
        <mc:AlternateContent>
          <mc:Choice Requires="wps">
            <w:drawing>
              <wp:anchor distT="0" distB="0" distL="114300" distR="114300" simplePos="0" relativeHeight="251659264" behindDoc="0" locked="0" layoutInCell="1" allowOverlap="1" wp14:anchorId="5DEC992D" wp14:editId="7433D234">
                <wp:simplePos x="0" y="0"/>
                <wp:positionH relativeFrom="column">
                  <wp:posOffset>4257675</wp:posOffset>
                </wp:positionH>
                <wp:positionV relativeFrom="paragraph">
                  <wp:posOffset>66040</wp:posOffset>
                </wp:positionV>
                <wp:extent cx="800100" cy="1038225"/>
                <wp:effectExtent l="57150" t="19050" r="76200" b="104775"/>
                <wp:wrapNone/>
                <wp:docPr id="166737477" name="Rectángulo 1"/>
                <wp:cNvGraphicFramePr/>
                <a:graphic xmlns:a="http://schemas.openxmlformats.org/drawingml/2006/main">
                  <a:graphicData uri="http://schemas.microsoft.com/office/word/2010/wordprocessingShape">
                    <wps:wsp>
                      <wps:cNvSpPr/>
                      <wps:spPr>
                        <a:xfrm>
                          <a:off x="0" y="0"/>
                          <a:ext cx="800100" cy="1038225"/>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1447D941" id="Rectángulo 1" o:spid="_x0000_s1026" style="position:absolute;margin-left:335.25pt;margin-top:5.2pt;width:63pt;height:8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" filled="f" strokecolor="black [3213]">
                <v:shadow on="t" color="black" opacity="22937f" origin=",.5" offset="0,.63889mm"/>
              </v:rect>
            </w:pict>
          </mc:Fallback>
        </mc:AlternateContent>
      </w:r>
    </w:p>
    <w:p w14:paraId="7DE5E1B6" w14:textId="77777777" w:rsidR="005F2602" w:rsidRDefault="005F2602"/>
    <w:p w14:paraId="6390C8E9" w14:textId="77777777" w:rsidR="005F2602" w:rsidRDefault="005F2602"/>
    <w:p w14:paraId="5C9B8F0F" w14:textId="77777777" w:rsidR="005F2602" w:rsidRDefault="005F2602"/>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4536"/>
        <w:gridCol w:w="4536"/>
      </w:tblGrid>
      <w:tr w:rsidR="00B55C9B" w14:paraId="4E3523A1" w14:textId="77777777">
        <w:trPr>
          <w:jc w:val="center"/>
        </w:trPr>
        <w:tc>
          <w:tcPr>
            <w:tcW w:w="4536" w:type="dxa"/>
            <w:tcMar>
              <w:top w:w="80" w:type="dxa"/>
              <w:left w:w="90" w:type="dxa"/>
              <w:bottom w:w="80" w:type="dxa"/>
              <w:right w:w="90" w:type="dxa"/>
            </w:tcMar>
            <w:vAlign w:val="center"/>
          </w:tcPr>
          <w:p w14:paraId="454FDA92" w14:textId="6CD6751E" w:rsidR="005F2602" w:rsidRDefault="00000000">
            <w:pPr>
              <w:spacing w:after="0"/>
              <w:rPr>
                <w:color w:val="000000"/>
                <w:sz w:val="18"/>
              </w:rPr>
            </w:pPr>
            <w:r>
              <w:rPr>
                <w:color w:val="000000"/>
                <w:sz w:val="18"/>
              </w:rPr>
              <w:t>Nombre del titular: __________________</w:t>
            </w:r>
            <w:r w:rsidR="005F2602">
              <w:rPr>
                <w:color w:val="000000"/>
                <w:sz w:val="18"/>
              </w:rPr>
              <w:t>___</w:t>
            </w:r>
            <w:r>
              <w:rPr>
                <w:color w:val="000000"/>
                <w:sz w:val="18"/>
              </w:rPr>
              <w:t>________________</w:t>
            </w:r>
            <w:r>
              <w:rPr>
                <w:color w:val="000000"/>
                <w:sz w:val="18"/>
              </w:rPr>
              <w:br/>
            </w:r>
          </w:p>
          <w:p w14:paraId="2AC8A376" w14:textId="1CA5ECAD" w:rsidR="00B55C9B" w:rsidRDefault="00000000">
            <w:pPr>
              <w:spacing w:after="0"/>
            </w:pPr>
            <w:r>
              <w:rPr>
                <w:color w:val="000000"/>
                <w:sz w:val="18"/>
              </w:rPr>
              <w:t>Identificación: _________________________</w:t>
            </w:r>
          </w:p>
        </w:tc>
        <w:tc>
          <w:tcPr>
            <w:tcW w:w="4536" w:type="dxa"/>
            <w:tcMar>
              <w:top w:w="80" w:type="dxa"/>
              <w:left w:w="90" w:type="dxa"/>
              <w:bottom w:w="80" w:type="dxa"/>
              <w:right w:w="90" w:type="dxa"/>
            </w:tcMar>
            <w:vAlign w:val="center"/>
          </w:tcPr>
          <w:p w14:paraId="072174AF" w14:textId="551608A0" w:rsidR="005F2602" w:rsidRDefault="005F2602">
            <w:pPr>
              <w:spacing w:after="0"/>
              <w:rPr>
                <w:color w:val="000000"/>
                <w:sz w:val="18"/>
              </w:rPr>
            </w:pPr>
            <w:r>
              <w:rPr>
                <w:color w:val="000000"/>
                <w:sz w:val="18"/>
              </w:rPr>
              <w:t xml:space="preserve">Huella (si aplica): </w:t>
            </w:r>
          </w:p>
          <w:p w14:paraId="198D9746" w14:textId="77777777" w:rsidR="005F2602" w:rsidRDefault="005F2602">
            <w:pPr>
              <w:spacing w:after="0"/>
              <w:rPr>
                <w:color w:val="000000"/>
                <w:sz w:val="18"/>
              </w:rPr>
            </w:pPr>
          </w:p>
          <w:p w14:paraId="70CBD8D7" w14:textId="77777777" w:rsidR="005F2602" w:rsidRDefault="005F2602">
            <w:pPr>
              <w:spacing w:after="0"/>
              <w:rPr>
                <w:color w:val="000000"/>
                <w:sz w:val="18"/>
              </w:rPr>
            </w:pPr>
          </w:p>
          <w:p w14:paraId="3212E724" w14:textId="77777777" w:rsidR="005F2602" w:rsidRDefault="005F2602">
            <w:pPr>
              <w:spacing w:after="0"/>
              <w:rPr>
                <w:color w:val="000000"/>
                <w:sz w:val="18"/>
              </w:rPr>
            </w:pPr>
          </w:p>
          <w:p w14:paraId="6E33A45B" w14:textId="03140510" w:rsidR="00B55C9B" w:rsidRDefault="005F2602">
            <w:pPr>
              <w:spacing w:after="0"/>
            </w:pPr>
            <w:r>
              <w:rPr>
                <w:color w:val="000000"/>
                <w:sz w:val="18"/>
              </w:rPr>
              <w:t>Firma: _______________________________</w:t>
            </w:r>
          </w:p>
        </w:tc>
      </w:tr>
      <w:tr w:rsidR="00B55C9B" w14:paraId="2EC8FCAD" w14:textId="77777777">
        <w:trPr>
          <w:jc w:val="center"/>
        </w:trPr>
        <w:tc>
          <w:tcPr>
            <w:tcW w:w="4536" w:type="dxa"/>
            <w:tcMar>
              <w:top w:w="80" w:type="dxa"/>
              <w:left w:w="90" w:type="dxa"/>
              <w:bottom w:w="80" w:type="dxa"/>
              <w:right w:w="90" w:type="dxa"/>
            </w:tcMar>
            <w:vAlign w:val="center"/>
          </w:tcPr>
          <w:p w14:paraId="67A4B8F8" w14:textId="77777777" w:rsidR="00B55C9B" w:rsidRDefault="00000000">
            <w:pPr>
              <w:spacing w:after="0"/>
            </w:pPr>
            <w:r>
              <w:rPr>
                <w:color w:val="000000"/>
                <w:sz w:val="18"/>
              </w:rPr>
              <w:t>Fecha: ____ / ____ / ______</w:t>
            </w:r>
          </w:p>
        </w:tc>
        <w:tc>
          <w:tcPr>
            <w:tcW w:w="4536" w:type="dxa"/>
            <w:tcMar>
              <w:top w:w="80" w:type="dxa"/>
              <w:left w:w="90" w:type="dxa"/>
              <w:bottom w:w="80" w:type="dxa"/>
              <w:right w:w="90" w:type="dxa"/>
            </w:tcMar>
            <w:vAlign w:val="center"/>
          </w:tcPr>
          <w:p w14:paraId="3558E7FF" w14:textId="77777777" w:rsidR="00B55C9B" w:rsidRDefault="00000000">
            <w:pPr>
              <w:spacing w:after="0"/>
            </w:pPr>
            <w:r>
              <w:rPr>
                <w:color w:val="000000"/>
                <w:sz w:val="18"/>
              </w:rPr>
              <w:t>Ciudad: ______________________________</w:t>
            </w:r>
          </w:p>
        </w:tc>
      </w:tr>
    </w:tbl>
    <w:p w14:paraId="6F9246EC" w14:textId="77777777" w:rsidR="00B55C9B" w:rsidRDefault="00000000">
      <w:pPr>
        <w:spacing w:before="160"/>
      </w:pPr>
      <w:r>
        <w:rPr>
          <w:i/>
          <w:color w:val="666666"/>
          <w:sz w:val="16"/>
        </w:rPr>
        <w:t>Nota institucional previa a publicación: completar el correo, teléfono, dependencia responsable y enlace a la política de tratamiento de datos personales de la Cámara.</w:t>
      </w:r>
    </w:p>
    <w:p w14:paraId="59B7AFEA" w14:textId="77777777" w:rsidR="00B55C9B" w:rsidRDefault="00000000">
      <w:r>
        <w:br w:type="page"/>
      </w:r>
    </w:p>
    <w:p w14:paraId="76E4784D" w14:textId="77777777" w:rsidR="00B55C9B" w:rsidRDefault="00000000">
      <w:pPr>
        <w:pStyle w:val="Ttulo1"/>
        <w:jc w:val="center"/>
      </w:pPr>
      <w:r>
        <w:lastRenderedPageBreak/>
        <w:t>ANEXO 13. CERTIFICACIÓN DE PAGO DE SEGURIDAD SOCIAL Y PARAFISCALES</w:t>
      </w:r>
    </w:p>
    <w:p w14:paraId="35E80913" w14:textId="77777777" w:rsidR="00B55C9B" w:rsidRDefault="00000000" w:rsidP="00B32425">
      <w:pPr>
        <w:spacing w:after="160"/>
        <w:jc w:val="center"/>
      </w:pPr>
      <w:r>
        <w:rPr>
          <w:i/>
          <w:color w:val="666666"/>
          <w:sz w:val="17"/>
        </w:rPr>
        <w:t>Modelo para persona jurídica. Para persona natural, adjuntar planillas y certificaciones que correspondan.</w:t>
      </w:r>
    </w:p>
    <w:p w14:paraId="21B0F559" w14:textId="77777777" w:rsidR="00B55C9B" w:rsidRDefault="00000000">
      <w:pPr>
        <w:jc w:val="both"/>
      </w:pPr>
      <w:r>
        <w:t>Yo, [NOMBRE], identificado(a) con [DOCUMENTO], en calidad de [REPRESENTANTE LEGAL / REVISOR FISCAL] de [RAZÓN SOCIAL], NIT [__________], certifico bajo la gravedad de juramento que la sociedad se encuentra al día en el pago de aportes al Sistema de Seguridad Social Integral y, cuando corresponda, en los aportes parafiscales al SENA, ICBF y cajas de compensación familiar, durante los seis (6) meses anteriores a la fecha de cierre del proceso, de conformidad con la normativa aplicable.</w:t>
      </w:r>
    </w:p>
    <w:p w14:paraId="0C82004A" w14:textId="77777777" w:rsidR="00B32425" w:rsidRDefault="00B32425">
      <w:pPr>
        <w:jc w:val="both"/>
      </w:pPr>
    </w:p>
    <w:tbl>
      <w:tblPr>
        <w:tblW w:w="0" w:type="auto"/>
        <w:jc w:val="center"/>
        <w:tblBorders>
          <w:top w:val="single" w:sz="4" w:space="0" w:color="9AA7B0"/>
          <w:left w:val="single" w:sz="4" w:space="0" w:color="9AA7B0"/>
          <w:bottom w:val="single" w:sz="4" w:space="0" w:color="9AA7B0"/>
          <w:right w:val="single" w:sz="4" w:space="0" w:color="9AA7B0"/>
          <w:insideH w:val="single" w:sz="4" w:space="0" w:color="9AA7B0"/>
          <w:insideV w:val="single" w:sz="4" w:space="0" w:color="9AA7B0"/>
        </w:tblBorders>
        <w:tblLayout w:type="fixed"/>
        <w:tblLook w:val="04A0" w:firstRow="1" w:lastRow="0" w:firstColumn="1" w:lastColumn="0" w:noHBand="0" w:noVBand="1"/>
      </w:tblPr>
      <w:tblGrid>
        <w:gridCol w:w="3118"/>
        <w:gridCol w:w="5953"/>
      </w:tblGrid>
      <w:tr w:rsidR="00B55C9B" w14:paraId="703E7BD2" w14:textId="77777777">
        <w:trPr>
          <w:cantSplit/>
          <w:jc w:val="center"/>
        </w:trPr>
        <w:tc>
          <w:tcPr>
            <w:tcW w:w="3118" w:type="dxa"/>
            <w:shd w:val="clear" w:color="auto" w:fill="DDEBF7"/>
            <w:tcMar>
              <w:top w:w="80" w:type="dxa"/>
              <w:left w:w="90" w:type="dxa"/>
              <w:bottom w:w="80" w:type="dxa"/>
              <w:right w:w="90" w:type="dxa"/>
            </w:tcMar>
            <w:vAlign w:val="center"/>
          </w:tcPr>
          <w:p w14:paraId="1CC109D6" w14:textId="77777777" w:rsidR="00B55C9B" w:rsidRDefault="00000000">
            <w:pPr>
              <w:spacing w:after="0"/>
            </w:pPr>
            <w:r>
              <w:rPr>
                <w:b/>
                <w:color w:val="17365D"/>
                <w:sz w:val="18"/>
              </w:rPr>
              <w:t>Periodo certificado</w:t>
            </w:r>
          </w:p>
        </w:tc>
        <w:tc>
          <w:tcPr>
            <w:tcW w:w="5953" w:type="dxa"/>
            <w:tcMar>
              <w:top w:w="80" w:type="dxa"/>
              <w:left w:w="90" w:type="dxa"/>
              <w:bottom w:w="80" w:type="dxa"/>
              <w:right w:w="90" w:type="dxa"/>
            </w:tcMar>
            <w:vAlign w:val="center"/>
          </w:tcPr>
          <w:p w14:paraId="34A31A8E" w14:textId="77777777" w:rsidR="00B55C9B" w:rsidRDefault="00000000">
            <w:pPr>
              <w:spacing w:after="0"/>
            </w:pPr>
            <w:r>
              <w:rPr>
                <w:color w:val="1F4E78"/>
                <w:sz w:val="18"/>
              </w:rPr>
              <w:t>Desde [____/____/____] hasta [____/____/____]</w:t>
            </w:r>
          </w:p>
        </w:tc>
      </w:tr>
      <w:tr w:rsidR="00B55C9B" w14:paraId="7A8674BA" w14:textId="77777777">
        <w:trPr>
          <w:cantSplit/>
          <w:jc w:val="center"/>
        </w:trPr>
        <w:tc>
          <w:tcPr>
            <w:tcW w:w="3118" w:type="dxa"/>
            <w:shd w:val="clear" w:color="auto" w:fill="DDEBF7"/>
            <w:tcMar>
              <w:top w:w="80" w:type="dxa"/>
              <w:left w:w="90" w:type="dxa"/>
              <w:bottom w:w="80" w:type="dxa"/>
              <w:right w:w="90" w:type="dxa"/>
            </w:tcMar>
            <w:vAlign w:val="center"/>
          </w:tcPr>
          <w:p w14:paraId="28211702" w14:textId="77777777" w:rsidR="00B55C9B" w:rsidRDefault="00000000">
            <w:pPr>
              <w:spacing w:after="0"/>
            </w:pPr>
            <w:r>
              <w:rPr>
                <w:b/>
                <w:color w:val="17365D"/>
                <w:sz w:val="18"/>
              </w:rPr>
              <w:t>Número de empleados / cotizantes</w:t>
            </w:r>
          </w:p>
        </w:tc>
        <w:tc>
          <w:tcPr>
            <w:tcW w:w="5953" w:type="dxa"/>
            <w:tcMar>
              <w:top w:w="80" w:type="dxa"/>
              <w:left w:w="90" w:type="dxa"/>
              <w:bottom w:w="80" w:type="dxa"/>
              <w:right w:w="90" w:type="dxa"/>
            </w:tcMar>
            <w:vAlign w:val="center"/>
          </w:tcPr>
          <w:p w14:paraId="187C7AFA" w14:textId="77777777" w:rsidR="00B55C9B" w:rsidRDefault="00000000">
            <w:pPr>
              <w:spacing w:after="0"/>
            </w:pPr>
            <w:r>
              <w:rPr>
                <w:color w:val="1F4E78"/>
                <w:sz w:val="18"/>
              </w:rPr>
              <w:t>[____________]</w:t>
            </w:r>
          </w:p>
        </w:tc>
      </w:tr>
      <w:tr w:rsidR="00B55C9B" w14:paraId="0174447B" w14:textId="77777777">
        <w:trPr>
          <w:cantSplit/>
          <w:jc w:val="center"/>
        </w:trPr>
        <w:tc>
          <w:tcPr>
            <w:tcW w:w="3118" w:type="dxa"/>
            <w:shd w:val="clear" w:color="auto" w:fill="DDEBF7"/>
            <w:tcMar>
              <w:top w:w="80" w:type="dxa"/>
              <w:left w:w="90" w:type="dxa"/>
              <w:bottom w:w="80" w:type="dxa"/>
              <w:right w:w="90" w:type="dxa"/>
            </w:tcMar>
            <w:vAlign w:val="center"/>
          </w:tcPr>
          <w:p w14:paraId="1338EE59" w14:textId="77777777" w:rsidR="00B55C9B" w:rsidRDefault="00000000">
            <w:pPr>
              <w:spacing w:after="0"/>
            </w:pPr>
            <w:r>
              <w:rPr>
                <w:b/>
                <w:color w:val="17365D"/>
                <w:sz w:val="18"/>
              </w:rPr>
              <w:t>Operador de planilla</w:t>
            </w:r>
          </w:p>
        </w:tc>
        <w:tc>
          <w:tcPr>
            <w:tcW w:w="5953" w:type="dxa"/>
            <w:tcMar>
              <w:top w:w="80" w:type="dxa"/>
              <w:left w:w="90" w:type="dxa"/>
              <w:bottom w:w="80" w:type="dxa"/>
              <w:right w:w="90" w:type="dxa"/>
            </w:tcMar>
            <w:vAlign w:val="center"/>
          </w:tcPr>
          <w:p w14:paraId="0A1C79AB" w14:textId="77777777" w:rsidR="00B55C9B" w:rsidRDefault="00000000">
            <w:pPr>
              <w:spacing w:after="0"/>
            </w:pPr>
            <w:r>
              <w:rPr>
                <w:color w:val="1F4E78"/>
                <w:sz w:val="18"/>
              </w:rPr>
              <w:t>[____________]</w:t>
            </w:r>
          </w:p>
        </w:tc>
      </w:tr>
      <w:tr w:rsidR="00B55C9B" w14:paraId="02DFFEE8" w14:textId="77777777">
        <w:trPr>
          <w:cantSplit/>
          <w:jc w:val="center"/>
        </w:trPr>
        <w:tc>
          <w:tcPr>
            <w:tcW w:w="3118" w:type="dxa"/>
            <w:shd w:val="clear" w:color="auto" w:fill="DDEBF7"/>
            <w:tcMar>
              <w:top w:w="80" w:type="dxa"/>
              <w:left w:w="90" w:type="dxa"/>
              <w:bottom w:w="80" w:type="dxa"/>
              <w:right w:w="90" w:type="dxa"/>
            </w:tcMar>
            <w:vAlign w:val="center"/>
          </w:tcPr>
          <w:p w14:paraId="6473CE5D" w14:textId="77777777" w:rsidR="00B55C9B" w:rsidRDefault="00000000">
            <w:pPr>
              <w:spacing w:after="0"/>
            </w:pPr>
            <w:r>
              <w:rPr>
                <w:b/>
                <w:color w:val="17365D"/>
                <w:sz w:val="18"/>
              </w:rPr>
              <w:t>Números de planilla / soportes</w:t>
            </w:r>
          </w:p>
        </w:tc>
        <w:tc>
          <w:tcPr>
            <w:tcW w:w="5953" w:type="dxa"/>
            <w:tcMar>
              <w:top w:w="80" w:type="dxa"/>
              <w:left w:w="90" w:type="dxa"/>
              <w:bottom w:w="80" w:type="dxa"/>
              <w:right w:w="90" w:type="dxa"/>
            </w:tcMar>
            <w:vAlign w:val="center"/>
          </w:tcPr>
          <w:p w14:paraId="49C0C204" w14:textId="77777777" w:rsidR="00B55C9B" w:rsidRDefault="00000000">
            <w:pPr>
              <w:spacing w:after="0"/>
            </w:pPr>
            <w:r>
              <w:rPr>
                <w:color w:val="1F4E78"/>
                <w:sz w:val="18"/>
              </w:rPr>
              <w:t>[____________]</w:t>
            </w:r>
          </w:p>
        </w:tc>
      </w:tr>
      <w:tr w:rsidR="00B55C9B" w14:paraId="75CE2CB7" w14:textId="77777777">
        <w:trPr>
          <w:cantSplit/>
          <w:jc w:val="center"/>
        </w:trPr>
        <w:tc>
          <w:tcPr>
            <w:tcW w:w="3118" w:type="dxa"/>
            <w:shd w:val="clear" w:color="auto" w:fill="DDEBF7"/>
            <w:tcMar>
              <w:top w:w="80" w:type="dxa"/>
              <w:left w:w="90" w:type="dxa"/>
              <w:bottom w:w="80" w:type="dxa"/>
              <w:right w:w="90" w:type="dxa"/>
            </w:tcMar>
            <w:vAlign w:val="center"/>
          </w:tcPr>
          <w:p w14:paraId="6642A986" w14:textId="77777777" w:rsidR="00B55C9B" w:rsidRDefault="00000000">
            <w:pPr>
              <w:spacing w:after="0"/>
            </w:pPr>
            <w:r>
              <w:rPr>
                <w:b/>
                <w:color w:val="17365D"/>
                <w:sz w:val="18"/>
              </w:rPr>
              <w:t>Observaciones</w:t>
            </w:r>
          </w:p>
        </w:tc>
        <w:tc>
          <w:tcPr>
            <w:tcW w:w="5953" w:type="dxa"/>
            <w:tcMar>
              <w:top w:w="80" w:type="dxa"/>
              <w:left w:w="90" w:type="dxa"/>
              <w:bottom w:w="80" w:type="dxa"/>
              <w:right w:w="90" w:type="dxa"/>
            </w:tcMar>
            <w:vAlign w:val="center"/>
          </w:tcPr>
          <w:p w14:paraId="266E7012" w14:textId="77777777" w:rsidR="00B55C9B" w:rsidRDefault="00000000">
            <w:pPr>
              <w:spacing w:after="0"/>
            </w:pPr>
            <w:r>
              <w:rPr>
                <w:color w:val="1F4E78"/>
                <w:sz w:val="18"/>
              </w:rPr>
              <w:t>[____________]</w:t>
            </w:r>
          </w:p>
        </w:tc>
      </w:tr>
    </w:tbl>
    <w:p w14:paraId="019661F2" w14:textId="77777777" w:rsidR="00B55C9B" w:rsidRDefault="00B55C9B"/>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4536"/>
        <w:gridCol w:w="4536"/>
      </w:tblGrid>
      <w:tr w:rsidR="00B55C9B" w14:paraId="21954229" w14:textId="77777777">
        <w:trPr>
          <w:jc w:val="center"/>
        </w:trPr>
        <w:tc>
          <w:tcPr>
            <w:tcW w:w="4536" w:type="dxa"/>
            <w:tcMar>
              <w:top w:w="80" w:type="dxa"/>
              <w:left w:w="90" w:type="dxa"/>
              <w:bottom w:w="80" w:type="dxa"/>
              <w:right w:w="90" w:type="dxa"/>
            </w:tcMar>
            <w:vAlign w:val="center"/>
          </w:tcPr>
          <w:p w14:paraId="09CC55CE" w14:textId="77777777" w:rsidR="00B32425" w:rsidRDefault="00000000">
            <w:pPr>
              <w:spacing w:after="0"/>
              <w:rPr>
                <w:color w:val="000000"/>
                <w:sz w:val="18"/>
              </w:rPr>
            </w:pPr>
            <w:r>
              <w:rPr>
                <w:color w:val="000000"/>
                <w:sz w:val="18"/>
              </w:rPr>
              <w:t>Nombre: __________________________________</w:t>
            </w:r>
            <w:r>
              <w:rPr>
                <w:color w:val="000000"/>
                <w:sz w:val="18"/>
              </w:rPr>
              <w:br/>
            </w:r>
          </w:p>
          <w:p w14:paraId="01381EF7" w14:textId="67FC7EEA" w:rsidR="00B55C9B" w:rsidRDefault="00000000">
            <w:pPr>
              <w:spacing w:after="0"/>
            </w:pPr>
            <w:r>
              <w:rPr>
                <w:color w:val="000000"/>
                <w:sz w:val="18"/>
              </w:rPr>
              <w:t>Documento: ________________________________</w:t>
            </w:r>
          </w:p>
        </w:tc>
        <w:tc>
          <w:tcPr>
            <w:tcW w:w="4536" w:type="dxa"/>
            <w:tcMar>
              <w:top w:w="80" w:type="dxa"/>
              <w:left w:w="90" w:type="dxa"/>
              <w:bottom w:w="80" w:type="dxa"/>
              <w:right w:w="90" w:type="dxa"/>
            </w:tcMar>
            <w:vAlign w:val="center"/>
          </w:tcPr>
          <w:p w14:paraId="2CD2322C" w14:textId="77777777" w:rsidR="00B32425" w:rsidRDefault="00000000">
            <w:pPr>
              <w:spacing w:after="0"/>
              <w:rPr>
                <w:color w:val="000000"/>
                <w:sz w:val="18"/>
              </w:rPr>
            </w:pPr>
            <w:r>
              <w:rPr>
                <w:color w:val="000000"/>
                <w:sz w:val="18"/>
              </w:rPr>
              <w:t>Cargo / calidad: ____________________________</w:t>
            </w:r>
            <w:r>
              <w:rPr>
                <w:color w:val="000000"/>
                <w:sz w:val="18"/>
              </w:rPr>
              <w:br/>
            </w:r>
          </w:p>
          <w:p w14:paraId="610896FD" w14:textId="641C0D91" w:rsidR="00B55C9B" w:rsidRDefault="00000000">
            <w:pPr>
              <w:spacing w:after="0"/>
            </w:pPr>
            <w:r>
              <w:rPr>
                <w:color w:val="000000"/>
                <w:sz w:val="18"/>
              </w:rPr>
              <w:t>Firma: __________</w:t>
            </w:r>
            <w:r w:rsidR="00B32425">
              <w:rPr>
                <w:color w:val="000000"/>
                <w:sz w:val="18"/>
              </w:rPr>
              <w:t>_</w:t>
            </w:r>
            <w:r>
              <w:rPr>
                <w:color w:val="000000"/>
                <w:sz w:val="18"/>
              </w:rPr>
              <w:t>________________________</w:t>
            </w:r>
          </w:p>
        </w:tc>
      </w:tr>
      <w:tr w:rsidR="00B55C9B" w14:paraId="158B75FB" w14:textId="77777777">
        <w:trPr>
          <w:jc w:val="center"/>
        </w:trPr>
        <w:tc>
          <w:tcPr>
            <w:tcW w:w="4536" w:type="dxa"/>
            <w:tcMar>
              <w:top w:w="80" w:type="dxa"/>
              <w:left w:w="90" w:type="dxa"/>
              <w:bottom w:w="80" w:type="dxa"/>
              <w:right w:w="90" w:type="dxa"/>
            </w:tcMar>
            <w:vAlign w:val="center"/>
          </w:tcPr>
          <w:p w14:paraId="7617ECBE" w14:textId="77777777" w:rsidR="00B55C9B" w:rsidRDefault="00000000">
            <w:pPr>
              <w:spacing w:after="0"/>
            </w:pPr>
            <w:r>
              <w:rPr>
                <w:color w:val="000000"/>
                <w:sz w:val="18"/>
              </w:rPr>
              <w:t>Fecha: ____ / ____ / ______</w:t>
            </w:r>
          </w:p>
        </w:tc>
        <w:tc>
          <w:tcPr>
            <w:tcW w:w="4536" w:type="dxa"/>
            <w:tcMar>
              <w:top w:w="80" w:type="dxa"/>
              <w:left w:w="90" w:type="dxa"/>
              <w:bottom w:w="80" w:type="dxa"/>
              <w:right w:w="90" w:type="dxa"/>
            </w:tcMar>
            <w:vAlign w:val="center"/>
          </w:tcPr>
          <w:p w14:paraId="0EE22AAA" w14:textId="15BBE3BA" w:rsidR="00B55C9B" w:rsidRDefault="00000000">
            <w:pPr>
              <w:spacing w:after="0"/>
            </w:pPr>
            <w:r>
              <w:rPr>
                <w:color w:val="000000"/>
                <w:sz w:val="18"/>
              </w:rPr>
              <w:t>Ciudad: ____</w:t>
            </w:r>
            <w:r w:rsidR="00B32425">
              <w:rPr>
                <w:color w:val="000000"/>
                <w:sz w:val="18"/>
              </w:rPr>
              <w:t>_____</w:t>
            </w:r>
            <w:r>
              <w:rPr>
                <w:color w:val="000000"/>
                <w:sz w:val="18"/>
              </w:rPr>
              <w:t>__________________________</w:t>
            </w:r>
          </w:p>
        </w:tc>
      </w:tr>
    </w:tbl>
    <w:p w14:paraId="655726B8" w14:textId="77777777" w:rsidR="007D65C2" w:rsidRDefault="007D65C2">
      <w:pPr>
        <w:rPr>
          <w:i/>
          <w:color w:val="666666"/>
          <w:sz w:val="16"/>
        </w:rPr>
      </w:pPr>
    </w:p>
    <w:p w14:paraId="2239D6D5" w14:textId="0ACFEA2B" w:rsidR="00B55C9B" w:rsidRDefault="00000000">
      <w:r>
        <w:rPr>
          <w:i/>
          <w:color w:val="666666"/>
          <w:sz w:val="16"/>
        </w:rPr>
        <w:t>Revisor fiscal: indicar número de tarjeta profesional y adjuntar certificado de antecedentes de la Junta Central de Contadores cuando sea aplicable.</w:t>
      </w:r>
    </w:p>
    <w:p w14:paraId="1FF36925" w14:textId="77777777" w:rsidR="00B55C9B" w:rsidRDefault="00000000">
      <w:r>
        <w:br w:type="page"/>
      </w:r>
    </w:p>
    <w:p w14:paraId="58157A05" w14:textId="77777777" w:rsidR="00B55C9B" w:rsidRDefault="00000000">
      <w:pPr>
        <w:pStyle w:val="Ttulo1"/>
        <w:jc w:val="center"/>
      </w:pPr>
      <w:r>
        <w:lastRenderedPageBreak/>
        <w:t>ANEXO 14. CONSTANCIA DE VISITA TÉCNICA OBLIGATORIA</w:t>
      </w:r>
    </w:p>
    <w:p w14:paraId="4AF6F9E4" w14:textId="77777777" w:rsidR="00B55C9B" w:rsidRDefault="00000000" w:rsidP="00772061">
      <w:pPr>
        <w:spacing w:after="160"/>
        <w:jc w:val="center"/>
      </w:pPr>
      <w:r>
        <w:rPr>
          <w:i/>
          <w:color w:val="666666"/>
          <w:sz w:val="17"/>
        </w:rPr>
        <w:t>Documento para diligenciar por la Cámara el día de la visita y entregar copia al interesado.</w:t>
      </w:r>
    </w:p>
    <w:tbl>
      <w:tblPr>
        <w:tblW w:w="0" w:type="auto"/>
        <w:jc w:val="center"/>
        <w:tblBorders>
          <w:top w:val="single" w:sz="4" w:space="0" w:color="9AA7B0"/>
          <w:left w:val="single" w:sz="4" w:space="0" w:color="9AA7B0"/>
          <w:bottom w:val="single" w:sz="4" w:space="0" w:color="9AA7B0"/>
          <w:right w:val="single" w:sz="4" w:space="0" w:color="9AA7B0"/>
          <w:insideH w:val="single" w:sz="4" w:space="0" w:color="9AA7B0"/>
          <w:insideV w:val="single" w:sz="4" w:space="0" w:color="9AA7B0"/>
        </w:tblBorders>
        <w:tblLayout w:type="fixed"/>
        <w:tblLook w:val="04A0" w:firstRow="1" w:lastRow="0" w:firstColumn="1" w:lastColumn="0" w:noHBand="0" w:noVBand="1"/>
      </w:tblPr>
      <w:tblGrid>
        <w:gridCol w:w="3118"/>
        <w:gridCol w:w="5953"/>
      </w:tblGrid>
      <w:tr w:rsidR="00B55C9B" w14:paraId="43369C7B" w14:textId="77777777">
        <w:trPr>
          <w:cantSplit/>
          <w:jc w:val="center"/>
        </w:trPr>
        <w:tc>
          <w:tcPr>
            <w:tcW w:w="3118" w:type="dxa"/>
            <w:shd w:val="clear" w:color="auto" w:fill="DDEBF7"/>
            <w:tcMar>
              <w:top w:w="80" w:type="dxa"/>
              <w:left w:w="90" w:type="dxa"/>
              <w:bottom w:w="80" w:type="dxa"/>
              <w:right w:w="90" w:type="dxa"/>
            </w:tcMar>
            <w:vAlign w:val="center"/>
          </w:tcPr>
          <w:p w14:paraId="7FDD8521" w14:textId="77777777" w:rsidR="00B55C9B" w:rsidRDefault="00000000">
            <w:pPr>
              <w:spacing w:after="0"/>
            </w:pPr>
            <w:r>
              <w:rPr>
                <w:b/>
                <w:color w:val="17365D"/>
                <w:sz w:val="17"/>
              </w:rPr>
              <w:t>Fecha y hora de la visita</w:t>
            </w:r>
          </w:p>
        </w:tc>
        <w:tc>
          <w:tcPr>
            <w:tcW w:w="5953" w:type="dxa"/>
            <w:tcMar>
              <w:top w:w="80" w:type="dxa"/>
              <w:left w:w="90" w:type="dxa"/>
              <w:bottom w:w="80" w:type="dxa"/>
              <w:right w:w="90" w:type="dxa"/>
            </w:tcMar>
            <w:vAlign w:val="center"/>
          </w:tcPr>
          <w:p w14:paraId="70493301" w14:textId="77777777" w:rsidR="00B55C9B" w:rsidRDefault="00000000">
            <w:pPr>
              <w:spacing w:after="0"/>
            </w:pPr>
            <w:r>
              <w:rPr>
                <w:color w:val="1F4E78"/>
                <w:sz w:val="17"/>
              </w:rPr>
              <w:t>[____/____/2026] – [___</w:t>
            </w:r>
            <w:proofErr w:type="gramStart"/>
            <w:r>
              <w:rPr>
                <w:color w:val="1F4E78"/>
                <w:sz w:val="17"/>
              </w:rPr>
              <w:t>_:_</w:t>
            </w:r>
            <w:proofErr w:type="gramEnd"/>
            <w:r>
              <w:rPr>
                <w:color w:val="1F4E78"/>
                <w:sz w:val="17"/>
              </w:rPr>
              <w:t>___]</w:t>
            </w:r>
          </w:p>
        </w:tc>
      </w:tr>
      <w:tr w:rsidR="00B55C9B" w14:paraId="36A9E318" w14:textId="77777777">
        <w:trPr>
          <w:cantSplit/>
          <w:jc w:val="center"/>
        </w:trPr>
        <w:tc>
          <w:tcPr>
            <w:tcW w:w="3118" w:type="dxa"/>
            <w:shd w:val="clear" w:color="auto" w:fill="DDEBF7"/>
            <w:tcMar>
              <w:top w:w="80" w:type="dxa"/>
              <w:left w:w="90" w:type="dxa"/>
              <w:bottom w:w="80" w:type="dxa"/>
              <w:right w:w="90" w:type="dxa"/>
            </w:tcMar>
            <w:vAlign w:val="center"/>
          </w:tcPr>
          <w:p w14:paraId="211E02E9" w14:textId="77777777" w:rsidR="00B55C9B" w:rsidRDefault="00000000">
            <w:pPr>
              <w:spacing w:after="0"/>
            </w:pPr>
            <w:r>
              <w:rPr>
                <w:b/>
                <w:color w:val="17365D"/>
                <w:sz w:val="17"/>
              </w:rPr>
              <w:t>Lugar</w:t>
            </w:r>
          </w:p>
        </w:tc>
        <w:tc>
          <w:tcPr>
            <w:tcW w:w="5953" w:type="dxa"/>
            <w:tcMar>
              <w:top w:w="80" w:type="dxa"/>
              <w:left w:w="90" w:type="dxa"/>
              <w:bottom w:w="80" w:type="dxa"/>
              <w:right w:w="90" w:type="dxa"/>
            </w:tcMar>
            <w:vAlign w:val="center"/>
          </w:tcPr>
          <w:p w14:paraId="17627186" w14:textId="77777777" w:rsidR="00B55C9B" w:rsidRDefault="00000000">
            <w:pPr>
              <w:spacing w:after="0"/>
            </w:pPr>
            <w:r>
              <w:rPr>
                <w:color w:val="000000"/>
                <w:sz w:val="17"/>
              </w:rPr>
              <w:t>Sede de la Cámara de Comercio del Amazonas – Carrera 11 No. 11-09, Leticia, Amazonas</w:t>
            </w:r>
          </w:p>
        </w:tc>
      </w:tr>
      <w:tr w:rsidR="00B55C9B" w14:paraId="0B6FEB19" w14:textId="77777777">
        <w:trPr>
          <w:cantSplit/>
          <w:jc w:val="center"/>
        </w:trPr>
        <w:tc>
          <w:tcPr>
            <w:tcW w:w="3118" w:type="dxa"/>
            <w:shd w:val="clear" w:color="auto" w:fill="DDEBF7"/>
            <w:tcMar>
              <w:top w:w="80" w:type="dxa"/>
              <w:left w:w="90" w:type="dxa"/>
              <w:bottom w:w="80" w:type="dxa"/>
              <w:right w:w="90" w:type="dxa"/>
            </w:tcMar>
            <w:vAlign w:val="center"/>
          </w:tcPr>
          <w:p w14:paraId="2E79D926" w14:textId="77777777" w:rsidR="00B55C9B" w:rsidRDefault="00000000">
            <w:pPr>
              <w:spacing w:after="0"/>
            </w:pPr>
            <w:r>
              <w:rPr>
                <w:b/>
                <w:color w:val="17365D"/>
                <w:sz w:val="17"/>
              </w:rPr>
              <w:t>Interesado / oferente</w:t>
            </w:r>
          </w:p>
        </w:tc>
        <w:tc>
          <w:tcPr>
            <w:tcW w:w="5953" w:type="dxa"/>
            <w:tcMar>
              <w:top w:w="80" w:type="dxa"/>
              <w:left w:w="90" w:type="dxa"/>
              <w:bottom w:w="80" w:type="dxa"/>
              <w:right w:w="90" w:type="dxa"/>
            </w:tcMar>
            <w:vAlign w:val="center"/>
          </w:tcPr>
          <w:p w14:paraId="138C60F2" w14:textId="77777777" w:rsidR="00B55C9B" w:rsidRDefault="00000000">
            <w:pPr>
              <w:spacing w:after="0"/>
            </w:pPr>
            <w:r>
              <w:rPr>
                <w:color w:val="1F4E78"/>
                <w:sz w:val="17"/>
              </w:rPr>
              <w:t>[____________________________________________]</w:t>
            </w:r>
          </w:p>
        </w:tc>
      </w:tr>
      <w:tr w:rsidR="00B55C9B" w14:paraId="0A74F5E2" w14:textId="77777777">
        <w:trPr>
          <w:cantSplit/>
          <w:jc w:val="center"/>
        </w:trPr>
        <w:tc>
          <w:tcPr>
            <w:tcW w:w="3118" w:type="dxa"/>
            <w:shd w:val="clear" w:color="auto" w:fill="DDEBF7"/>
            <w:tcMar>
              <w:top w:w="80" w:type="dxa"/>
              <w:left w:w="90" w:type="dxa"/>
              <w:bottom w:w="80" w:type="dxa"/>
              <w:right w:w="90" w:type="dxa"/>
            </w:tcMar>
            <w:vAlign w:val="center"/>
          </w:tcPr>
          <w:p w14:paraId="5F9AE6FC" w14:textId="77777777" w:rsidR="00B55C9B" w:rsidRDefault="00000000">
            <w:pPr>
              <w:spacing w:after="0"/>
            </w:pPr>
            <w:r>
              <w:rPr>
                <w:b/>
                <w:color w:val="17365D"/>
                <w:sz w:val="17"/>
              </w:rPr>
              <w:t>NIT / identificación</w:t>
            </w:r>
          </w:p>
        </w:tc>
        <w:tc>
          <w:tcPr>
            <w:tcW w:w="5953" w:type="dxa"/>
            <w:tcMar>
              <w:top w:w="80" w:type="dxa"/>
              <w:left w:w="90" w:type="dxa"/>
              <w:bottom w:w="80" w:type="dxa"/>
              <w:right w:w="90" w:type="dxa"/>
            </w:tcMar>
            <w:vAlign w:val="center"/>
          </w:tcPr>
          <w:p w14:paraId="549C47A2" w14:textId="77777777" w:rsidR="00B55C9B" w:rsidRDefault="00000000">
            <w:pPr>
              <w:spacing w:after="0"/>
            </w:pPr>
            <w:r>
              <w:rPr>
                <w:color w:val="1F4E78"/>
                <w:sz w:val="17"/>
              </w:rPr>
              <w:t>[____________________________________________]</w:t>
            </w:r>
          </w:p>
        </w:tc>
      </w:tr>
      <w:tr w:rsidR="00B55C9B" w14:paraId="3205B9A2" w14:textId="77777777">
        <w:trPr>
          <w:cantSplit/>
          <w:jc w:val="center"/>
        </w:trPr>
        <w:tc>
          <w:tcPr>
            <w:tcW w:w="3118" w:type="dxa"/>
            <w:shd w:val="clear" w:color="auto" w:fill="DDEBF7"/>
            <w:tcMar>
              <w:top w:w="80" w:type="dxa"/>
              <w:left w:w="90" w:type="dxa"/>
              <w:bottom w:w="80" w:type="dxa"/>
              <w:right w:w="90" w:type="dxa"/>
            </w:tcMar>
            <w:vAlign w:val="center"/>
          </w:tcPr>
          <w:p w14:paraId="4409A562" w14:textId="77777777" w:rsidR="00B55C9B" w:rsidRDefault="00000000">
            <w:pPr>
              <w:spacing w:after="0"/>
            </w:pPr>
            <w:r>
              <w:rPr>
                <w:b/>
                <w:color w:val="17365D"/>
                <w:sz w:val="17"/>
              </w:rPr>
              <w:t>Persona que asiste</w:t>
            </w:r>
          </w:p>
        </w:tc>
        <w:tc>
          <w:tcPr>
            <w:tcW w:w="5953" w:type="dxa"/>
            <w:tcMar>
              <w:top w:w="80" w:type="dxa"/>
              <w:left w:w="90" w:type="dxa"/>
              <w:bottom w:w="80" w:type="dxa"/>
              <w:right w:w="90" w:type="dxa"/>
            </w:tcMar>
            <w:vAlign w:val="center"/>
          </w:tcPr>
          <w:p w14:paraId="411A88FA" w14:textId="77777777" w:rsidR="00B55C9B" w:rsidRDefault="00000000">
            <w:pPr>
              <w:spacing w:after="0"/>
            </w:pPr>
            <w:r>
              <w:rPr>
                <w:color w:val="1F4E78"/>
                <w:sz w:val="17"/>
              </w:rPr>
              <w:t>[____________________________________________]</w:t>
            </w:r>
          </w:p>
        </w:tc>
      </w:tr>
      <w:tr w:rsidR="00B55C9B" w14:paraId="12B8F18A" w14:textId="77777777">
        <w:trPr>
          <w:cantSplit/>
          <w:jc w:val="center"/>
        </w:trPr>
        <w:tc>
          <w:tcPr>
            <w:tcW w:w="3118" w:type="dxa"/>
            <w:shd w:val="clear" w:color="auto" w:fill="DDEBF7"/>
            <w:tcMar>
              <w:top w:w="80" w:type="dxa"/>
              <w:left w:w="90" w:type="dxa"/>
              <w:bottom w:w="80" w:type="dxa"/>
              <w:right w:w="90" w:type="dxa"/>
            </w:tcMar>
            <w:vAlign w:val="center"/>
          </w:tcPr>
          <w:p w14:paraId="20AF5B63" w14:textId="77777777" w:rsidR="00B55C9B" w:rsidRDefault="00000000">
            <w:pPr>
              <w:spacing w:after="0"/>
            </w:pPr>
            <w:r>
              <w:rPr>
                <w:b/>
                <w:color w:val="17365D"/>
                <w:sz w:val="17"/>
              </w:rPr>
              <w:t>Documento de identidad</w:t>
            </w:r>
          </w:p>
        </w:tc>
        <w:tc>
          <w:tcPr>
            <w:tcW w:w="5953" w:type="dxa"/>
            <w:tcMar>
              <w:top w:w="80" w:type="dxa"/>
              <w:left w:w="90" w:type="dxa"/>
              <w:bottom w:w="80" w:type="dxa"/>
              <w:right w:w="90" w:type="dxa"/>
            </w:tcMar>
            <w:vAlign w:val="center"/>
          </w:tcPr>
          <w:p w14:paraId="0251AF26" w14:textId="77777777" w:rsidR="00B55C9B" w:rsidRDefault="00000000">
            <w:pPr>
              <w:spacing w:after="0"/>
            </w:pPr>
            <w:r>
              <w:rPr>
                <w:color w:val="1F4E78"/>
                <w:sz w:val="17"/>
              </w:rPr>
              <w:t>[____________________________________________]</w:t>
            </w:r>
          </w:p>
        </w:tc>
      </w:tr>
      <w:tr w:rsidR="00B55C9B" w14:paraId="13B89B0F" w14:textId="77777777">
        <w:trPr>
          <w:cantSplit/>
          <w:jc w:val="center"/>
        </w:trPr>
        <w:tc>
          <w:tcPr>
            <w:tcW w:w="3118" w:type="dxa"/>
            <w:shd w:val="clear" w:color="auto" w:fill="DDEBF7"/>
            <w:tcMar>
              <w:top w:w="80" w:type="dxa"/>
              <w:left w:w="90" w:type="dxa"/>
              <w:bottom w:w="80" w:type="dxa"/>
              <w:right w:w="90" w:type="dxa"/>
            </w:tcMar>
            <w:vAlign w:val="center"/>
          </w:tcPr>
          <w:p w14:paraId="5C16FF78" w14:textId="77777777" w:rsidR="00B55C9B" w:rsidRDefault="00000000">
            <w:pPr>
              <w:spacing w:after="0"/>
            </w:pPr>
            <w:r>
              <w:rPr>
                <w:b/>
                <w:color w:val="17365D"/>
                <w:sz w:val="17"/>
              </w:rPr>
              <w:t>Profesión y matrícula / TP</w:t>
            </w:r>
          </w:p>
        </w:tc>
        <w:tc>
          <w:tcPr>
            <w:tcW w:w="5953" w:type="dxa"/>
            <w:tcMar>
              <w:top w:w="80" w:type="dxa"/>
              <w:left w:w="90" w:type="dxa"/>
              <w:bottom w:w="80" w:type="dxa"/>
              <w:right w:w="90" w:type="dxa"/>
            </w:tcMar>
            <w:vAlign w:val="center"/>
          </w:tcPr>
          <w:p w14:paraId="7953823F" w14:textId="77777777" w:rsidR="00B55C9B" w:rsidRDefault="00000000">
            <w:pPr>
              <w:spacing w:after="0"/>
            </w:pPr>
            <w:r>
              <w:rPr>
                <w:color w:val="1F4E78"/>
                <w:sz w:val="17"/>
              </w:rPr>
              <w:t>[____________________________________________]</w:t>
            </w:r>
          </w:p>
        </w:tc>
      </w:tr>
      <w:tr w:rsidR="00B55C9B" w14:paraId="42E2E98C" w14:textId="77777777">
        <w:trPr>
          <w:cantSplit/>
          <w:jc w:val="center"/>
        </w:trPr>
        <w:tc>
          <w:tcPr>
            <w:tcW w:w="3118" w:type="dxa"/>
            <w:shd w:val="clear" w:color="auto" w:fill="DDEBF7"/>
            <w:tcMar>
              <w:top w:w="80" w:type="dxa"/>
              <w:left w:w="90" w:type="dxa"/>
              <w:bottom w:w="80" w:type="dxa"/>
              <w:right w:w="90" w:type="dxa"/>
            </w:tcMar>
            <w:vAlign w:val="center"/>
          </w:tcPr>
          <w:p w14:paraId="2C213EC8" w14:textId="77777777" w:rsidR="00B55C9B" w:rsidRDefault="00000000">
            <w:pPr>
              <w:spacing w:after="0"/>
            </w:pPr>
            <w:r>
              <w:rPr>
                <w:b/>
                <w:color w:val="17365D"/>
                <w:sz w:val="17"/>
              </w:rPr>
              <w:t>Calidad en la que asiste</w:t>
            </w:r>
          </w:p>
        </w:tc>
        <w:tc>
          <w:tcPr>
            <w:tcW w:w="5953" w:type="dxa"/>
            <w:tcMar>
              <w:top w:w="80" w:type="dxa"/>
              <w:left w:w="90" w:type="dxa"/>
              <w:bottom w:w="80" w:type="dxa"/>
              <w:right w:w="90" w:type="dxa"/>
            </w:tcMar>
            <w:vAlign w:val="center"/>
          </w:tcPr>
          <w:p w14:paraId="12723834" w14:textId="77777777" w:rsidR="00B55C9B" w:rsidRDefault="00000000">
            <w:pPr>
              <w:spacing w:after="0"/>
            </w:pPr>
            <w:r>
              <w:rPr>
                <w:color w:val="1F4E78"/>
                <w:sz w:val="17"/>
              </w:rPr>
              <w:t xml:space="preserve">☐ Representante </w:t>
            </w:r>
            <w:proofErr w:type="gramStart"/>
            <w:r>
              <w:rPr>
                <w:color w:val="1F4E78"/>
                <w:sz w:val="17"/>
              </w:rPr>
              <w:t>legal  ☐</w:t>
            </w:r>
            <w:proofErr w:type="gramEnd"/>
            <w:r>
              <w:rPr>
                <w:color w:val="1F4E78"/>
                <w:sz w:val="17"/>
              </w:rPr>
              <w:t xml:space="preserve"> Profesional autorizado  ☐ Persona natural  ☐ Otro: [____]</w:t>
            </w:r>
          </w:p>
        </w:tc>
      </w:tr>
      <w:tr w:rsidR="00B55C9B" w14:paraId="3FDF0F58" w14:textId="77777777">
        <w:trPr>
          <w:cantSplit/>
          <w:jc w:val="center"/>
        </w:trPr>
        <w:tc>
          <w:tcPr>
            <w:tcW w:w="3118" w:type="dxa"/>
            <w:shd w:val="clear" w:color="auto" w:fill="DDEBF7"/>
            <w:tcMar>
              <w:top w:w="80" w:type="dxa"/>
              <w:left w:w="90" w:type="dxa"/>
              <w:bottom w:w="80" w:type="dxa"/>
              <w:right w:w="90" w:type="dxa"/>
            </w:tcMar>
            <w:vAlign w:val="center"/>
          </w:tcPr>
          <w:p w14:paraId="162684B7" w14:textId="77777777" w:rsidR="00B55C9B" w:rsidRDefault="00000000">
            <w:pPr>
              <w:spacing w:after="0"/>
            </w:pPr>
            <w:r>
              <w:rPr>
                <w:b/>
                <w:color w:val="17365D"/>
                <w:sz w:val="17"/>
              </w:rPr>
              <w:t>Correo y teléfono</w:t>
            </w:r>
          </w:p>
        </w:tc>
        <w:tc>
          <w:tcPr>
            <w:tcW w:w="5953" w:type="dxa"/>
            <w:tcMar>
              <w:top w:w="80" w:type="dxa"/>
              <w:left w:w="90" w:type="dxa"/>
              <w:bottom w:w="80" w:type="dxa"/>
              <w:right w:w="90" w:type="dxa"/>
            </w:tcMar>
            <w:vAlign w:val="center"/>
          </w:tcPr>
          <w:p w14:paraId="5EBE26B0" w14:textId="77777777" w:rsidR="00B55C9B" w:rsidRDefault="00000000">
            <w:pPr>
              <w:spacing w:after="0"/>
            </w:pPr>
            <w:r>
              <w:rPr>
                <w:color w:val="1F4E78"/>
                <w:sz w:val="17"/>
              </w:rPr>
              <w:t>[____________________________________________]</w:t>
            </w:r>
          </w:p>
        </w:tc>
      </w:tr>
    </w:tbl>
    <w:p w14:paraId="0A821F68" w14:textId="77777777" w:rsidR="00772061" w:rsidRDefault="00772061">
      <w:pPr>
        <w:pStyle w:val="Ttulo2"/>
      </w:pPr>
    </w:p>
    <w:p w14:paraId="6B5C81E7" w14:textId="62E51C78" w:rsidR="00B55C9B" w:rsidRDefault="00000000">
      <w:pPr>
        <w:pStyle w:val="Ttulo2"/>
      </w:pPr>
      <w:r>
        <w:t>Registro de aspectos observados / preguntas formuladas</w:t>
      </w:r>
    </w:p>
    <w:p w14:paraId="56F05A13" w14:textId="77777777" w:rsidR="00B55C9B" w:rsidRDefault="00000000" w:rsidP="00772061">
      <w:pPr>
        <w:pStyle w:val="FormField"/>
        <w:spacing w:after="40"/>
        <w:jc w:val="center"/>
      </w:pPr>
      <w:r>
        <w:t>________________________________________________________________________________</w:t>
      </w:r>
    </w:p>
    <w:p w14:paraId="5DBC7EF7" w14:textId="77777777" w:rsidR="00B55C9B" w:rsidRDefault="00000000" w:rsidP="00772061">
      <w:pPr>
        <w:pStyle w:val="FormField"/>
        <w:spacing w:after="40"/>
        <w:jc w:val="center"/>
      </w:pPr>
      <w:r>
        <w:t>________________________________________________________________________________</w:t>
      </w:r>
    </w:p>
    <w:p w14:paraId="235FB16F" w14:textId="77777777" w:rsidR="00B55C9B" w:rsidRDefault="00000000" w:rsidP="00772061">
      <w:pPr>
        <w:pStyle w:val="FormField"/>
        <w:spacing w:after="40"/>
        <w:jc w:val="center"/>
      </w:pPr>
      <w:r>
        <w:t>________________________________________________________________________________</w:t>
      </w:r>
    </w:p>
    <w:p w14:paraId="2926B1CA" w14:textId="77777777" w:rsidR="00B55C9B" w:rsidRDefault="00000000" w:rsidP="00772061">
      <w:pPr>
        <w:pStyle w:val="FormField"/>
        <w:spacing w:after="40"/>
        <w:jc w:val="center"/>
      </w:pPr>
      <w:r>
        <w:t>________________________________________________________________________________</w:t>
      </w:r>
    </w:p>
    <w:p w14:paraId="38E20FFC" w14:textId="77777777" w:rsidR="00772061" w:rsidRDefault="00772061" w:rsidP="00772061">
      <w:pPr>
        <w:pStyle w:val="FormField"/>
        <w:spacing w:after="40"/>
        <w:jc w:val="center"/>
      </w:pPr>
      <w:r>
        <w:t>________________________________________________________________________________</w:t>
      </w:r>
    </w:p>
    <w:p w14:paraId="538C0333" w14:textId="77777777" w:rsidR="00772061" w:rsidRDefault="00772061" w:rsidP="00772061">
      <w:pPr>
        <w:pStyle w:val="FormField"/>
        <w:spacing w:after="40"/>
        <w:jc w:val="center"/>
      </w:pPr>
      <w:r>
        <w:t>________________________________________________________________________________</w:t>
      </w:r>
    </w:p>
    <w:p w14:paraId="3D638E66" w14:textId="77777777" w:rsidR="00772061" w:rsidRDefault="00772061" w:rsidP="00772061">
      <w:pPr>
        <w:pStyle w:val="FormField"/>
        <w:spacing w:after="40"/>
        <w:jc w:val="center"/>
      </w:pPr>
      <w:r>
        <w:t>________________________________________________________________________________</w:t>
      </w:r>
    </w:p>
    <w:p w14:paraId="2F5AB4D9" w14:textId="77777777" w:rsidR="00772061" w:rsidRDefault="00772061" w:rsidP="00772061">
      <w:pPr>
        <w:pStyle w:val="FormField"/>
        <w:spacing w:after="40"/>
        <w:jc w:val="center"/>
      </w:pPr>
      <w:r>
        <w:t>________________________________________________________________________________</w:t>
      </w:r>
    </w:p>
    <w:p w14:paraId="45D8C1D9" w14:textId="77777777" w:rsidR="00772061" w:rsidRDefault="00772061" w:rsidP="00772061">
      <w:pPr>
        <w:pStyle w:val="FormField"/>
        <w:spacing w:after="40"/>
        <w:jc w:val="center"/>
      </w:pPr>
      <w:r>
        <w:t>________________________________________________________________________________</w:t>
      </w:r>
    </w:p>
    <w:p w14:paraId="4A5172F7" w14:textId="77777777" w:rsidR="00B55C9B" w:rsidRDefault="00000000" w:rsidP="00772061">
      <w:pPr>
        <w:pStyle w:val="FormField"/>
        <w:spacing w:after="40"/>
        <w:jc w:val="center"/>
      </w:pPr>
      <w:r>
        <w:t>________________________________________________________________________________</w:t>
      </w:r>
    </w:p>
    <w:p w14:paraId="092B9E85" w14:textId="77777777" w:rsidR="00772061" w:rsidRDefault="00772061" w:rsidP="00772061">
      <w:pPr>
        <w:pStyle w:val="FormField"/>
        <w:spacing w:after="40"/>
        <w:jc w:val="center"/>
      </w:pPr>
      <w:r>
        <w:t>________________________________________________________________________________</w:t>
      </w:r>
    </w:p>
    <w:p w14:paraId="696CFD26" w14:textId="77777777" w:rsidR="00772061" w:rsidRDefault="00772061" w:rsidP="00772061">
      <w:pPr>
        <w:pStyle w:val="FormField"/>
        <w:spacing w:after="40"/>
        <w:jc w:val="center"/>
      </w:pPr>
      <w:r>
        <w:t>________________________________________________________________________________</w:t>
      </w:r>
    </w:p>
    <w:p w14:paraId="15389AC9" w14:textId="77777777" w:rsidR="00772061" w:rsidRDefault="00772061" w:rsidP="00772061">
      <w:pPr>
        <w:pStyle w:val="FormField"/>
        <w:spacing w:after="40"/>
        <w:jc w:val="center"/>
      </w:pPr>
      <w:r>
        <w:t>________________________________________________________________________________</w:t>
      </w:r>
    </w:p>
    <w:p w14:paraId="3796CDCA" w14:textId="77777777" w:rsidR="00772061" w:rsidRDefault="00772061" w:rsidP="00772061">
      <w:pPr>
        <w:pStyle w:val="FormField"/>
        <w:spacing w:after="40"/>
        <w:jc w:val="center"/>
      </w:pPr>
      <w:r>
        <w:t>________________________________________________________________________________</w:t>
      </w:r>
    </w:p>
    <w:p w14:paraId="74D42FAE" w14:textId="77777777" w:rsidR="00772061" w:rsidRDefault="00772061" w:rsidP="00772061">
      <w:pPr>
        <w:pStyle w:val="FormField"/>
        <w:spacing w:after="40"/>
        <w:jc w:val="center"/>
      </w:pPr>
      <w:r>
        <w:t>________________________________________________________________________________</w:t>
      </w:r>
    </w:p>
    <w:p w14:paraId="0B361A81" w14:textId="77777777" w:rsidR="00772061" w:rsidRDefault="00772061" w:rsidP="00772061">
      <w:pPr>
        <w:pStyle w:val="FormField"/>
        <w:spacing w:after="40"/>
        <w:jc w:val="center"/>
      </w:pPr>
      <w:r>
        <w:t>________________________________________________________________________________</w:t>
      </w:r>
    </w:p>
    <w:p w14:paraId="35A376BE" w14:textId="77777777" w:rsidR="00772061" w:rsidRDefault="00772061" w:rsidP="00772061">
      <w:pPr>
        <w:pStyle w:val="FormField"/>
        <w:spacing w:after="40"/>
        <w:jc w:val="center"/>
      </w:pPr>
      <w:r>
        <w:t>________________________________________________________________________________</w:t>
      </w:r>
    </w:p>
    <w:p w14:paraId="5B0F337C" w14:textId="77777777" w:rsidR="00772061" w:rsidRDefault="00772061" w:rsidP="00772061">
      <w:pPr>
        <w:pStyle w:val="FormField"/>
        <w:spacing w:after="40"/>
        <w:jc w:val="center"/>
      </w:pPr>
      <w:r>
        <w:t>________________________________________________________________________________</w:t>
      </w:r>
    </w:p>
    <w:p w14:paraId="7136FB6E" w14:textId="77777777" w:rsidR="00772061" w:rsidRDefault="00772061" w:rsidP="00772061">
      <w:pPr>
        <w:pStyle w:val="FormField"/>
        <w:spacing w:after="40"/>
        <w:jc w:val="center"/>
      </w:pPr>
      <w:r>
        <w:t>________________________________________________________________________________</w:t>
      </w:r>
    </w:p>
    <w:p w14:paraId="1BCD144B" w14:textId="77777777" w:rsidR="00772061" w:rsidRDefault="00772061" w:rsidP="00772061">
      <w:pPr>
        <w:pStyle w:val="FormField"/>
        <w:spacing w:after="40"/>
        <w:jc w:val="center"/>
      </w:pPr>
    </w:p>
    <w:tbl>
      <w:tblPr>
        <w:tblW w:w="0" w:type="auto"/>
        <w:jc w:val="center"/>
        <w:tblBorders>
          <w:top w:val="single" w:sz="4" w:space="0" w:color="95A5A6"/>
          <w:left w:val="single" w:sz="4" w:space="0" w:color="95A5A6"/>
          <w:bottom w:val="single" w:sz="4" w:space="0" w:color="95A5A6"/>
          <w:right w:val="single" w:sz="4" w:space="0" w:color="95A5A6"/>
          <w:insideH w:val="single" w:sz="4" w:space="0" w:color="95A5A6"/>
          <w:insideV w:val="single" w:sz="4" w:space="0" w:color="95A5A6"/>
        </w:tblBorders>
        <w:tblLook w:val="04A0" w:firstRow="1" w:lastRow="0" w:firstColumn="1" w:lastColumn="0" w:noHBand="0" w:noVBand="1"/>
      </w:tblPr>
      <w:tblGrid>
        <w:gridCol w:w="4536"/>
        <w:gridCol w:w="4536"/>
      </w:tblGrid>
      <w:tr w:rsidR="00B55C9B" w14:paraId="2D969D28" w14:textId="77777777">
        <w:trPr>
          <w:jc w:val="center"/>
        </w:trPr>
        <w:tc>
          <w:tcPr>
            <w:tcW w:w="4536" w:type="dxa"/>
            <w:shd w:val="clear" w:color="auto" w:fill="DDEBF7"/>
            <w:tcMar>
              <w:top w:w="80" w:type="dxa"/>
              <w:left w:w="90" w:type="dxa"/>
              <w:bottom w:w="80" w:type="dxa"/>
              <w:right w:w="90" w:type="dxa"/>
            </w:tcMar>
            <w:vAlign w:val="center"/>
          </w:tcPr>
          <w:p w14:paraId="6A27F4DC" w14:textId="77777777" w:rsidR="00B55C9B" w:rsidRDefault="00000000">
            <w:pPr>
              <w:spacing w:after="0"/>
              <w:jc w:val="center"/>
            </w:pPr>
            <w:r>
              <w:rPr>
                <w:b/>
                <w:color w:val="17365D"/>
                <w:sz w:val="16"/>
              </w:rPr>
              <w:t>Firma del asistente</w:t>
            </w:r>
          </w:p>
        </w:tc>
        <w:tc>
          <w:tcPr>
            <w:tcW w:w="4536" w:type="dxa"/>
            <w:shd w:val="clear" w:color="auto" w:fill="DDEBF7"/>
            <w:tcMar>
              <w:top w:w="80" w:type="dxa"/>
              <w:left w:w="90" w:type="dxa"/>
              <w:bottom w:w="80" w:type="dxa"/>
              <w:right w:w="90" w:type="dxa"/>
            </w:tcMar>
            <w:vAlign w:val="center"/>
          </w:tcPr>
          <w:p w14:paraId="19E97E15" w14:textId="77777777" w:rsidR="00B55C9B" w:rsidRDefault="00000000">
            <w:pPr>
              <w:spacing w:after="0"/>
              <w:jc w:val="center"/>
            </w:pPr>
            <w:r>
              <w:rPr>
                <w:b/>
                <w:color w:val="17365D"/>
                <w:sz w:val="16"/>
              </w:rPr>
              <w:t>Firma del representante de la Cámara</w:t>
            </w:r>
          </w:p>
        </w:tc>
      </w:tr>
      <w:tr w:rsidR="00B55C9B" w14:paraId="77EC49DA" w14:textId="77777777">
        <w:trPr>
          <w:jc w:val="center"/>
        </w:trPr>
        <w:tc>
          <w:tcPr>
            <w:tcW w:w="4536" w:type="dxa"/>
            <w:tcMar>
              <w:top w:w="80" w:type="dxa"/>
              <w:left w:w="90" w:type="dxa"/>
              <w:bottom w:w="80" w:type="dxa"/>
              <w:right w:w="90" w:type="dxa"/>
            </w:tcMar>
            <w:vAlign w:val="center"/>
          </w:tcPr>
          <w:p w14:paraId="0617E3D9" w14:textId="77777777" w:rsidR="00B55C9B" w:rsidRDefault="00000000">
            <w:pPr>
              <w:spacing w:after="0"/>
            </w:pPr>
            <w:r>
              <w:rPr>
                <w:color w:val="000000"/>
                <w:sz w:val="16"/>
              </w:rPr>
              <w:br/>
            </w:r>
            <w:r>
              <w:rPr>
                <w:color w:val="000000"/>
                <w:sz w:val="16"/>
              </w:rPr>
              <w:br/>
              <w:t>Nombre: ______________________________</w:t>
            </w:r>
            <w:r>
              <w:rPr>
                <w:color w:val="000000"/>
                <w:sz w:val="16"/>
              </w:rPr>
              <w:br/>
              <w:t>Documento: ___________________________</w:t>
            </w:r>
          </w:p>
        </w:tc>
        <w:tc>
          <w:tcPr>
            <w:tcW w:w="4536" w:type="dxa"/>
            <w:tcMar>
              <w:top w:w="80" w:type="dxa"/>
              <w:left w:w="90" w:type="dxa"/>
              <w:bottom w:w="80" w:type="dxa"/>
              <w:right w:w="90" w:type="dxa"/>
            </w:tcMar>
            <w:vAlign w:val="center"/>
          </w:tcPr>
          <w:p w14:paraId="5D8CA6EA" w14:textId="77777777" w:rsidR="00B55C9B" w:rsidRDefault="00000000">
            <w:pPr>
              <w:spacing w:after="0"/>
            </w:pPr>
            <w:r>
              <w:rPr>
                <w:color w:val="000000"/>
                <w:sz w:val="16"/>
              </w:rPr>
              <w:br/>
            </w:r>
            <w:r>
              <w:rPr>
                <w:color w:val="000000"/>
                <w:sz w:val="16"/>
              </w:rPr>
              <w:br/>
              <w:t>Nombre: ______________________________</w:t>
            </w:r>
            <w:r>
              <w:rPr>
                <w:color w:val="000000"/>
                <w:sz w:val="16"/>
              </w:rPr>
              <w:br/>
              <w:t>Cargo: _______________________________</w:t>
            </w:r>
          </w:p>
        </w:tc>
      </w:tr>
    </w:tbl>
    <w:p w14:paraId="3EDA3126" w14:textId="77777777" w:rsidR="00B55C9B" w:rsidRDefault="00000000">
      <w:r>
        <w:br w:type="page"/>
      </w:r>
    </w:p>
    <w:p w14:paraId="539C4982" w14:textId="77777777" w:rsidR="00B55C9B" w:rsidRDefault="00000000">
      <w:pPr>
        <w:pStyle w:val="Ttulo1"/>
        <w:jc w:val="center"/>
      </w:pPr>
      <w:r>
        <w:lastRenderedPageBreak/>
        <w:t>ANEXO 15. AUTORIZACIÓN PARA LA ENTREGA FÍSICA DE LA PROPUESTA</w:t>
      </w:r>
    </w:p>
    <w:p w14:paraId="2DBCDDBD" w14:textId="77777777" w:rsidR="00B55C9B" w:rsidRDefault="00000000" w:rsidP="00772061">
      <w:pPr>
        <w:spacing w:after="160"/>
        <w:jc w:val="center"/>
      </w:pPr>
      <w:r>
        <w:rPr>
          <w:i/>
          <w:color w:val="666666"/>
          <w:sz w:val="17"/>
        </w:rPr>
        <w:t>Utilícese cuando la propuesta sea entregada por una persona distinta del oferente o su representante legal.</w:t>
      </w:r>
    </w:p>
    <w:p w14:paraId="41936983" w14:textId="77777777" w:rsidR="00B55C9B" w:rsidRDefault="00000000">
      <w:pPr>
        <w:jc w:val="both"/>
      </w:pPr>
      <w:r>
        <w:t>Yo, [NOMBRE DEL OFERENTE O REPRESENTANTE], identificado(a) con [DOCUMENTO], actuando en calidad de [CALIDAD] de [PROPONENTE], autorizo a [NOMBRE DE LA PERSONA AUTORIZADA], identificado(a) con [DOCUMENTO], para entregar físicamente, dentro del plazo y lugar definidos, el sobre o paquete que contiene la propuesta del proceso de la referencia. Esta autorización no confiere facultades para modificar, retirar, aclarar, subsanar ni comprometer la oferta, salvo autorización expresa adicional.</w:t>
      </w:r>
    </w:p>
    <w:p w14:paraId="43BE0719" w14:textId="77777777" w:rsidR="00785F08" w:rsidRDefault="00785F08">
      <w:pPr>
        <w:jc w:val="both"/>
      </w:pPr>
    </w:p>
    <w:tbl>
      <w:tblPr>
        <w:tblW w:w="0" w:type="auto"/>
        <w:jc w:val="center"/>
        <w:tblBorders>
          <w:top w:val="single" w:sz="4" w:space="0" w:color="9AA7B0"/>
          <w:left w:val="single" w:sz="4" w:space="0" w:color="9AA7B0"/>
          <w:bottom w:val="single" w:sz="4" w:space="0" w:color="9AA7B0"/>
          <w:right w:val="single" w:sz="4" w:space="0" w:color="9AA7B0"/>
          <w:insideH w:val="single" w:sz="4" w:space="0" w:color="9AA7B0"/>
          <w:insideV w:val="single" w:sz="4" w:space="0" w:color="9AA7B0"/>
        </w:tblBorders>
        <w:tblLayout w:type="fixed"/>
        <w:tblLook w:val="04A0" w:firstRow="1" w:lastRow="0" w:firstColumn="1" w:lastColumn="0" w:noHBand="0" w:noVBand="1"/>
      </w:tblPr>
      <w:tblGrid>
        <w:gridCol w:w="3118"/>
        <w:gridCol w:w="5953"/>
      </w:tblGrid>
      <w:tr w:rsidR="00B55C9B" w14:paraId="1AA866A9" w14:textId="77777777">
        <w:trPr>
          <w:cantSplit/>
          <w:jc w:val="center"/>
        </w:trPr>
        <w:tc>
          <w:tcPr>
            <w:tcW w:w="3118" w:type="dxa"/>
            <w:shd w:val="clear" w:color="auto" w:fill="DDEBF7"/>
            <w:tcMar>
              <w:top w:w="80" w:type="dxa"/>
              <w:left w:w="90" w:type="dxa"/>
              <w:bottom w:w="80" w:type="dxa"/>
              <w:right w:w="90" w:type="dxa"/>
            </w:tcMar>
            <w:vAlign w:val="center"/>
          </w:tcPr>
          <w:p w14:paraId="4F4395DD" w14:textId="77777777" w:rsidR="00B55C9B" w:rsidRDefault="00000000">
            <w:pPr>
              <w:spacing w:after="0"/>
            </w:pPr>
            <w:r>
              <w:rPr>
                <w:b/>
                <w:color w:val="17365D"/>
                <w:sz w:val="18"/>
              </w:rPr>
              <w:t>Persona autorizada</w:t>
            </w:r>
          </w:p>
        </w:tc>
        <w:tc>
          <w:tcPr>
            <w:tcW w:w="5953" w:type="dxa"/>
            <w:tcMar>
              <w:top w:w="80" w:type="dxa"/>
              <w:left w:w="90" w:type="dxa"/>
              <w:bottom w:w="80" w:type="dxa"/>
              <w:right w:w="90" w:type="dxa"/>
            </w:tcMar>
            <w:vAlign w:val="center"/>
          </w:tcPr>
          <w:p w14:paraId="6ED91FDD" w14:textId="77777777" w:rsidR="00B55C9B" w:rsidRDefault="00000000">
            <w:pPr>
              <w:spacing w:after="0"/>
            </w:pPr>
            <w:r>
              <w:rPr>
                <w:color w:val="1F4E78"/>
                <w:sz w:val="18"/>
              </w:rPr>
              <w:t>[____________________________________________]</w:t>
            </w:r>
          </w:p>
        </w:tc>
      </w:tr>
      <w:tr w:rsidR="00B55C9B" w14:paraId="01396909" w14:textId="77777777">
        <w:trPr>
          <w:cantSplit/>
          <w:jc w:val="center"/>
        </w:trPr>
        <w:tc>
          <w:tcPr>
            <w:tcW w:w="3118" w:type="dxa"/>
            <w:shd w:val="clear" w:color="auto" w:fill="DDEBF7"/>
            <w:tcMar>
              <w:top w:w="80" w:type="dxa"/>
              <w:left w:w="90" w:type="dxa"/>
              <w:bottom w:w="80" w:type="dxa"/>
              <w:right w:w="90" w:type="dxa"/>
            </w:tcMar>
            <w:vAlign w:val="center"/>
          </w:tcPr>
          <w:p w14:paraId="49772129" w14:textId="77777777" w:rsidR="00B55C9B" w:rsidRDefault="00000000">
            <w:pPr>
              <w:spacing w:after="0"/>
            </w:pPr>
            <w:r>
              <w:rPr>
                <w:b/>
                <w:color w:val="17365D"/>
                <w:sz w:val="18"/>
              </w:rPr>
              <w:t>Documento</w:t>
            </w:r>
          </w:p>
        </w:tc>
        <w:tc>
          <w:tcPr>
            <w:tcW w:w="5953" w:type="dxa"/>
            <w:tcMar>
              <w:top w:w="80" w:type="dxa"/>
              <w:left w:w="90" w:type="dxa"/>
              <w:bottom w:w="80" w:type="dxa"/>
              <w:right w:w="90" w:type="dxa"/>
            </w:tcMar>
            <w:vAlign w:val="center"/>
          </w:tcPr>
          <w:p w14:paraId="7A3FEB79" w14:textId="77777777" w:rsidR="00B55C9B" w:rsidRDefault="00000000">
            <w:pPr>
              <w:spacing w:after="0"/>
            </w:pPr>
            <w:r>
              <w:rPr>
                <w:color w:val="1F4E78"/>
                <w:sz w:val="18"/>
              </w:rPr>
              <w:t>[____________________________________________]</w:t>
            </w:r>
          </w:p>
        </w:tc>
      </w:tr>
      <w:tr w:rsidR="00B55C9B" w14:paraId="72495D80" w14:textId="77777777">
        <w:trPr>
          <w:cantSplit/>
          <w:jc w:val="center"/>
        </w:trPr>
        <w:tc>
          <w:tcPr>
            <w:tcW w:w="3118" w:type="dxa"/>
            <w:shd w:val="clear" w:color="auto" w:fill="DDEBF7"/>
            <w:tcMar>
              <w:top w:w="80" w:type="dxa"/>
              <w:left w:w="90" w:type="dxa"/>
              <w:bottom w:w="80" w:type="dxa"/>
              <w:right w:w="90" w:type="dxa"/>
            </w:tcMar>
            <w:vAlign w:val="center"/>
          </w:tcPr>
          <w:p w14:paraId="127F3D4A" w14:textId="77777777" w:rsidR="00B55C9B" w:rsidRDefault="00000000">
            <w:pPr>
              <w:spacing w:after="0"/>
            </w:pPr>
            <w:r>
              <w:rPr>
                <w:b/>
                <w:color w:val="17365D"/>
                <w:sz w:val="18"/>
              </w:rPr>
              <w:t>Teléfono</w:t>
            </w:r>
          </w:p>
        </w:tc>
        <w:tc>
          <w:tcPr>
            <w:tcW w:w="5953" w:type="dxa"/>
            <w:tcMar>
              <w:top w:w="80" w:type="dxa"/>
              <w:left w:w="90" w:type="dxa"/>
              <w:bottom w:w="80" w:type="dxa"/>
              <w:right w:w="90" w:type="dxa"/>
            </w:tcMar>
            <w:vAlign w:val="center"/>
          </w:tcPr>
          <w:p w14:paraId="365EEA25" w14:textId="77777777" w:rsidR="00B55C9B" w:rsidRDefault="00000000">
            <w:pPr>
              <w:spacing w:after="0"/>
            </w:pPr>
            <w:r>
              <w:rPr>
                <w:color w:val="1F4E78"/>
                <w:sz w:val="18"/>
              </w:rPr>
              <w:t>[____________________________________________]</w:t>
            </w:r>
          </w:p>
        </w:tc>
      </w:tr>
      <w:tr w:rsidR="00B55C9B" w14:paraId="3360D27E" w14:textId="77777777">
        <w:trPr>
          <w:cantSplit/>
          <w:jc w:val="center"/>
        </w:trPr>
        <w:tc>
          <w:tcPr>
            <w:tcW w:w="3118" w:type="dxa"/>
            <w:shd w:val="clear" w:color="auto" w:fill="DDEBF7"/>
            <w:tcMar>
              <w:top w:w="80" w:type="dxa"/>
              <w:left w:w="90" w:type="dxa"/>
              <w:bottom w:w="80" w:type="dxa"/>
              <w:right w:w="90" w:type="dxa"/>
            </w:tcMar>
            <w:vAlign w:val="center"/>
          </w:tcPr>
          <w:p w14:paraId="0394E7BF" w14:textId="77777777" w:rsidR="00B55C9B" w:rsidRDefault="00000000">
            <w:pPr>
              <w:spacing w:after="0"/>
            </w:pPr>
            <w:r>
              <w:rPr>
                <w:b/>
                <w:color w:val="17365D"/>
                <w:sz w:val="18"/>
              </w:rPr>
              <w:t>Fecha prevista de entrega</w:t>
            </w:r>
          </w:p>
        </w:tc>
        <w:tc>
          <w:tcPr>
            <w:tcW w:w="5953" w:type="dxa"/>
            <w:tcMar>
              <w:top w:w="80" w:type="dxa"/>
              <w:left w:w="90" w:type="dxa"/>
              <w:bottom w:w="80" w:type="dxa"/>
              <w:right w:w="90" w:type="dxa"/>
            </w:tcMar>
            <w:vAlign w:val="center"/>
          </w:tcPr>
          <w:p w14:paraId="028B419D" w14:textId="77777777" w:rsidR="00B55C9B" w:rsidRDefault="00000000">
            <w:pPr>
              <w:spacing w:after="0"/>
            </w:pPr>
            <w:r>
              <w:rPr>
                <w:color w:val="1F4E78"/>
                <w:sz w:val="18"/>
              </w:rPr>
              <w:t>[____/____/2026]</w:t>
            </w:r>
          </w:p>
        </w:tc>
      </w:tr>
      <w:tr w:rsidR="00B55C9B" w14:paraId="6AE243DE" w14:textId="77777777">
        <w:trPr>
          <w:cantSplit/>
          <w:jc w:val="center"/>
        </w:trPr>
        <w:tc>
          <w:tcPr>
            <w:tcW w:w="3118" w:type="dxa"/>
            <w:shd w:val="clear" w:color="auto" w:fill="DDEBF7"/>
            <w:tcMar>
              <w:top w:w="80" w:type="dxa"/>
              <w:left w:w="90" w:type="dxa"/>
              <w:bottom w:w="80" w:type="dxa"/>
              <w:right w:w="90" w:type="dxa"/>
            </w:tcMar>
            <w:vAlign w:val="center"/>
          </w:tcPr>
          <w:p w14:paraId="2477F6EE" w14:textId="77777777" w:rsidR="00B55C9B" w:rsidRDefault="00000000">
            <w:pPr>
              <w:spacing w:after="0"/>
            </w:pPr>
            <w:r>
              <w:rPr>
                <w:b/>
                <w:color w:val="17365D"/>
                <w:sz w:val="18"/>
              </w:rPr>
              <w:t>Número de sobres / paquetes</w:t>
            </w:r>
          </w:p>
        </w:tc>
        <w:tc>
          <w:tcPr>
            <w:tcW w:w="5953" w:type="dxa"/>
            <w:tcMar>
              <w:top w:w="80" w:type="dxa"/>
              <w:left w:w="90" w:type="dxa"/>
              <w:bottom w:w="80" w:type="dxa"/>
              <w:right w:w="90" w:type="dxa"/>
            </w:tcMar>
            <w:vAlign w:val="center"/>
          </w:tcPr>
          <w:p w14:paraId="2948DA0F" w14:textId="77777777" w:rsidR="00B55C9B" w:rsidRDefault="00000000">
            <w:pPr>
              <w:spacing w:after="0"/>
            </w:pPr>
            <w:r>
              <w:rPr>
                <w:color w:val="1F4E78"/>
                <w:sz w:val="18"/>
              </w:rPr>
              <w:t>[____________]</w:t>
            </w:r>
          </w:p>
        </w:tc>
      </w:tr>
    </w:tbl>
    <w:p w14:paraId="0552945D" w14:textId="77777777" w:rsidR="00B55C9B" w:rsidRDefault="00B55C9B"/>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4536"/>
        <w:gridCol w:w="4536"/>
      </w:tblGrid>
      <w:tr w:rsidR="00B55C9B" w14:paraId="4BB1AC79" w14:textId="77777777">
        <w:trPr>
          <w:jc w:val="center"/>
        </w:trPr>
        <w:tc>
          <w:tcPr>
            <w:tcW w:w="4536" w:type="dxa"/>
            <w:tcMar>
              <w:top w:w="80" w:type="dxa"/>
              <w:left w:w="90" w:type="dxa"/>
              <w:bottom w:w="80" w:type="dxa"/>
              <w:right w:w="90" w:type="dxa"/>
            </w:tcMar>
            <w:vAlign w:val="center"/>
          </w:tcPr>
          <w:p w14:paraId="77B08271" w14:textId="03392965" w:rsidR="00785F08" w:rsidRDefault="00000000">
            <w:pPr>
              <w:spacing w:after="0"/>
              <w:rPr>
                <w:color w:val="000000"/>
                <w:sz w:val="18"/>
              </w:rPr>
            </w:pPr>
            <w:r>
              <w:rPr>
                <w:color w:val="000000"/>
                <w:sz w:val="18"/>
              </w:rPr>
              <w:t>Nombre del autorizante: _______________________</w:t>
            </w:r>
            <w:r w:rsidR="00785F08">
              <w:rPr>
                <w:color w:val="000000"/>
                <w:sz w:val="18"/>
              </w:rPr>
              <w:t>________</w:t>
            </w:r>
            <w:r>
              <w:rPr>
                <w:color w:val="000000"/>
                <w:sz w:val="18"/>
              </w:rPr>
              <w:t>___________</w:t>
            </w:r>
            <w:r>
              <w:rPr>
                <w:color w:val="000000"/>
                <w:sz w:val="18"/>
              </w:rPr>
              <w:br/>
            </w:r>
          </w:p>
          <w:p w14:paraId="4C1258E0" w14:textId="10C7908E" w:rsidR="00B55C9B" w:rsidRDefault="00000000">
            <w:pPr>
              <w:spacing w:after="0"/>
            </w:pPr>
            <w:r>
              <w:rPr>
                <w:color w:val="000000"/>
                <w:sz w:val="18"/>
              </w:rPr>
              <w:t>Documento: _________________________________</w:t>
            </w:r>
          </w:p>
        </w:tc>
        <w:tc>
          <w:tcPr>
            <w:tcW w:w="4536" w:type="dxa"/>
            <w:tcMar>
              <w:top w:w="80" w:type="dxa"/>
              <w:left w:w="90" w:type="dxa"/>
              <w:bottom w:w="80" w:type="dxa"/>
              <w:right w:w="90" w:type="dxa"/>
            </w:tcMar>
            <w:vAlign w:val="center"/>
          </w:tcPr>
          <w:p w14:paraId="2F25A72C" w14:textId="60EA439A" w:rsidR="00785F08" w:rsidRDefault="00000000">
            <w:pPr>
              <w:spacing w:after="0"/>
              <w:rPr>
                <w:color w:val="000000"/>
                <w:sz w:val="18"/>
              </w:rPr>
            </w:pPr>
            <w:r>
              <w:rPr>
                <w:color w:val="000000"/>
                <w:sz w:val="18"/>
              </w:rPr>
              <w:t>Calidad</w:t>
            </w:r>
            <w:r w:rsidR="00785F08">
              <w:rPr>
                <w:color w:val="000000"/>
                <w:sz w:val="18"/>
              </w:rPr>
              <w:t xml:space="preserve">/Cargo: </w:t>
            </w:r>
            <w:r>
              <w:rPr>
                <w:color w:val="000000"/>
                <w:sz w:val="18"/>
              </w:rPr>
              <w:t>_______________________________</w:t>
            </w:r>
            <w:r>
              <w:rPr>
                <w:color w:val="000000"/>
                <w:sz w:val="18"/>
              </w:rPr>
              <w:br/>
            </w:r>
          </w:p>
          <w:p w14:paraId="76E85FD7" w14:textId="7361FA2D" w:rsidR="00B55C9B" w:rsidRDefault="00000000">
            <w:pPr>
              <w:spacing w:after="0"/>
            </w:pPr>
            <w:r>
              <w:rPr>
                <w:color w:val="000000"/>
                <w:sz w:val="18"/>
              </w:rPr>
              <w:t>Firma: ________________</w:t>
            </w:r>
            <w:r w:rsidR="00785F08">
              <w:rPr>
                <w:color w:val="000000"/>
                <w:sz w:val="18"/>
              </w:rPr>
              <w:t>____</w:t>
            </w:r>
            <w:r>
              <w:rPr>
                <w:color w:val="000000"/>
                <w:sz w:val="18"/>
              </w:rPr>
              <w:t>_________________</w:t>
            </w:r>
          </w:p>
        </w:tc>
      </w:tr>
      <w:tr w:rsidR="00B55C9B" w14:paraId="2258FDE3" w14:textId="77777777">
        <w:trPr>
          <w:jc w:val="center"/>
        </w:trPr>
        <w:tc>
          <w:tcPr>
            <w:tcW w:w="4536" w:type="dxa"/>
            <w:tcMar>
              <w:top w:w="80" w:type="dxa"/>
              <w:left w:w="90" w:type="dxa"/>
              <w:bottom w:w="80" w:type="dxa"/>
              <w:right w:w="90" w:type="dxa"/>
            </w:tcMar>
            <w:vAlign w:val="center"/>
          </w:tcPr>
          <w:p w14:paraId="7A32710D" w14:textId="77777777" w:rsidR="00B55C9B" w:rsidRDefault="00000000">
            <w:pPr>
              <w:spacing w:after="0"/>
            </w:pPr>
            <w:r>
              <w:rPr>
                <w:color w:val="000000"/>
                <w:sz w:val="18"/>
              </w:rPr>
              <w:t>Fecha: ____ / ____ / ______</w:t>
            </w:r>
          </w:p>
        </w:tc>
        <w:tc>
          <w:tcPr>
            <w:tcW w:w="4536" w:type="dxa"/>
            <w:tcMar>
              <w:top w:w="80" w:type="dxa"/>
              <w:left w:w="90" w:type="dxa"/>
              <w:bottom w:w="80" w:type="dxa"/>
              <w:right w:w="90" w:type="dxa"/>
            </w:tcMar>
            <w:vAlign w:val="center"/>
          </w:tcPr>
          <w:p w14:paraId="7C27EA6B" w14:textId="4A45BD59" w:rsidR="00B55C9B" w:rsidRDefault="00000000">
            <w:pPr>
              <w:spacing w:after="0"/>
            </w:pPr>
            <w:r>
              <w:rPr>
                <w:color w:val="000000"/>
                <w:sz w:val="18"/>
              </w:rPr>
              <w:t>Ciudad: _______________</w:t>
            </w:r>
            <w:r w:rsidR="00785F08">
              <w:rPr>
                <w:color w:val="000000"/>
                <w:sz w:val="18"/>
              </w:rPr>
              <w:t>______</w:t>
            </w:r>
            <w:r>
              <w:rPr>
                <w:color w:val="000000"/>
                <w:sz w:val="18"/>
              </w:rPr>
              <w:t>_______________</w:t>
            </w:r>
          </w:p>
        </w:tc>
      </w:tr>
    </w:tbl>
    <w:p w14:paraId="592CB241" w14:textId="77777777" w:rsidR="00785F08" w:rsidRDefault="00785F08"/>
    <w:p w14:paraId="1EC8CA9B" w14:textId="77777777" w:rsidR="00785F08" w:rsidRDefault="00785F08"/>
    <w:p w14:paraId="4B10C069" w14:textId="22BF450D" w:rsidR="00B55C9B" w:rsidRDefault="00000000">
      <w:r>
        <w:t>Aceptación de la persona autorizada:</w:t>
      </w:r>
    </w:p>
    <w:p w14:paraId="5CB258E8" w14:textId="77777777" w:rsidR="00B55C9B" w:rsidRDefault="00B55C9B"/>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4536"/>
        <w:gridCol w:w="4536"/>
      </w:tblGrid>
      <w:tr w:rsidR="00B55C9B" w14:paraId="282A016F" w14:textId="77777777">
        <w:trPr>
          <w:jc w:val="center"/>
        </w:trPr>
        <w:tc>
          <w:tcPr>
            <w:tcW w:w="4536" w:type="dxa"/>
            <w:tcMar>
              <w:top w:w="80" w:type="dxa"/>
              <w:left w:w="90" w:type="dxa"/>
              <w:bottom w:w="80" w:type="dxa"/>
              <w:right w:w="90" w:type="dxa"/>
            </w:tcMar>
            <w:vAlign w:val="center"/>
          </w:tcPr>
          <w:p w14:paraId="008148FC" w14:textId="77777777" w:rsidR="00785F08" w:rsidRDefault="00000000">
            <w:pPr>
              <w:spacing w:after="0"/>
              <w:rPr>
                <w:color w:val="000000"/>
                <w:sz w:val="18"/>
              </w:rPr>
            </w:pPr>
            <w:r>
              <w:rPr>
                <w:color w:val="000000"/>
                <w:sz w:val="18"/>
              </w:rPr>
              <w:t>Nombre: __________________________________</w:t>
            </w:r>
            <w:r>
              <w:rPr>
                <w:color w:val="000000"/>
                <w:sz w:val="18"/>
              </w:rPr>
              <w:br/>
            </w:r>
          </w:p>
          <w:p w14:paraId="4109912D" w14:textId="080D0DFF" w:rsidR="00B55C9B" w:rsidRDefault="00000000">
            <w:pPr>
              <w:spacing w:after="0"/>
            </w:pPr>
            <w:r>
              <w:rPr>
                <w:color w:val="000000"/>
                <w:sz w:val="18"/>
              </w:rPr>
              <w:t>Documento: ________________________________</w:t>
            </w:r>
          </w:p>
        </w:tc>
        <w:tc>
          <w:tcPr>
            <w:tcW w:w="4536" w:type="dxa"/>
            <w:tcMar>
              <w:top w:w="80" w:type="dxa"/>
              <w:left w:w="90" w:type="dxa"/>
              <w:bottom w:w="80" w:type="dxa"/>
              <w:right w:w="90" w:type="dxa"/>
            </w:tcMar>
            <w:vAlign w:val="center"/>
          </w:tcPr>
          <w:p w14:paraId="6FF72C99" w14:textId="77777777" w:rsidR="00785F08" w:rsidRDefault="00000000">
            <w:pPr>
              <w:spacing w:after="0"/>
              <w:rPr>
                <w:color w:val="000000"/>
                <w:sz w:val="18"/>
              </w:rPr>
            </w:pPr>
            <w:r>
              <w:rPr>
                <w:color w:val="000000"/>
                <w:sz w:val="18"/>
              </w:rPr>
              <w:t>Teléfono: __________________________________</w:t>
            </w:r>
            <w:r>
              <w:rPr>
                <w:color w:val="000000"/>
                <w:sz w:val="18"/>
              </w:rPr>
              <w:br/>
            </w:r>
          </w:p>
          <w:p w14:paraId="27133D79" w14:textId="544F809F" w:rsidR="00B55C9B" w:rsidRDefault="00000000">
            <w:pPr>
              <w:spacing w:after="0"/>
            </w:pPr>
            <w:r>
              <w:rPr>
                <w:color w:val="000000"/>
                <w:sz w:val="18"/>
              </w:rPr>
              <w:t>Firma: ___________________</w:t>
            </w:r>
            <w:r w:rsidR="00785F08">
              <w:rPr>
                <w:color w:val="000000"/>
                <w:sz w:val="18"/>
              </w:rPr>
              <w:t>___</w:t>
            </w:r>
            <w:r>
              <w:rPr>
                <w:color w:val="000000"/>
                <w:sz w:val="18"/>
              </w:rPr>
              <w:t>_______________</w:t>
            </w:r>
          </w:p>
        </w:tc>
      </w:tr>
      <w:tr w:rsidR="00B55C9B" w14:paraId="5B2F73F4" w14:textId="77777777">
        <w:trPr>
          <w:jc w:val="center"/>
        </w:trPr>
        <w:tc>
          <w:tcPr>
            <w:tcW w:w="4536" w:type="dxa"/>
            <w:tcMar>
              <w:top w:w="80" w:type="dxa"/>
              <w:left w:w="90" w:type="dxa"/>
              <w:bottom w:w="80" w:type="dxa"/>
              <w:right w:w="90" w:type="dxa"/>
            </w:tcMar>
            <w:vAlign w:val="center"/>
          </w:tcPr>
          <w:p w14:paraId="6E85B4D2" w14:textId="77777777" w:rsidR="00B55C9B" w:rsidRDefault="00000000">
            <w:pPr>
              <w:spacing w:after="0"/>
            </w:pPr>
            <w:r>
              <w:rPr>
                <w:color w:val="000000"/>
                <w:sz w:val="18"/>
              </w:rPr>
              <w:t>Fecha: ____ / ____ / ______</w:t>
            </w:r>
          </w:p>
        </w:tc>
        <w:tc>
          <w:tcPr>
            <w:tcW w:w="4536" w:type="dxa"/>
            <w:tcMar>
              <w:top w:w="80" w:type="dxa"/>
              <w:left w:w="90" w:type="dxa"/>
              <w:bottom w:w="80" w:type="dxa"/>
              <w:right w:w="90" w:type="dxa"/>
            </w:tcMar>
            <w:vAlign w:val="center"/>
          </w:tcPr>
          <w:p w14:paraId="1A76D0A8" w14:textId="13B5BBBB" w:rsidR="00B55C9B" w:rsidRDefault="00000000">
            <w:pPr>
              <w:spacing w:after="0"/>
            </w:pPr>
            <w:r>
              <w:rPr>
                <w:color w:val="000000"/>
                <w:sz w:val="18"/>
              </w:rPr>
              <w:t>Ciudad: _____________</w:t>
            </w:r>
            <w:r w:rsidR="00785F08">
              <w:rPr>
                <w:color w:val="000000"/>
                <w:sz w:val="18"/>
              </w:rPr>
              <w:t>_____</w:t>
            </w:r>
            <w:r>
              <w:rPr>
                <w:color w:val="000000"/>
                <w:sz w:val="18"/>
              </w:rPr>
              <w:t>_________________</w:t>
            </w:r>
          </w:p>
        </w:tc>
      </w:tr>
    </w:tbl>
    <w:p w14:paraId="468036F3" w14:textId="77777777" w:rsidR="00B55C9B" w:rsidRDefault="00000000">
      <w:r>
        <w:br w:type="page"/>
      </w:r>
    </w:p>
    <w:p w14:paraId="3FC8E3EA" w14:textId="77777777" w:rsidR="00B55C9B" w:rsidRDefault="00B55C9B">
      <w:pPr>
        <w:sectPr w:rsidR="00B55C9B" w:rsidSect="00DF3301">
          <w:pgSz w:w="11906" w:h="16838"/>
          <w:pgMar w:top="1361" w:right="1021" w:bottom="1021" w:left="1021" w:header="397" w:footer="397" w:gutter="0"/>
          <w:cols w:space="720"/>
          <w:docGrid w:linePitch="360"/>
        </w:sectPr>
      </w:pPr>
    </w:p>
    <w:p w14:paraId="18DC6778" w14:textId="77777777" w:rsidR="00B55C9B" w:rsidRDefault="00000000">
      <w:pPr>
        <w:pStyle w:val="Ttulo1"/>
        <w:jc w:val="center"/>
      </w:pPr>
      <w:r>
        <w:lastRenderedPageBreak/>
        <w:t>ANEXO 16. LISTA DE CHEQUEO DOCUMENTAL DE LA PROPUESTA</w:t>
      </w:r>
    </w:p>
    <w:p w14:paraId="5A7A29CE" w14:textId="77777777" w:rsidR="00B55C9B" w:rsidRDefault="00000000" w:rsidP="00DF3301">
      <w:pPr>
        <w:spacing w:after="160"/>
        <w:jc w:val="center"/>
      </w:pPr>
      <w:r>
        <w:rPr>
          <w:i/>
          <w:color w:val="666666"/>
          <w:sz w:val="17"/>
        </w:rPr>
        <w:t>El oferente debe marcar los documentos incluidos y señalar el folio o ubicación. La lista no reemplaza la revisión de la Cámara.</w:t>
      </w:r>
    </w:p>
    <w:tbl>
      <w:tblPr>
        <w:tblW w:w="0" w:type="auto"/>
        <w:jc w:val="center"/>
        <w:tblBorders>
          <w:top w:val="single" w:sz="4" w:space="0" w:color="7F8C8D"/>
          <w:left w:val="single" w:sz="4" w:space="0" w:color="7F8C8D"/>
          <w:bottom w:val="single" w:sz="4" w:space="0" w:color="7F8C8D"/>
          <w:right w:val="single" w:sz="4" w:space="0" w:color="7F8C8D"/>
          <w:insideH w:val="single" w:sz="4" w:space="0" w:color="7F8C8D"/>
          <w:insideV w:val="single" w:sz="4" w:space="0" w:color="7F8C8D"/>
        </w:tblBorders>
        <w:tblLook w:val="04A0" w:firstRow="1" w:lastRow="0" w:firstColumn="1" w:lastColumn="0" w:noHBand="0" w:noVBand="1"/>
      </w:tblPr>
      <w:tblGrid>
        <w:gridCol w:w="453"/>
        <w:gridCol w:w="4422"/>
        <w:gridCol w:w="1701"/>
        <w:gridCol w:w="850"/>
        <w:gridCol w:w="850"/>
        <w:gridCol w:w="1190"/>
        <w:gridCol w:w="4649"/>
      </w:tblGrid>
      <w:tr w:rsidR="00B55C9B" w14:paraId="154DBB2A" w14:textId="77777777">
        <w:trPr>
          <w:tblHeader/>
          <w:jc w:val="center"/>
        </w:trPr>
        <w:tc>
          <w:tcPr>
            <w:tcW w:w="453" w:type="dxa"/>
            <w:shd w:val="clear" w:color="auto" w:fill="17365D"/>
            <w:tcMar>
              <w:top w:w="80" w:type="dxa"/>
              <w:left w:w="90" w:type="dxa"/>
              <w:bottom w:w="80" w:type="dxa"/>
              <w:right w:w="90" w:type="dxa"/>
            </w:tcMar>
            <w:vAlign w:val="center"/>
          </w:tcPr>
          <w:p w14:paraId="1BA29B0E" w14:textId="77777777" w:rsidR="00B55C9B" w:rsidRDefault="00000000">
            <w:pPr>
              <w:spacing w:after="0"/>
              <w:jc w:val="center"/>
            </w:pPr>
            <w:r>
              <w:rPr>
                <w:b/>
                <w:color w:val="FFFFFF"/>
                <w:sz w:val="15"/>
              </w:rPr>
              <w:t>No.</w:t>
            </w:r>
          </w:p>
        </w:tc>
        <w:tc>
          <w:tcPr>
            <w:tcW w:w="4422" w:type="dxa"/>
            <w:shd w:val="clear" w:color="auto" w:fill="17365D"/>
            <w:tcMar>
              <w:top w:w="80" w:type="dxa"/>
              <w:left w:w="90" w:type="dxa"/>
              <w:bottom w:w="80" w:type="dxa"/>
              <w:right w:w="90" w:type="dxa"/>
            </w:tcMar>
            <w:vAlign w:val="center"/>
          </w:tcPr>
          <w:p w14:paraId="48232C0C" w14:textId="77777777" w:rsidR="00B55C9B" w:rsidRDefault="00000000">
            <w:pPr>
              <w:spacing w:after="0"/>
              <w:jc w:val="center"/>
            </w:pPr>
            <w:r>
              <w:rPr>
                <w:b/>
                <w:color w:val="FFFFFF"/>
                <w:sz w:val="15"/>
              </w:rPr>
              <w:t>Documento / requisito</w:t>
            </w:r>
          </w:p>
        </w:tc>
        <w:tc>
          <w:tcPr>
            <w:tcW w:w="1701" w:type="dxa"/>
            <w:shd w:val="clear" w:color="auto" w:fill="17365D"/>
            <w:tcMar>
              <w:top w:w="80" w:type="dxa"/>
              <w:left w:w="90" w:type="dxa"/>
              <w:bottom w:w="80" w:type="dxa"/>
              <w:right w:w="90" w:type="dxa"/>
            </w:tcMar>
            <w:vAlign w:val="center"/>
          </w:tcPr>
          <w:p w14:paraId="085D9889" w14:textId="77777777" w:rsidR="00B55C9B" w:rsidRDefault="00000000">
            <w:pPr>
              <w:spacing w:after="0"/>
              <w:jc w:val="center"/>
            </w:pPr>
            <w:r>
              <w:rPr>
                <w:b/>
                <w:color w:val="FFFFFF"/>
                <w:sz w:val="15"/>
              </w:rPr>
              <w:t>Aplicación</w:t>
            </w:r>
          </w:p>
        </w:tc>
        <w:tc>
          <w:tcPr>
            <w:tcW w:w="850" w:type="dxa"/>
            <w:shd w:val="clear" w:color="auto" w:fill="17365D"/>
            <w:tcMar>
              <w:top w:w="80" w:type="dxa"/>
              <w:left w:w="90" w:type="dxa"/>
              <w:bottom w:w="80" w:type="dxa"/>
              <w:right w:w="90" w:type="dxa"/>
            </w:tcMar>
            <w:vAlign w:val="center"/>
          </w:tcPr>
          <w:p w14:paraId="09B180E3" w14:textId="77777777" w:rsidR="00B55C9B" w:rsidRDefault="00000000">
            <w:pPr>
              <w:spacing w:after="0"/>
              <w:jc w:val="center"/>
            </w:pPr>
            <w:r>
              <w:rPr>
                <w:b/>
                <w:color w:val="FFFFFF"/>
                <w:sz w:val="15"/>
              </w:rPr>
              <w:t>Sí</w:t>
            </w:r>
          </w:p>
        </w:tc>
        <w:tc>
          <w:tcPr>
            <w:tcW w:w="850" w:type="dxa"/>
            <w:shd w:val="clear" w:color="auto" w:fill="17365D"/>
            <w:tcMar>
              <w:top w:w="80" w:type="dxa"/>
              <w:left w:w="90" w:type="dxa"/>
              <w:bottom w:w="80" w:type="dxa"/>
              <w:right w:w="90" w:type="dxa"/>
            </w:tcMar>
            <w:vAlign w:val="center"/>
          </w:tcPr>
          <w:p w14:paraId="79AA3205" w14:textId="77777777" w:rsidR="00B55C9B" w:rsidRDefault="00000000">
            <w:pPr>
              <w:spacing w:after="0"/>
              <w:jc w:val="center"/>
            </w:pPr>
            <w:r>
              <w:rPr>
                <w:b/>
                <w:color w:val="FFFFFF"/>
                <w:sz w:val="15"/>
              </w:rPr>
              <w:t>No</w:t>
            </w:r>
          </w:p>
        </w:tc>
        <w:tc>
          <w:tcPr>
            <w:tcW w:w="1190" w:type="dxa"/>
            <w:shd w:val="clear" w:color="auto" w:fill="17365D"/>
            <w:tcMar>
              <w:top w:w="80" w:type="dxa"/>
              <w:left w:w="90" w:type="dxa"/>
              <w:bottom w:w="80" w:type="dxa"/>
              <w:right w:w="90" w:type="dxa"/>
            </w:tcMar>
            <w:vAlign w:val="center"/>
          </w:tcPr>
          <w:p w14:paraId="114DD471" w14:textId="77777777" w:rsidR="00B55C9B" w:rsidRDefault="00000000">
            <w:pPr>
              <w:spacing w:after="0"/>
              <w:jc w:val="center"/>
            </w:pPr>
            <w:r>
              <w:rPr>
                <w:b/>
                <w:color w:val="FFFFFF"/>
                <w:sz w:val="15"/>
              </w:rPr>
              <w:t>Folio(s)</w:t>
            </w:r>
          </w:p>
        </w:tc>
        <w:tc>
          <w:tcPr>
            <w:tcW w:w="4649" w:type="dxa"/>
            <w:shd w:val="clear" w:color="auto" w:fill="17365D"/>
            <w:tcMar>
              <w:top w:w="80" w:type="dxa"/>
              <w:left w:w="90" w:type="dxa"/>
              <w:bottom w:w="80" w:type="dxa"/>
              <w:right w:w="90" w:type="dxa"/>
            </w:tcMar>
            <w:vAlign w:val="center"/>
          </w:tcPr>
          <w:p w14:paraId="71DBB8CE" w14:textId="77777777" w:rsidR="00B55C9B" w:rsidRDefault="00000000">
            <w:pPr>
              <w:spacing w:after="0"/>
              <w:jc w:val="center"/>
            </w:pPr>
            <w:r>
              <w:rPr>
                <w:b/>
                <w:color w:val="FFFFFF"/>
                <w:sz w:val="15"/>
              </w:rPr>
              <w:t>Observaciones</w:t>
            </w:r>
          </w:p>
        </w:tc>
      </w:tr>
      <w:tr w:rsidR="00B55C9B" w14:paraId="2B733BD0" w14:textId="77777777">
        <w:trPr>
          <w:jc w:val="center"/>
        </w:trPr>
        <w:tc>
          <w:tcPr>
            <w:tcW w:w="453" w:type="dxa"/>
            <w:tcMar>
              <w:top w:w="80" w:type="dxa"/>
              <w:left w:w="90" w:type="dxa"/>
              <w:bottom w:w="80" w:type="dxa"/>
              <w:right w:w="90" w:type="dxa"/>
            </w:tcMar>
            <w:vAlign w:val="center"/>
          </w:tcPr>
          <w:p w14:paraId="6211E531" w14:textId="77777777" w:rsidR="00B55C9B" w:rsidRDefault="00000000">
            <w:pPr>
              <w:spacing w:after="0"/>
              <w:jc w:val="center"/>
            </w:pPr>
            <w:r>
              <w:rPr>
                <w:b/>
                <w:color w:val="17365D"/>
                <w:sz w:val="14"/>
              </w:rPr>
              <w:t>1</w:t>
            </w:r>
          </w:p>
        </w:tc>
        <w:tc>
          <w:tcPr>
            <w:tcW w:w="4422" w:type="dxa"/>
            <w:tcMar>
              <w:top w:w="80" w:type="dxa"/>
              <w:left w:w="90" w:type="dxa"/>
              <w:bottom w:w="80" w:type="dxa"/>
              <w:right w:w="90" w:type="dxa"/>
            </w:tcMar>
            <w:vAlign w:val="center"/>
          </w:tcPr>
          <w:p w14:paraId="639265B6" w14:textId="77777777" w:rsidR="00B55C9B" w:rsidRDefault="00000000">
            <w:pPr>
              <w:spacing w:after="0"/>
            </w:pPr>
            <w:r>
              <w:rPr>
                <w:color w:val="000000"/>
                <w:sz w:val="14"/>
              </w:rPr>
              <w:t>Carta de presentación de la oferta</w:t>
            </w:r>
          </w:p>
        </w:tc>
        <w:tc>
          <w:tcPr>
            <w:tcW w:w="1701" w:type="dxa"/>
            <w:tcMar>
              <w:top w:w="80" w:type="dxa"/>
              <w:left w:w="90" w:type="dxa"/>
              <w:bottom w:w="80" w:type="dxa"/>
              <w:right w:w="90" w:type="dxa"/>
            </w:tcMar>
            <w:vAlign w:val="center"/>
          </w:tcPr>
          <w:p w14:paraId="0254D9F4" w14:textId="77777777" w:rsidR="00B55C9B" w:rsidRDefault="00000000">
            <w:pPr>
              <w:spacing w:after="0"/>
            </w:pPr>
            <w:r>
              <w:rPr>
                <w:color w:val="000000"/>
                <w:sz w:val="14"/>
              </w:rPr>
              <w:t>Todos</w:t>
            </w:r>
          </w:p>
        </w:tc>
        <w:tc>
          <w:tcPr>
            <w:tcW w:w="850" w:type="dxa"/>
            <w:tcMar>
              <w:top w:w="80" w:type="dxa"/>
              <w:left w:w="90" w:type="dxa"/>
              <w:bottom w:w="80" w:type="dxa"/>
              <w:right w:w="90" w:type="dxa"/>
            </w:tcMar>
            <w:vAlign w:val="center"/>
          </w:tcPr>
          <w:p w14:paraId="0C3A0929" w14:textId="77777777" w:rsidR="00B55C9B" w:rsidRDefault="00000000">
            <w:pPr>
              <w:spacing w:after="0"/>
              <w:jc w:val="center"/>
            </w:pPr>
            <w:r>
              <w:rPr>
                <w:color w:val="000000"/>
                <w:sz w:val="18"/>
              </w:rPr>
              <w:t>☐</w:t>
            </w:r>
          </w:p>
        </w:tc>
        <w:tc>
          <w:tcPr>
            <w:tcW w:w="850" w:type="dxa"/>
            <w:tcMar>
              <w:top w:w="80" w:type="dxa"/>
              <w:left w:w="90" w:type="dxa"/>
              <w:bottom w:w="80" w:type="dxa"/>
              <w:right w:w="90" w:type="dxa"/>
            </w:tcMar>
            <w:vAlign w:val="center"/>
          </w:tcPr>
          <w:p w14:paraId="297E211F" w14:textId="77777777" w:rsidR="00B55C9B" w:rsidRDefault="00000000">
            <w:pPr>
              <w:spacing w:after="0"/>
              <w:jc w:val="center"/>
            </w:pPr>
            <w:r>
              <w:rPr>
                <w:color w:val="000000"/>
                <w:sz w:val="18"/>
              </w:rPr>
              <w:t>☐</w:t>
            </w:r>
          </w:p>
        </w:tc>
        <w:tc>
          <w:tcPr>
            <w:tcW w:w="1190" w:type="dxa"/>
            <w:tcMar>
              <w:top w:w="80" w:type="dxa"/>
              <w:left w:w="90" w:type="dxa"/>
              <w:bottom w:w="80" w:type="dxa"/>
              <w:right w:w="90" w:type="dxa"/>
            </w:tcMar>
            <w:vAlign w:val="center"/>
          </w:tcPr>
          <w:p w14:paraId="66C967B5" w14:textId="77777777" w:rsidR="00B55C9B" w:rsidRDefault="00B55C9B">
            <w:pPr>
              <w:spacing w:after="0"/>
            </w:pPr>
          </w:p>
        </w:tc>
        <w:tc>
          <w:tcPr>
            <w:tcW w:w="4649" w:type="dxa"/>
            <w:tcMar>
              <w:top w:w="80" w:type="dxa"/>
              <w:left w:w="90" w:type="dxa"/>
              <w:bottom w:w="80" w:type="dxa"/>
              <w:right w:w="90" w:type="dxa"/>
            </w:tcMar>
            <w:vAlign w:val="center"/>
          </w:tcPr>
          <w:p w14:paraId="579C8A51" w14:textId="77777777" w:rsidR="00B55C9B" w:rsidRDefault="00B55C9B">
            <w:pPr>
              <w:spacing w:after="0"/>
            </w:pPr>
          </w:p>
        </w:tc>
      </w:tr>
      <w:tr w:rsidR="00B55C9B" w14:paraId="40B8CF2A" w14:textId="77777777">
        <w:trPr>
          <w:jc w:val="center"/>
        </w:trPr>
        <w:tc>
          <w:tcPr>
            <w:tcW w:w="453" w:type="dxa"/>
            <w:shd w:val="clear" w:color="auto" w:fill="EEF4F9"/>
            <w:tcMar>
              <w:top w:w="80" w:type="dxa"/>
              <w:left w:w="90" w:type="dxa"/>
              <w:bottom w:w="80" w:type="dxa"/>
              <w:right w:w="90" w:type="dxa"/>
            </w:tcMar>
            <w:vAlign w:val="center"/>
          </w:tcPr>
          <w:p w14:paraId="7ECA7419" w14:textId="77777777" w:rsidR="00B55C9B" w:rsidRDefault="00000000">
            <w:pPr>
              <w:spacing w:after="0"/>
              <w:jc w:val="center"/>
            </w:pPr>
            <w:r>
              <w:rPr>
                <w:b/>
                <w:color w:val="17365D"/>
                <w:sz w:val="14"/>
              </w:rPr>
              <w:t>2</w:t>
            </w:r>
          </w:p>
        </w:tc>
        <w:tc>
          <w:tcPr>
            <w:tcW w:w="4422" w:type="dxa"/>
            <w:shd w:val="clear" w:color="auto" w:fill="EEF4F9"/>
            <w:tcMar>
              <w:top w:w="80" w:type="dxa"/>
              <w:left w:w="90" w:type="dxa"/>
              <w:bottom w:w="80" w:type="dxa"/>
              <w:right w:w="90" w:type="dxa"/>
            </w:tcMar>
            <w:vAlign w:val="center"/>
          </w:tcPr>
          <w:p w14:paraId="37D4E59C" w14:textId="77777777" w:rsidR="00B55C9B" w:rsidRDefault="00000000">
            <w:pPr>
              <w:spacing w:after="0"/>
            </w:pPr>
            <w:r>
              <w:rPr>
                <w:color w:val="000000"/>
                <w:sz w:val="14"/>
              </w:rPr>
              <w:t>Documento de identidad</w:t>
            </w:r>
          </w:p>
        </w:tc>
        <w:tc>
          <w:tcPr>
            <w:tcW w:w="1701" w:type="dxa"/>
            <w:shd w:val="clear" w:color="auto" w:fill="EEF4F9"/>
            <w:tcMar>
              <w:top w:w="80" w:type="dxa"/>
              <w:left w:w="90" w:type="dxa"/>
              <w:bottom w:w="80" w:type="dxa"/>
              <w:right w:w="90" w:type="dxa"/>
            </w:tcMar>
            <w:vAlign w:val="center"/>
          </w:tcPr>
          <w:p w14:paraId="7D79552E" w14:textId="77777777" w:rsidR="00B55C9B" w:rsidRDefault="00000000">
            <w:pPr>
              <w:spacing w:after="0"/>
            </w:pPr>
            <w:r>
              <w:rPr>
                <w:color w:val="000000"/>
                <w:sz w:val="14"/>
              </w:rPr>
              <w:t>Según aplique</w:t>
            </w:r>
          </w:p>
        </w:tc>
        <w:tc>
          <w:tcPr>
            <w:tcW w:w="850" w:type="dxa"/>
            <w:shd w:val="clear" w:color="auto" w:fill="EEF4F9"/>
            <w:tcMar>
              <w:top w:w="80" w:type="dxa"/>
              <w:left w:w="90" w:type="dxa"/>
              <w:bottom w:w="80" w:type="dxa"/>
              <w:right w:w="90" w:type="dxa"/>
            </w:tcMar>
            <w:vAlign w:val="center"/>
          </w:tcPr>
          <w:p w14:paraId="32C5B8CD" w14:textId="77777777" w:rsidR="00B55C9B" w:rsidRDefault="00000000">
            <w:pPr>
              <w:spacing w:after="0"/>
              <w:jc w:val="center"/>
            </w:pPr>
            <w:r>
              <w:rPr>
                <w:color w:val="000000"/>
                <w:sz w:val="18"/>
              </w:rPr>
              <w:t>☐</w:t>
            </w:r>
          </w:p>
        </w:tc>
        <w:tc>
          <w:tcPr>
            <w:tcW w:w="850" w:type="dxa"/>
            <w:shd w:val="clear" w:color="auto" w:fill="EEF4F9"/>
            <w:tcMar>
              <w:top w:w="80" w:type="dxa"/>
              <w:left w:w="90" w:type="dxa"/>
              <w:bottom w:w="80" w:type="dxa"/>
              <w:right w:w="90" w:type="dxa"/>
            </w:tcMar>
            <w:vAlign w:val="center"/>
          </w:tcPr>
          <w:p w14:paraId="664F6A4F" w14:textId="77777777" w:rsidR="00B55C9B" w:rsidRDefault="00000000">
            <w:pPr>
              <w:spacing w:after="0"/>
              <w:jc w:val="center"/>
            </w:pPr>
            <w:r>
              <w:rPr>
                <w:color w:val="000000"/>
                <w:sz w:val="18"/>
              </w:rPr>
              <w:t>☐</w:t>
            </w:r>
          </w:p>
        </w:tc>
        <w:tc>
          <w:tcPr>
            <w:tcW w:w="1190" w:type="dxa"/>
            <w:shd w:val="clear" w:color="auto" w:fill="EEF4F9"/>
            <w:tcMar>
              <w:top w:w="80" w:type="dxa"/>
              <w:left w:w="90" w:type="dxa"/>
              <w:bottom w:w="80" w:type="dxa"/>
              <w:right w:w="90" w:type="dxa"/>
            </w:tcMar>
            <w:vAlign w:val="center"/>
          </w:tcPr>
          <w:p w14:paraId="0FAE50BD" w14:textId="77777777" w:rsidR="00B55C9B" w:rsidRDefault="00B55C9B">
            <w:pPr>
              <w:spacing w:after="0"/>
            </w:pPr>
          </w:p>
        </w:tc>
        <w:tc>
          <w:tcPr>
            <w:tcW w:w="4649" w:type="dxa"/>
            <w:shd w:val="clear" w:color="auto" w:fill="EEF4F9"/>
            <w:tcMar>
              <w:top w:w="80" w:type="dxa"/>
              <w:left w:w="90" w:type="dxa"/>
              <w:bottom w:w="80" w:type="dxa"/>
              <w:right w:w="90" w:type="dxa"/>
            </w:tcMar>
            <w:vAlign w:val="center"/>
          </w:tcPr>
          <w:p w14:paraId="2D5C15B0" w14:textId="77777777" w:rsidR="00B55C9B" w:rsidRDefault="00B55C9B">
            <w:pPr>
              <w:spacing w:after="0"/>
            </w:pPr>
          </w:p>
        </w:tc>
      </w:tr>
      <w:tr w:rsidR="00B55C9B" w14:paraId="0977D828" w14:textId="77777777">
        <w:trPr>
          <w:jc w:val="center"/>
        </w:trPr>
        <w:tc>
          <w:tcPr>
            <w:tcW w:w="453" w:type="dxa"/>
            <w:tcMar>
              <w:top w:w="80" w:type="dxa"/>
              <w:left w:w="90" w:type="dxa"/>
              <w:bottom w:w="80" w:type="dxa"/>
              <w:right w:w="90" w:type="dxa"/>
            </w:tcMar>
            <w:vAlign w:val="center"/>
          </w:tcPr>
          <w:p w14:paraId="0CF04A04" w14:textId="77777777" w:rsidR="00B55C9B" w:rsidRDefault="00000000">
            <w:pPr>
              <w:spacing w:after="0"/>
              <w:jc w:val="center"/>
            </w:pPr>
            <w:r>
              <w:rPr>
                <w:b/>
                <w:color w:val="17365D"/>
                <w:sz w:val="14"/>
              </w:rPr>
              <w:t>3</w:t>
            </w:r>
          </w:p>
        </w:tc>
        <w:tc>
          <w:tcPr>
            <w:tcW w:w="4422" w:type="dxa"/>
            <w:tcMar>
              <w:top w:w="80" w:type="dxa"/>
              <w:left w:w="90" w:type="dxa"/>
              <w:bottom w:w="80" w:type="dxa"/>
              <w:right w:w="90" w:type="dxa"/>
            </w:tcMar>
            <w:vAlign w:val="center"/>
          </w:tcPr>
          <w:p w14:paraId="79542110" w14:textId="77777777" w:rsidR="00B55C9B" w:rsidRDefault="00000000">
            <w:pPr>
              <w:spacing w:after="0"/>
            </w:pPr>
            <w:r>
              <w:rPr>
                <w:color w:val="000000"/>
                <w:sz w:val="14"/>
              </w:rPr>
              <w:t>Certificado de existencia y representación legal</w:t>
            </w:r>
          </w:p>
        </w:tc>
        <w:tc>
          <w:tcPr>
            <w:tcW w:w="1701" w:type="dxa"/>
            <w:tcMar>
              <w:top w:w="80" w:type="dxa"/>
              <w:left w:w="90" w:type="dxa"/>
              <w:bottom w:w="80" w:type="dxa"/>
              <w:right w:w="90" w:type="dxa"/>
            </w:tcMar>
            <w:vAlign w:val="center"/>
          </w:tcPr>
          <w:p w14:paraId="2B856A0F" w14:textId="77777777" w:rsidR="00B55C9B" w:rsidRDefault="00000000">
            <w:pPr>
              <w:spacing w:after="0"/>
            </w:pPr>
            <w:r>
              <w:rPr>
                <w:color w:val="000000"/>
                <w:sz w:val="14"/>
              </w:rPr>
              <w:t>Personas jurídicas</w:t>
            </w:r>
          </w:p>
        </w:tc>
        <w:tc>
          <w:tcPr>
            <w:tcW w:w="850" w:type="dxa"/>
            <w:tcMar>
              <w:top w:w="80" w:type="dxa"/>
              <w:left w:w="90" w:type="dxa"/>
              <w:bottom w:w="80" w:type="dxa"/>
              <w:right w:w="90" w:type="dxa"/>
            </w:tcMar>
            <w:vAlign w:val="center"/>
          </w:tcPr>
          <w:p w14:paraId="3842960B" w14:textId="77777777" w:rsidR="00B55C9B" w:rsidRDefault="00000000">
            <w:pPr>
              <w:spacing w:after="0"/>
              <w:jc w:val="center"/>
            </w:pPr>
            <w:r>
              <w:rPr>
                <w:color w:val="000000"/>
                <w:sz w:val="18"/>
              </w:rPr>
              <w:t>☐</w:t>
            </w:r>
          </w:p>
        </w:tc>
        <w:tc>
          <w:tcPr>
            <w:tcW w:w="850" w:type="dxa"/>
            <w:tcMar>
              <w:top w:w="80" w:type="dxa"/>
              <w:left w:w="90" w:type="dxa"/>
              <w:bottom w:w="80" w:type="dxa"/>
              <w:right w:w="90" w:type="dxa"/>
            </w:tcMar>
            <w:vAlign w:val="center"/>
          </w:tcPr>
          <w:p w14:paraId="6D83009B" w14:textId="77777777" w:rsidR="00B55C9B" w:rsidRDefault="00000000">
            <w:pPr>
              <w:spacing w:after="0"/>
              <w:jc w:val="center"/>
            </w:pPr>
            <w:r>
              <w:rPr>
                <w:color w:val="000000"/>
                <w:sz w:val="18"/>
              </w:rPr>
              <w:t>☐</w:t>
            </w:r>
          </w:p>
        </w:tc>
        <w:tc>
          <w:tcPr>
            <w:tcW w:w="1190" w:type="dxa"/>
            <w:tcMar>
              <w:top w:w="80" w:type="dxa"/>
              <w:left w:w="90" w:type="dxa"/>
              <w:bottom w:w="80" w:type="dxa"/>
              <w:right w:w="90" w:type="dxa"/>
            </w:tcMar>
            <w:vAlign w:val="center"/>
          </w:tcPr>
          <w:p w14:paraId="55BB27A1" w14:textId="77777777" w:rsidR="00B55C9B" w:rsidRDefault="00B55C9B">
            <w:pPr>
              <w:spacing w:after="0"/>
            </w:pPr>
          </w:p>
        </w:tc>
        <w:tc>
          <w:tcPr>
            <w:tcW w:w="4649" w:type="dxa"/>
            <w:tcMar>
              <w:top w:w="80" w:type="dxa"/>
              <w:left w:w="90" w:type="dxa"/>
              <w:bottom w:w="80" w:type="dxa"/>
              <w:right w:w="90" w:type="dxa"/>
            </w:tcMar>
            <w:vAlign w:val="center"/>
          </w:tcPr>
          <w:p w14:paraId="07EC25EE" w14:textId="77777777" w:rsidR="00B55C9B" w:rsidRDefault="00B55C9B">
            <w:pPr>
              <w:spacing w:after="0"/>
            </w:pPr>
          </w:p>
        </w:tc>
      </w:tr>
      <w:tr w:rsidR="00B55C9B" w14:paraId="2F10D27F" w14:textId="77777777">
        <w:trPr>
          <w:jc w:val="center"/>
        </w:trPr>
        <w:tc>
          <w:tcPr>
            <w:tcW w:w="453" w:type="dxa"/>
            <w:shd w:val="clear" w:color="auto" w:fill="EEF4F9"/>
            <w:tcMar>
              <w:top w:w="80" w:type="dxa"/>
              <w:left w:w="90" w:type="dxa"/>
              <w:bottom w:w="80" w:type="dxa"/>
              <w:right w:w="90" w:type="dxa"/>
            </w:tcMar>
            <w:vAlign w:val="center"/>
          </w:tcPr>
          <w:p w14:paraId="55AC2EF4" w14:textId="77777777" w:rsidR="00B55C9B" w:rsidRDefault="00000000">
            <w:pPr>
              <w:spacing w:after="0"/>
              <w:jc w:val="center"/>
            </w:pPr>
            <w:r>
              <w:rPr>
                <w:b/>
                <w:color w:val="17365D"/>
                <w:sz w:val="14"/>
              </w:rPr>
              <w:t>4</w:t>
            </w:r>
          </w:p>
        </w:tc>
        <w:tc>
          <w:tcPr>
            <w:tcW w:w="4422" w:type="dxa"/>
            <w:shd w:val="clear" w:color="auto" w:fill="EEF4F9"/>
            <w:tcMar>
              <w:top w:w="80" w:type="dxa"/>
              <w:left w:w="90" w:type="dxa"/>
              <w:bottom w:w="80" w:type="dxa"/>
              <w:right w:w="90" w:type="dxa"/>
            </w:tcMar>
            <w:vAlign w:val="center"/>
          </w:tcPr>
          <w:p w14:paraId="499217DD" w14:textId="77777777" w:rsidR="00B55C9B" w:rsidRDefault="00000000">
            <w:pPr>
              <w:spacing w:after="0"/>
            </w:pPr>
            <w:r>
              <w:rPr>
                <w:color w:val="000000"/>
                <w:sz w:val="14"/>
              </w:rPr>
              <w:t>Autorización del órgano social</w:t>
            </w:r>
          </w:p>
        </w:tc>
        <w:tc>
          <w:tcPr>
            <w:tcW w:w="1701" w:type="dxa"/>
            <w:shd w:val="clear" w:color="auto" w:fill="EEF4F9"/>
            <w:tcMar>
              <w:top w:w="80" w:type="dxa"/>
              <w:left w:w="90" w:type="dxa"/>
              <w:bottom w:w="80" w:type="dxa"/>
              <w:right w:w="90" w:type="dxa"/>
            </w:tcMar>
            <w:vAlign w:val="center"/>
          </w:tcPr>
          <w:p w14:paraId="04AA4F3B" w14:textId="77777777" w:rsidR="00B55C9B" w:rsidRDefault="00000000">
            <w:pPr>
              <w:spacing w:after="0"/>
            </w:pPr>
            <w:r>
              <w:rPr>
                <w:color w:val="000000"/>
                <w:sz w:val="14"/>
              </w:rPr>
              <w:t>Cuando aplique</w:t>
            </w:r>
          </w:p>
        </w:tc>
        <w:tc>
          <w:tcPr>
            <w:tcW w:w="850" w:type="dxa"/>
            <w:shd w:val="clear" w:color="auto" w:fill="EEF4F9"/>
            <w:tcMar>
              <w:top w:w="80" w:type="dxa"/>
              <w:left w:w="90" w:type="dxa"/>
              <w:bottom w:w="80" w:type="dxa"/>
              <w:right w:w="90" w:type="dxa"/>
            </w:tcMar>
            <w:vAlign w:val="center"/>
          </w:tcPr>
          <w:p w14:paraId="14AE4B06" w14:textId="77777777" w:rsidR="00B55C9B" w:rsidRDefault="00000000">
            <w:pPr>
              <w:spacing w:after="0"/>
              <w:jc w:val="center"/>
            </w:pPr>
            <w:r>
              <w:rPr>
                <w:color w:val="000000"/>
                <w:sz w:val="18"/>
              </w:rPr>
              <w:t>☐</w:t>
            </w:r>
          </w:p>
        </w:tc>
        <w:tc>
          <w:tcPr>
            <w:tcW w:w="850" w:type="dxa"/>
            <w:shd w:val="clear" w:color="auto" w:fill="EEF4F9"/>
            <w:tcMar>
              <w:top w:w="80" w:type="dxa"/>
              <w:left w:w="90" w:type="dxa"/>
              <w:bottom w:w="80" w:type="dxa"/>
              <w:right w:w="90" w:type="dxa"/>
            </w:tcMar>
            <w:vAlign w:val="center"/>
          </w:tcPr>
          <w:p w14:paraId="7D80EEAE" w14:textId="77777777" w:rsidR="00B55C9B" w:rsidRDefault="00000000">
            <w:pPr>
              <w:spacing w:after="0"/>
              <w:jc w:val="center"/>
            </w:pPr>
            <w:r>
              <w:rPr>
                <w:color w:val="000000"/>
                <w:sz w:val="18"/>
              </w:rPr>
              <w:t>☐</w:t>
            </w:r>
          </w:p>
        </w:tc>
        <w:tc>
          <w:tcPr>
            <w:tcW w:w="1190" w:type="dxa"/>
            <w:shd w:val="clear" w:color="auto" w:fill="EEF4F9"/>
            <w:tcMar>
              <w:top w:w="80" w:type="dxa"/>
              <w:left w:w="90" w:type="dxa"/>
              <w:bottom w:w="80" w:type="dxa"/>
              <w:right w:w="90" w:type="dxa"/>
            </w:tcMar>
            <w:vAlign w:val="center"/>
          </w:tcPr>
          <w:p w14:paraId="565190AE" w14:textId="77777777" w:rsidR="00B55C9B" w:rsidRDefault="00B55C9B">
            <w:pPr>
              <w:spacing w:after="0"/>
            </w:pPr>
          </w:p>
        </w:tc>
        <w:tc>
          <w:tcPr>
            <w:tcW w:w="4649" w:type="dxa"/>
            <w:shd w:val="clear" w:color="auto" w:fill="EEF4F9"/>
            <w:tcMar>
              <w:top w:w="80" w:type="dxa"/>
              <w:left w:w="90" w:type="dxa"/>
              <w:bottom w:w="80" w:type="dxa"/>
              <w:right w:w="90" w:type="dxa"/>
            </w:tcMar>
            <w:vAlign w:val="center"/>
          </w:tcPr>
          <w:p w14:paraId="12284CA3" w14:textId="77777777" w:rsidR="00B55C9B" w:rsidRDefault="00B55C9B">
            <w:pPr>
              <w:spacing w:after="0"/>
            </w:pPr>
          </w:p>
        </w:tc>
      </w:tr>
      <w:tr w:rsidR="00B55C9B" w14:paraId="60E8FEE8" w14:textId="77777777">
        <w:trPr>
          <w:jc w:val="center"/>
        </w:trPr>
        <w:tc>
          <w:tcPr>
            <w:tcW w:w="453" w:type="dxa"/>
            <w:tcMar>
              <w:top w:w="80" w:type="dxa"/>
              <w:left w:w="90" w:type="dxa"/>
              <w:bottom w:w="80" w:type="dxa"/>
              <w:right w:w="90" w:type="dxa"/>
            </w:tcMar>
            <w:vAlign w:val="center"/>
          </w:tcPr>
          <w:p w14:paraId="33681E57" w14:textId="77777777" w:rsidR="00B55C9B" w:rsidRDefault="00000000">
            <w:pPr>
              <w:spacing w:after="0"/>
              <w:jc w:val="center"/>
            </w:pPr>
            <w:r>
              <w:rPr>
                <w:b/>
                <w:color w:val="17365D"/>
                <w:sz w:val="14"/>
              </w:rPr>
              <w:t>5</w:t>
            </w:r>
          </w:p>
        </w:tc>
        <w:tc>
          <w:tcPr>
            <w:tcW w:w="4422" w:type="dxa"/>
            <w:tcMar>
              <w:top w:w="80" w:type="dxa"/>
              <w:left w:w="90" w:type="dxa"/>
              <w:bottom w:w="80" w:type="dxa"/>
              <w:right w:w="90" w:type="dxa"/>
            </w:tcMar>
            <w:vAlign w:val="center"/>
          </w:tcPr>
          <w:p w14:paraId="3C60BF08" w14:textId="77777777" w:rsidR="00B55C9B" w:rsidRDefault="00000000">
            <w:pPr>
              <w:spacing w:after="0"/>
            </w:pPr>
            <w:r>
              <w:rPr>
                <w:color w:val="000000"/>
                <w:sz w:val="14"/>
              </w:rPr>
              <w:t>RUT actualizado</w:t>
            </w:r>
          </w:p>
        </w:tc>
        <w:tc>
          <w:tcPr>
            <w:tcW w:w="1701" w:type="dxa"/>
            <w:tcMar>
              <w:top w:w="80" w:type="dxa"/>
              <w:left w:w="90" w:type="dxa"/>
              <w:bottom w:w="80" w:type="dxa"/>
              <w:right w:w="90" w:type="dxa"/>
            </w:tcMar>
            <w:vAlign w:val="center"/>
          </w:tcPr>
          <w:p w14:paraId="668D5E0F" w14:textId="77777777" w:rsidR="00B55C9B" w:rsidRDefault="00000000">
            <w:pPr>
              <w:spacing w:after="0"/>
            </w:pPr>
            <w:r>
              <w:rPr>
                <w:color w:val="000000"/>
                <w:sz w:val="14"/>
              </w:rPr>
              <w:t>Todos</w:t>
            </w:r>
          </w:p>
        </w:tc>
        <w:tc>
          <w:tcPr>
            <w:tcW w:w="850" w:type="dxa"/>
            <w:tcMar>
              <w:top w:w="80" w:type="dxa"/>
              <w:left w:w="90" w:type="dxa"/>
              <w:bottom w:w="80" w:type="dxa"/>
              <w:right w:w="90" w:type="dxa"/>
            </w:tcMar>
            <w:vAlign w:val="center"/>
          </w:tcPr>
          <w:p w14:paraId="585E6294" w14:textId="77777777" w:rsidR="00B55C9B" w:rsidRDefault="00000000">
            <w:pPr>
              <w:spacing w:after="0"/>
              <w:jc w:val="center"/>
            </w:pPr>
            <w:r>
              <w:rPr>
                <w:color w:val="000000"/>
                <w:sz w:val="18"/>
              </w:rPr>
              <w:t>☐</w:t>
            </w:r>
          </w:p>
        </w:tc>
        <w:tc>
          <w:tcPr>
            <w:tcW w:w="850" w:type="dxa"/>
            <w:tcMar>
              <w:top w:w="80" w:type="dxa"/>
              <w:left w:w="90" w:type="dxa"/>
              <w:bottom w:w="80" w:type="dxa"/>
              <w:right w:w="90" w:type="dxa"/>
            </w:tcMar>
            <w:vAlign w:val="center"/>
          </w:tcPr>
          <w:p w14:paraId="37F8AEA5" w14:textId="77777777" w:rsidR="00B55C9B" w:rsidRDefault="00000000">
            <w:pPr>
              <w:spacing w:after="0"/>
              <w:jc w:val="center"/>
            </w:pPr>
            <w:r>
              <w:rPr>
                <w:color w:val="000000"/>
                <w:sz w:val="18"/>
              </w:rPr>
              <w:t>☐</w:t>
            </w:r>
          </w:p>
        </w:tc>
        <w:tc>
          <w:tcPr>
            <w:tcW w:w="1190" w:type="dxa"/>
            <w:tcMar>
              <w:top w:w="80" w:type="dxa"/>
              <w:left w:w="90" w:type="dxa"/>
              <w:bottom w:w="80" w:type="dxa"/>
              <w:right w:w="90" w:type="dxa"/>
            </w:tcMar>
            <w:vAlign w:val="center"/>
          </w:tcPr>
          <w:p w14:paraId="5A50B27A" w14:textId="77777777" w:rsidR="00B55C9B" w:rsidRDefault="00B55C9B">
            <w:pPr>
              <w:spacing w:after="0"/>
            </w:pPr>
          </w:p>
        </w:tc>
        <w:tc>
          <w:tcPr>
            <w:tcW w:w="4649" w:type="dxa"/>
            <w:tcMar>
              <w:top w:w="80" w:type="dxa"/>
              <w:left w:w="90" w:type="dxa"/>
              <w:bottom w:w="80" w:type="dxa"/>
              <w:right w:w="90" w:type="dxa"/>
            </w:tcMar>
            <w:vAlign w:val="center"/>
          </w:tcPr>
          <w:p w14:paraId="64DBD78C" w14:textId="77777777" w:rsidR="00B55C9B" w:rsidRDefault="00B55C9B">
            <w:pPr>
              <w:spacing w:after="0"/>
            </w:pPr>
          </w:p>
        </w:tc>
      </w:tr>
      <w:tr w:rsidR="00B55C9B" w14:paraId="3EADC4F5" w14:textId="77777777">
        <w:trPr>
          <w:jc w:val="center"/>
        </w:trPr>
        <w:tc>
          <w:tcPr>
            <w:tcW w:w="453" w:type="dxa"/>
            <w:shd w:val="clear" w:color="auto" w:fill="EEF4F9"/>
            <w:tcMar>
              <w:top w:w="80" w:type="dxa"/>
              <w:left w:w="90" w:type="dxa"/>
              <w:bottom w:w="80" w:type="dxa"/>
              <w:right w:w="90" w:type="dxa"/>
            </w:tcMar>
            <w:vAlign w:val="center"/>
          </w:tcPr>
          <w:p w14:paraId="6587FD72" w14:textId="77777777" w:rsidR="00B55C9B" w:rsidRDefault="00000000">
            <w:pPr>
              <w:spacing w:after="0"/>
              <w:jc w:val="center"/>
            </w:pPr>
            <w:r>
              <w:rPr>
                <w:b/>
                <w:color w:val="17365D"/>
                <w:sz w:val="14"/>
              </w:rPr>
              <w:t>6</w:t>
            </w:r>
          </w:p>
        </w:tc>
        <w:tc>
          <w:tcPr>
            <w:tcW w:w="4422" w:type="dxa"/>
            <w:shd w:val="clear" w:color="auto" w:fill="EEF4F9"/>
            <w:tcMar>
              <w:top w:w="80" w:type="dxa"/>
              <w:left w:w="90" w:type="dxa"/>
              <w:bottom w:w="80" w:type="dxa"/>
              <w:right w:w="90" w:type="dxa"/>
            </w:tcMar>
            <w:vAlign w:val="center"/>
          </w:tcPr>
          <w:p w14:paraId="2D12DF39" w14:textId="77777777" w:rsidR="00B55C9B" w:rsidRDefault="00000000">
            <w:pPr>
              <w:spacing w:after="0"/>
            </w:pPr>
            <w:r>
              <w:rPr>
                <w:color w:val="000000"/>
                <w:sz w:val="14"/>
              </w:rPr>
              <w:t>RUP vigente</w:t>
            </w:r>
          </w:p>
        </w:tc>
        <w:tc>
          <w:tcPr>
            <w:tcW w:w="1701" w:type="dxa"/>
            <w:shd w:val="clear" w:color="auto" w:fill="EEF4F9"/>
            <w:tcMar>
              <w:top w:w="80" w:type="dxa"/>
              <w:left w:w="90" w:type="dxa"/>
              <w:bottom w:w="80" w:type="dxa"/>
              <w:right w:w="90" w:type="dxa"/>
            </w:tcMar>
            <w:vAlign w:val="center"/>
          </w:tcPr>
          <w:p w14:paraId="480A5B42" w14:textId="77777777" w:rsidR="00B55C9B" w:rsidRDefault="00000000">
            <w:pPr>
              <w:spacing w:after="0"/>
            </w:pPr>
            <w:r>
              <w:rPr>
                <w:color w:val="000000"/>
                <w:sz w:val="14"/>
              </w:rPr>
              <w:t>Según invitación</w:t>
            </w:r>
          </w:p>
        </w:tc>
        <w:tc>
          <w:tcPr>
            <w:tcW w:w="850" w:type="dxa"/>
            <w:shd w:val="clear" w:color="auto" w:fill="EEF4F9"/>
            <w:tcMar>
              <w:top w:w="80" w:type="dxa"/>
              <w:left w:w="90" w:type="dxa"/>
              <w:bottom w:w="80" w:type="dxa"/>
              <w:right w:w="90" w:type="dxa"/>
            </w:tcMar>
            <w:vAlign w:val="center"/>
          </w:tcPr>
          <w:p w14:paraId="505BCCBD" w14:textId="77777777" w:rsidR="00B55C9B" w:rsidRDefault="00000000">
            <w:pPr>
              <w:spacing w:after="0"/>
              <w:jc w:val="center"/>
            </w:pPr>
            <w:r>
              <w:rPr>
                <w:color w:val="000000"/>
                <w:sz w:val="18"/>
              </w:rPr>
              <w:t>☐</w:t>
            </w:r>
          </w:p>
        </w:tc>
        <w:tc>
          <w:tcPr>
            <w:tcW w:w="850" w:type="dxa"/>
            <w:shd w:val="clear" w:color="auto" w:fill="EEF4F9"/>
            <w:tcMar>
              <w:top w:w="80" w:type="dxa"/>
              <w:left w:w="90" w:type="dxa"/>
              <w:bottom w:w="80" w:type="dxa"/>
              <w:right w:w="90" w:type="dxa"/>
            </w:tcMar>
            <w:vAlign w:val="center"/>
          </w:tcPr>
          <w:p w14:paraId="6CCA5FB9" w14:textId="77777777" w:rsidR="00B55C9B" w:rsidRDefault="00000000">
            <w:pPr>
              <w:spacing w:after="0"/>
              <w:jc w:val="center"/>
            </w:pPr>
            <w:r>
              <w:rPr>
                <w:color w:val="000000"/>
                <w:sz w:val="18"/>
              </w:rPr>
              <w:t>☐</w:t>
            </w:r>
          </w:p>
        </w:tc>
        <w:tc>
          <w:tcPr>
            <w:tcW w:w="1190" w:type="dxa"/>
            <w:shd w:val="clear" w:color="auto" w:fill="EEF4F9"/>
            <w:tcMar>
              <w:top w:w="80" w:type="dxa"/>
              <w:left w:w="90" w:type="dxa"/>
              <w:bottom w:w="80" w:type="dxa"/>
              <w:right w:w="90" w:type="dxa"/>
            </w:tcMar>
            <w:vAlign w:val="center"/>
          </w:tcPr>
          <w:p w14:paraId="2AC74015" w14:textId="77777777" w:rsidR="00B55C9B" w:rsidRDefault="00B55C9B">
            <w:pPr>
              <w:spacing w:after="0"/>
            </w:pPr>
          </w:p>
        </w:tc>
        <w:tc>
          <w:tcPr>
            <w:tcW w:w="4649" w:type="dxa"/>
            <w:shd w:val="clear" w:color="auto" w:fill="EEF4F9"/>
            <w:tcMar>
              <w:top w:w="80" w:type="dxa"/>
              <w:left w:w="90" w:type="dxa"/>
              <w:bottom w:w="80" w:type="dxa"/>
              <w:right w:w="90" w:type="dxa"/>
            </w:tcMar>
            <w:vAlign w:val="center"/>
          </w:tcPr>
          <w:p w14:paraId="38F2337B" w14:textId="77777777" w:rsidR="00B55C9B" w:rsidRDefault="00B55C9B">
            <w:pPr>
              <w:spacing w:after="0"/>
            </w:pPr>
          </w:p>
        </w:tc>
      </w:tr>
      <w:tr w:rsidR="00B55C9B" w14:paraId="74DEC633" w14:textId="77777777">
        <w:trPr>
          <w:jc w:val="center"/>
        </w:trPr>
        <w:tc>
          <w:tcPr>
            <w:tcW w:w="453" w:type="dxa"/>
            <w:tcMar>
              <w:top w:w="80" w:type="dxa"/>
              <w:left w:w="90" w:type="dxa"/>
              <w:bottom w:w="80" w:type="dxa"/>
              <w:right w:w="90" w:type="dxa"/>
            </w:tcMar>
            <w:vAlign w:val="center"/>
          </w:tcPr>
          <w:p w14:paraId="2B69CB97" w14:textId="77777777" w:rsidR="00B55C9B" w:rsidRDefault="00000000">
            <w:pPr>
              <w:spacing w:after="0"/>
              <w:jc w:val="center"/>
            </w:pPr>
            <w:r>
              <w:rPr>
                <w:b/>
                <w:color w:val="17365D"/>
                <w:sz w:val="14"/>
              </w:rPr>
              <w:t>7</w:t>
            </w:r>
          </w:p>
        </w:tc>
        <w:tc>
          <w:tcPr>
            <w:tcW w:w="4422" w:type="dxa"/>
            <w:tcMar>
              <w:top w:w="80" w:type="dxa"/>
              <w:left w:w="90" w:type="dxa"/>
              <w:bottom w:w="80" w:type="dxa"/>
              <w:right w:w="90" w:type="dxa"/>
            </w:tcMar>
            <w:vAlign w:val="center"/>
          </w:tcPr>
          <w:p w14:paraId="14B41881" w14:textId="77777777" w:rsidR="00B55C9B" w:rsidRDefault="00000000">
            <w:pPr>
              <w:spacing w:after="0"/>
            </w:pPr>
            <w:r>
              <w:rPr>
                <w:color w:val="000000"/>
                <w:sz w:val="14"/>
              </w:rPr>
              <w:t>Antecedentes disciplinarios</w:t>
            </w:r>
          </w:p>
        </w:tc>
        <w:tc>
          <w:tcPr>
            <w:tcW w:w="1701" w:type="dxa"/>
            <w:tcMar>
              <w:top w:w="80" w:type="dxa"/>
              <w:left w:w="90" w:type="dxa"/>
              <w:bottom w:w="80" w:type="dxa"/>
              <w:right w:w="90" w:type="dxa"/>
            </w:tcMar>
            <w:vAlign w:val="center"/>
          </w:tcPr>
          <w:p w14:paraId="5C1CCCA0" w14:textId="77777777" w:rsidR="00B55C9B" w:rsidRDefault="00000000">
            <w:pPr>
              <w:spacing w:after="0"/>
            </w:pPr>
            <w:r>
              <w:rPr>
                <w:color w:val="000000"/>
                <w:sz w:val="14"/>
              </w:rPr>
              <w:t>Todos / integrantes</w:t>
            </w:r>
          </w:p>
        </w:tc>
        <w:tc>
          <w:tcPr>
            <w:tcW w:w="850" w:type="dxa"/>
            <w:tcMar>
              <w:top w:w="80" w:type="dxa"/>
              <w:left w:w="90" w:type="dxa"/>
              <w:bottom w:w="80" w:type="dxa"/>
              <w:right w:w="90" w:type="dxa"/>
            </w:tcMar>
            <w:vAlign w:val="center"/>
          </w:tcPr>
          <w:p w14:paraId="57E30611" w14:textId="77777777" w:rsidR="00B55C9B" w:rsidRDefault="00000000">
            <w:pPr>
              <w:spacing w:after="0"/>
              <w:jc w:val="center"/>
            </w:pPr>
            <w:r>
              <w:rPr>
                <w:color w:val="000000"/>
                <w:sz w:val="18"/>
              </w:rPr>
              <w:t>☐</w:t>
            </w:r>
          </w:p>
        </w:tc>
        <w:tc>
          <w:tcPr>
            <w:tcW w:w="850" w:type="dxa"/>
            <w:tcMar>
              <w:top w:w="80" w:type="dxa"/>
              <w:left w:w="90" w:type="dxa"/>
              <w:bottom w:w="80" w:type="dxa"/>
              <w:right w:w="90" w:type="dxa"/>
            </w:tcMar>
            <w:vAlign w:val="center"/>
          </w:tcPr>
          <w:p w14:paraId="3B6CA240" w14:textId="77777777" w:rsidR="00B55C9B" w:rsidRDefault="00000000">
            <w:pPr>
              <w:spacing w:after="0"/>
              <w:jc w:val="center"/>
            </w:pPr>
            <w:r>
              <w:rPr>
                <w:color w:val="000000"/>
                <w:sz w:val="18"/>
              </w:rPr>
              <w:t>☐</w:t>
            </w:r>
          </w:p>
        </w:tc>
        <w:tc>
          <w:tcPr>
            <w:tcW w:w="1190" w:type="dxa"/>
            <w:tcMar>
              <w:top w:w="80" w:type="dxa"/>
              <w:left w:w="90" w:type="dxa"/>
              <w:bottom w:w="80" w:type="dxa"/>
              <w:right w:w="90" w:type="dxa"/>
            </w:tcMar>
            <w:vAlign w:val="center"/>
          </w:tcPr>
          <w:p w14:paraId="5199568D" w14:textId="77777777" w:rsidR="00B55C9B" w:rsidRDefault="00B55C9B">
            <w:pPr>
              <w:spacing w:after="0"/>
            </w:pPr>
          </w:p>
        </w:tc>
        <w:tc>
          <w:tcPr>
            <w:tcW w:w="4649" w:type="dxa"/>
            <w:tcMar>
              <w:top w:w="80" w:type="dxa"/>
              <w:left w:w="90" w:type="dxa"/>
              <w:bottom w:w="80" w:type="dxa"/>
              <w:right w:w="90" w:type="dxa"/>
            </w:tcMar>
            <w:vAlign w:val="center"/>
          </w:tcPr>
          <w:p w14:paraId="029A4F3F" w14:textId="77777777" w:rsidR="00B55C9B" w:rsidRDefault="00B55C9B">
            <w:pPr>
              <w:spacing w:after="0"/>
            </w:pPr>
          </w:p>
        </w:tc>
      </w:tr>
      <w:tr w:rsidR="00B55C9B" w14:paraId="65048DA0" w14:textId="77777777">
        <w:trPr>
          <w:jc w:val="center"/>
        </w:trPr>
        <w:tc>
          <w:tcPr>
            <w:tcW w:w="453" w:type="dxa"/>
            <w:shd w:val="clear" w:color="auto" w:fill="EEF4F9"/>
            <w:tcMar>
              <w:top w:w="80" w:type="dxa"/>
              <w:left w:w="90" w:type="dxa"/>
              <w:bottom w:w="80" w:type="dxa"/>
              <w:right w:w="90" w:type="dxa"/>
            </w:tcMar>
            <w:vAlign w:val="center"/>
          </w:tcPr>
          <w:p w14:paraId="21669A14" w14:textId="77777777" w:rsidR="00B55C9B" w:rsidRDefault="00000000">
            <w:pPr>
              <w:spacing w:after="0"/>
              <w:jc w:val="center"/>
            </w:pPr>
            <w:r>
              <w:rPr>
                <w:b/>
                <w:color w:val="17365D"/>
                <w:sz w:val="14"/>
              </w:rPr>
              <w:t>8</w:t>
            </w:r>
          </w:p>
        </w:tc>
        <w:tc>
          <w:tcPr>
            <w:tcW w:w="4422" w:type="dxa"/>
            <w:shd w:val="clear" w:color="auto" w:fill="EEF4F9"/>
            <w:tcMar>
              <w:top w:w="80" w:type="dxa"/>
              <w:left w:w="90" w:type="dxa"/>
              <w:bottom w:w="80" w:type="dxa"/>
              <w:right w:w="90" w:type="dxa"/>
            </w:tcMar>
            <w:vAlign w:val="center"/>
          </w:tcPr>
          <w:p w14:paraId="7831ABEE" w14:textId="77777777" w:rsidR="00B55C9B" w:rsidRDefault="00000000">
            <w:pPr>
              <w:spacing w:after="0"/>
            </w:pPr>
            <w:r>
              <w:rPr>
                <w:color w:val="000000"/>
                <w:sz w:val="14"/>
              </w:rPr>
              <w:t>Antecedentes fiscales</w:t>
            </w:r>
          </w:p>
        </w:tc>
        <w:tc>
          <w:tcPr>
            <w:tcW w:w="1701" w:type="dxa"/>
            <w:shd w:val="clear" w:color="auto" w:fill="EEF4F9"/>
            <w:tcMar>
              <w:top w:w="80" w:type="dxa"/>
              <w:left w:w="90" w:type="dxa"/>
              <w:bottom w:w="80" w:type="dxa"/>
              <w:right w:w="90" w:type="dxa"/>
            </w:tcMar>
            <w:vAlign w:val="center"/>
          </w:tcPr>
          <w:p w14:paraId="249DD248" w14:textId="77777777" w:rsidR="00B55C9B" w:rsidRDefault="00000000">
            <w:pPr>
              <w:spacing w:after="0"/>
            </w:pPr>
            <w:r>
              <w:rPr>
                <w:color w:val="000000"/>
                <w:sz w:val="14"/>
              </w:rPr>
              <w:t>Todos / integrantes</w:t>
            </w:r>
          </w:p>
        </w:tc>
        <w:tc>
          <w:tcPr>
            <w:tcW w:w="850" w:type="dxa"/>
            <w:shd w:val="clear" w:color="auto" w:fill="EEF4F9"/>
            <w:tcMar>
              <w:top w:w="80" w:type="dxa"/>
              <w:left w:w="90" w:type="dxa"/>
              <w:bottom w:w="80" w:type="dxa"/>
              <w:right w:w="90" w:type="dxa"/>
            </w:tcMar>
            <w:vAlign w:val="center"/>
          </w:tcPr>
          <w:p w14:paraId="5598E18E" w14:textId="77777777" w:rsidR="00B55C9B" w:rsidRDefault="00000000">
            <w:pPr>
              <w:spacing w:after="0"/>
              <w:jc w:val="center"/>
            </w:pPr>
            <w:r>
              <w:rPr>
                <w:color w:val="000000"/>
                <w:sz w:val="18"/>
              </w:rPr>
              <w:t>☐</w:t>
            </w:r>
          </w:p>
        </w:tc>
        <w:tc>
          <w:tcPr>
            <w:tcW w:w="850" w:type="dxa"/>
            <w:shd w:val="clear" w:color="auto" w:fill="EEF4F9"/>
            <w:tcMar>
              <w:top w:w="80" w:type="dxa"/>
              <w:left w:w="90" w:type="dxa"/>
              <w:bottom w:w="80" w:type="dxa"/>
              <w:right w:w="90" w:type="dxa"/>
            </w:tcMar>
            <w:vAlign w:val="center"/>
          </w:tcPr>
          <w:p w14:paraId="6511F6C6" w14:textId="77777777" w:rsidR="00B55C9B" w:rsidRDefault="00000000">
            <w:pPr>
              <w:spacing w:after="0"/>
              <w:jc w:val="center"/>
            </w:pPr>
            <w:r>
              <w:rPr>
                <w:color w:val="000000"/>
                <w:sz w:val="18"/>
              </w:rPr>
              <w:t>☐</w:t>
            </w:r>
          </w:p>
        </w:tc>
        <w:tc>
          <w:tcPr>
            <w:tcW w:w="1190" w:type="dxa"/>
            <w:shd w:val="clear" w:color="auto" w:fill="EEF4F9"/>
            <w:tcMar>
              <w:top w:w="80" w:type="dxa"/>
              <w:left w:w="90" w:type="dxa"/>
              <w:bottom w:w="80" w:type="dxa"/>
              <w:right w:w="90" w:type="dxa"/>
            </w:tcMar>
            <w:vAlign w:val="center"/>
          </w:tcPr>
          <w:p w14:paraId="7D35033C" w14:textId="77777777" w:rsidR="00B55C9B" w:rsidRDefault="00B55C9B">
            <w:pPr>
              <w:spacing w:after="0"/>
            </w:pPr>
          </w:p>
        </w:tc>
        <w:tc>
          <w:tcPr>
            <w:tcW w:w="4649" w:type="dxa"/>
            <w:shd w:val="clear" w:color="auto" w:fill="EEF4F9"/>
            <w:tcMar>
              <w:top w:w="80" w:type="dxa"/>
              <w:left w:w="90" w:type="dxa"/>
              <w:bottom w:w="80" w:type="dxa"/>
              <w:right w:w="90" w:type="dxa"/>
            </w:tcMar>
            <w:vAlign w:val="center"/>
          </w:tcPr>
          <w:p w14:paraId="75CA17EB" w14:textId="77777777" w:rsidR="00B55C9B" w:rsidRDefault="00B55C9B">
            <w:pPr>
              <w:spacing w:after="0"/>
            </w:pPr>
          </w:p>
        </w:tc>
      </w:tr>
      <w:tr w:rsidR="00B55C9B" w14:paraId="16CE6925" w14:textId="77777777">
        <w:trPr>
          <w:jc w:val="center"/>
        </w:trPr>
        <w:tc>
          <w:tcPr>
            <w:tcW w:w="453" w:type="dxa"/>
            <w:tcMar>
              <w:top w:w="80" w:type="dxa"/>
              <w:left w:w="90" w:type="dxa"/>
              <w:bottom w:w="80" w:type="dxa"/>
              <w:right w:w="90" w:type="dxa"/>
            </w:tcMar>
            <w:vAlign w:val="center"/>
          </w:tcPr>
          <w:p w14:paraId="7ABA2BAE" w14:textId="77777777" w:rsidR="00B55C9B" w:rsidRDefault="00000000">
            <w:pPr>
              <w:spacing w:after="0"/>
              <w:jc w:val="center"/>
            </w:pPr>
            <w:r>
              <w:rPr>
                <w:b/>
                <w:color w:val="17365D"/>
                <w:sz w:val="14"/>
              </w:rPr>
              <w:t>9</w:t>
            </w:r>
          </w:p>
        </w:tc>
        <w:tc>
          <w:tcPr>
            <w:tcW w:w="4422" w:type="dxa"/>
            <w:tcMar>
              <w:top w:w="80" w:type="dxa"/>
              <w:left w:w="90" w:type="dxa"/>
              <w:bottom w:w="80" w:type="dxa"/>
              <w:right w:w="90" w:type="dxa"/>
            </w:tcMar>
            <w:vAlign w:val="center"/>
          </w:tcPr>
          <w:p w14:paraId="532ABC61" w14:textId="77777777" w:rsidR="00B55C9B" w:rsidRDefault="00000000">
            <w:pPr>
              <w:spacing w:after="0"/>
            </w:pPr>
            <w:r>
              <w:rPr>
                <w:color w:val="000000"/>
                <w:sz w:val="14"/>
              </w:rPr>
              <w:t>Antecedentes judiciales</w:t>
            </w:r>
          </w:p>
        </w:tc>
        <w:tc>
          <w:tcPr>
            <w:tcW w:w="1701" w:type="dxa"/>
            <w:tcMar>
              <w:top w:w="80" w:type="dxa"/>
              <w:left w:w="90" w:type="dxa"/>
              <w:bottom w:w="80" w:type="dxa"/>
              <w:right w:w="90" w:type="dxa"/>
            </w:tcMar>
            <w:vAlign w:val="center"/>
          </w:tcPr>
          <w:p w14:paraId="2989ACFB" w14:textId="77777777" w:rsidR="00B55C9B" w:rsidRDefault="00000000">
            <w:pPr>
              <w:spacing w:after="0"/>
            </w:pPr>
            <w:r>
              <w:rPr>
                <w:color w:val="000000"/>
                <w:sz w:val="14"/>
              </w:rPr>
              <w:t>Personas naturales / representantes</w:t>
            </w:r>
          </w:p>
        </w:tc>
        <w:tc>
          <w:tcPr>
            <w:tcW w:w="850" w:type="dxa"/>
            <w:tcMar>
              <w:top w:w="80" w:type="dxa"/>
              <w:left w:w="90" w:type="dxa"/>
              <w:bottom w:w="80" w:type="dxa"/>
              <w:right w:w="90" w:type="dxa"/>
            </w:tcMar>
            <w:vAlign w:val="center"/>
          </w:tcPr>
          <w:p w14:paraId="21BDE790" w14:textId="77777777" w:rsidR="00B55C9B" w:rsidRDefault="00000000">
            <w:pPr>
              <w:spacing w:after="0"/>
              <w:jc w:val="center"/>
            </w:pPr>
            <w:r>
              <w:rPr>
                <w:color w:val="000000"/>
                <w:sz w:val="18"/>
              </w:rPr>
              <w:t>☐</w:t>
            </w:r>
          </w:p>
        </w:tc>
        <w:tc>
          <w:tcPr>
            <w:tcW w:w="850" w:type="dxa"/>
            <w:tcMar>
              <w:top w:w="80" w:type="dxa"/>
              <w:left w:w="90" w:type="dxa"/>
              <w:bottom w:w="80" w:type="dxa"/>
              <w:right w:w="90" w:type="dxa"/>
            </w:tcMar>
            <w:vAlign w:val="center"/>
          </w:tcPr>
          <w:p w14:paraId="0D6932A4" w14:textId="77777777" w:rsidR="00B55C9B" w:rsidRDefault="00000000">
            <w:pPr>
              <w:spacing w:after="0"/>
              <w:jc w:val="center"/>
            </w:pPr>
            <w:r>
              <w:rPr>
                <w:color w:val="000000"/>
                <w:sz w:val="18"/>
              </w:rPr>
              <w:t>☐</w:t>
            </w:r>
          </w:p>
        </w:tc>
        <w:tc>
          <w:tcPr>
            <w:tcW w:w="1190" w:type="dxa"/>
            <w:tcMar>
              <w:top w:w="80" w:type="dxa"/>
              <w:left w:w="90" w:type="dxa"/>
              <w:bottom w:w="80" w:type="dxa"/>
              <w:right w:w="90" w:type="dxa"/>
            </w:tcMar>
            <w:vAlign w:val="center"/>
          </w:tcPr>
          <w:p w14:paraId="17C88151" w14:textId="77777777" w:rsidR="00B55C9B" w:rsidRDefault="00B55C9B">
            <w:pPr>
              <w:spacing w:after="0"/>
            </w:pPr>
          </w:p>
        </w:tc>
        <w:tc>
          <w:tcPr>
            <w:tcW w:w="4649" w:type="dxa"/>
            <w:tcMar>
              <w:top w:w="80" w:type="dxa"/>
              <w:left w:w="90" w:type="dxa"/>
              <w:bottom w:w="80" w:type="dxa"/>
              <w:right w:w="90" w:type="dxa"/>
            </w:tcMar>
            <w:vAlign w:val="center"/>
          </w:tcPr>
          <w:p w14:paraId="0215BBB3" w14:textId="77777777" w:rsidR="00B55C9B" w:rsidRDefault="00B55C9B">
            <w:pPr>
              <w:spacing w:after="0"/>
            </w:pPr>
          </w:p>
        </w:tc>
      </w:tr>
      <w:tr w:rsidR="00B55C9B" w14:paraId="57E2EC55" w14:textId="77777777">
        <w:trPr>
          <w:jc w:val="center"/>
        </w:trPr>
        <w:tc>
          <w:tcPr>
            <w:tcW w:w="453" w:type="dxa"/>
            <w:shd w:val="clear" w:color="auto" w:fill="EEF4F9"/>
            <w:tcMar>
              <w:top w:w="80" w:type="dxa"/>
              <w:left w:w="90" w:type="dxa"/>
              <w:bottom w:w="80" w:type="dxa"/>
              <w:right w:w="90" w:type="dxa"/>
            </w:tcMar>
            <w:vAlign w:val="center"/>
          </w:tcPr>
          <w:p w14:paraId="07A45CE1" w14:textId="77777777" w:rsidR="00B55C9B" w:rsidRDefault="00000000">
            <w:pPr>
              <w:spacing w:after="0"/>
              <w:jc w:val="center"/>
            </w:pPr>
            <w:r>
              <w:rPr>
                <w:b/>
                <w:color w:val="17365D"/>
                <w:sz w:val="14"/>
              </w:rPr>
              <w:t>10</w:t>
            </w:r>
          </w:p>
        </w:tc>
        <w:tc>
          <w:tcPr>
            <w:tcW w:w="4422" w:type="dxa"/>
            <w:shd w:val="clear" w:color="auto" w:fill="EEF4F9"/>
            <w:tcMar>
              <w:top w:w="80" w:type="dxa"/>
              <w:left w:w="90" w:type="dxa"/>
              <w:bottom w:w="80" w:type="dxa"/>
              <w:right w:w="90" w:type="dxa"/>
            </w:tcMar>
            <w:vAlign w:val="center"/>
          </w:tcPr>
          <w:p w14:paraId="478BE334" w14:textId="77777777" w:rsidR="00B55C9B" w:rsidRDefault="00000000">
            <w:pPr>
              <w:spacing w:after="0"/>
            </w:pPr>
            <w:r>
              <w:rPr>
                <w:color w:val="000000"/>
                <w:sz w:val="14"/>
              </w:rPr>
              <w:t>Registro Nacional de Medidas Correctivas</w:t>
            </w:r>
          </w:p>
        </w:tc>
        <w:tc>
          <w:tcPr>
            <w:tcW w:w="1701" w:type="dxa"/>
            <w:shd w:val="clear" w:color="auto" w:fill="EEF4F9"/>
            <w:tcMar>
              <w:top w:w="80" w:type="dxa"/>
              <w:left w:w="90" w:type="dxa"/>
              <w:bottom w:w="80" w:type="dxa"/>
              <w:right w:w="90" w:type="dxa"/>
            </w:tcMar>
            <w:vAlign w:val="center"/>
          </w:tcPr>
          <w:p w14:paraId="5C9815F5" w14:textId="77777777" w:rsidR="00B55C9B" w:rsidRDefault="00000000">
            <w:pPr>
              <w:spacing w:after="0"/>
            </w:pPr>
            <w:r>
              <w:rPr>
                <w:color w:val="000000"/>
                <w:sz w:val="14"/>
              </w:rPr>
              <w:t>Cuando aplique</w:t>
            </w:r>
          </w:p>
        </w:tc>
        <w:tc>
          <w:tcPr>
            <w:tcW w:w="850" w:type="dxa"/>
            <w:shd w:val="clear" w:color="auto" w:fill="EEF4F9"/>
            <w:tcMar>
              <w:top w:w="80" w:type="dxa"/>
              <w:left w:w="90" w:type="dxa"/>
              <w:bottom w:w="80" w:type="dxa"/>
              <w:right w:w="90" w:type="dxa"/>
            </w:tcMar>
            <w:vAlign w:val="center"/>
          </w:tcPr>
          <w:p w14:paraId="518F5090" w14:textId="77777777" w:rsidR="00B55C9B" w:rsidRDefault="00000000">
            <w:pPr>
              <w:spacing w:after="0"/>
              <w:jc w:val="center"/>
            </w:pPr>
            <w:r>
              <w:rPr>
                <w:color w:val="000000"/>
                <w:sz w:val="18"/>
              </w:rPr>
              <w:t>☐</w:t>
            </w:r>
          </w:p>
        </w:tc>
        <w:tc>
          <w:tcPr>
            <w:tcW w:w="850" w:type="dxa"/>
            <w:shd w:val="clear" w:color="auto" w:fill="EEF4F9"/>
            <w:tcMar>
              <w:top w:w="80" w:type="dxa"/>
              <w:left w:w="90" w:type="dxa"/>
              <w:bottom w:w="80" w:type="dxa"/>
              <w:right w:w="90" w:type="dxa"/>
            </w:tcMar>
            <w:vAlign w:val="center"/>
          </w:tcPr>
          <w:p w14:paraId="0212881F" w14:textId="77777777" w:rsidR="00B55C9B" w:rsidRDefault="00000000">
            <w:pPr>
              <w:spacing w:after="0"/>
              <w:jc w:val="center"/>
            </w:pPr>
            <w:r>
              <w:rPr>
                <w:color w:val="000000"/>
                <w:sz w:val="18"/>
              </w:rPr>
              <w:t>☐</w:t>
            </w:r>
          </w:p>
        </w:tc>
        <w:tc>
          <w:tcPr>
            <w:tcW w:w="1190" w:type="dxa"/>
            <w:shd w:val="clear" w:color="auto" w:fill="EEF4F9"/>
            <w:tcMar>
              <w:top w:w="80" w:type="dxa"/>
              <w:left w:w="90" w:type="dxa"/>
              <w:bottom w:w="80" w:type="dxa"/>
              <w:right w:w="90" w:type="dxa"/>
            </w:tcMar>
            <w:vAlign w:val="center"/>
          </w:tcPr>
          <w:p w14:paraId="1BFCBEA4" w14:textId="77777777" w:rsidR="00B55C9B" w:rsidRDefault="00B55C9B">
            <w:pPr>
              <w:spacing w:after="0"/>
            </w:pPr>
          </w:p>
        </w:tc>
        <w:tc>
          <w:tcPr>
            <w:tcW w:w="4649" w:type="dxa"/>
            <w:shd w:val="clear" w:color="auto" w:fill="EEF4F9"/>
            <w:tcMar>
              <w:top w:w="80" w:type="dxa"/>
              <w:left w:w="90" w:type="dxa"/>
              <w:bottom w:w="80" w:type="dxa"/>
              <w:right w:w="90" w:type="dxa"/>
            </w:tcMar>
            <w:vAlign w:val="center"/>
          </w:tcPr>
          <w:p w14:paraId="4A2A67F5" w14:textId="77777777" w:rsidR="00B55C9B" w:rsidRDefault="00B55C9B">
            <w:pPr>
              <w:spacing w:after="0"/>
            </w:pPr>
          </w:p>
        </w:tc>
      </w:tr>
      <w:tr w:rsidR="00B55C9B" w14:paraId="298A0103" w14:textId="77777777">
        <w:trPr>
          <w:jc w:val="center"/>
        </w:trPr>
        <w:tc>
          <w:tcPr>
            <w:tcW w:w="453" w:type="dxa"/>
            <w:tcMar>
              <w:top w:w="80" w:type="dxa"/>
              <w:left w:w="90" w:type="dxa"/>
              <w:bottom w:w="80" w:type="dxa"/>
              <w:right w:w="90" w:type="dxa"/>
            </w:tcMar>
            <w:vAlign w:val="center"/>
          </w:tcPr>
          <w:p w14:paraId="379159E9" w14:textId="77777777" w:rsidR="00B55C9B" w:rsidRDefault="00000000">
            <w:pPr>
              <w:spacing w:after="0"/>
              <w:jc w:val="center"/>
            </w:pPr>
            <w:r>
              <w:rPr>
                <w:b/>
                <w:color w:val="17365D"/>
                <w:sz w:val="14"/>
              </w:rPr>
              <w:t>11</w:t>
            </w:r>
          </w:p>
        </w:tc>
        <w:tc>
          <w:tcPr>
            <w:tcW w:w="4422" w:type="dxa"/>
            <w:tcMar>
              <w:top w:w="80" w:type="dxa"/>
              <w:left w:w="90" w:type="dxa"/>
              <w:bottom w:w="80" w:type="dxa"/>
              <w:right w:w="90" w:type="dxa"/>
            </w:tcMar>
            <w:vAlign w:val="center"/>
          </w:tcPr>
          <w:p w14:paraId="5E332219" w14:textId="77777777" w:rsidR="00B55C9B" w:rsidRDefault="00000000">
            <w:pPr>
              <w:spacing w:after="0"/>
            </w:pPr>
            <w:r>
              <w:rPr>
                <w:color w:val="000000"/>
                <w:sz w:val="14"/>
              </w:rPr>
              <w:t>Seguridad social y parafiscales</w:t>
            </w:r>
          </w:p>
        </w:tc>
        <w:tc>
          <w:tcPr>
            <w:tcW w:w="1701" w:type="dxa"/>
            <w:tcMar>
              <w:top w:w="80" w:type="dxa"/>
              <w:left w:w="90" w:type="dxa"/>
              <w:bottom w:w="80" w:type="dxa"/>
              <w:right w:w="90" w:type="dxa"/>
            </w:tcMar>
            <w:vAlign w:val="center"/>
          </w:tcPr>
          <w:p w14:paraId="6AB00CD8" w14:textId="77777777" w:rsidR="00B55C9B" w:rsidRDefault="00000000">
            <w:pPr>
              <w:spacing w:after="0"/>
            </w:pPr>
            <w:r>
              <w:rPr>
                <w:color w:val="000000"/>
                <w:sz w:val="14"/>
              </w:rPr>
              <w:t>Según aplique</w:t>
            </w:r>
          </w:p>
        </w:tc>
        <w:tc>
          <w:tcPr>
            <w:tcW w:w="850" w:type="dxa"/>
            <w:tcMar>
              <w:top w:w="80" w:type="dxa"/>
              <w:left w:w="90" w:type="dxa"/>
              <w:bottom w:w="80" w:type="dxa"/>
              <w:right w:w="90" w:type="dxa"/>
            </w:tcMar>
            <w:vAlign w:val="center"/>
          </w:tcPr>
          <w:p w14:paraId="7EE9ACA8" w14:textId="77777777" w:rsidR="00B55C9B" w:rsidRDefault="00000000">
            <w:pPr>
              <w:spacing w:after="0"/>
              <w:jc w:val="center"/>
            </w:pPr>
            <w:r>
              <w:rPr>
                <w:color w:val="000000"/>
                <w:sz w:val="18"/>
              </w:rPr>
              <w:t>☐</w:t>
            </w:r>
          </w:p>
        </w:tc>
        <w:tc>
          <w:tcPr>
            <w:tcW w:w="850" w:type="dxa"/>
            <w:tcMar>
              <w:top w:w="80" w:type="dxa"/>
              <w:left w:w="90" w:type="dxa"/>
              <w:bottom w:w="80" w:type="dxa"/>
              <w:right w:w="90" w:type="dxa"/>
            </w:tcMar>
            <w:vAlign w:val="center"/>
          </w:tcPr>
          <w:p w14:paraId="6591A257" w14:textId="77777777" w:rsidR="00B55C9B" w:rsidRDefault="00000000">
            <w:pPr>
              <w:spacing w:after="0"/>
              <w:jc w:val="center"/>
            </w:pPr>
            <w:r>
              <w:rPr>
                <w:color w:val="000000"/>
                <w:sz w:val="18"/>
              </w:rPr>
              <w:t>☐</w:t>
            </w:r>
          </w:p>
        </w:tc>
        <w:tc>
          <w:tcPr>
            <w:tcW w:w="1190" w:type="dxa"/>
            <w:tcMar>
              <w:top w:w="80" w:type="dxa"/>
              <w:left w:w="90" w:type="dxa"/>
              <w:bottom w:w="80" w:type="dxa"/>
              <w:right w:w="90" w:type="dxa"/>
            </w:tcMar>
            <w:vAlign w:val="center"/>
          </w:tcPr>
          <w:p w14:paraId="1F0DC072" w14:textId="77777777" w:rsidR="00B55C9B" w:rsidRDefault="00B55C9B">
            <w:pPr>
              <w:spacing w:after="0"/>
            </w:pPr>
          </w:p>
        </w:tc>
        <w:tc>
          <w:tcPr>
            <w:tcW w:w="4649" w:type="dxa"/>
            <w:tcMar>
              <w:top w:w="80" w:type="dxa"/>
              <w:left w:w="90" w:type="dxa"/>
              <w:bottom w:w="80" w:type="dxa"/>
              <w:right w:w="90" w:type="dxa"/>
            </w:tcMar>
            <w:vAlign w:val="center"/>
          </w:tcPr>
          <w:p w14:paraId="6D9C8AE9" w14:textId="77777777" w:rsidR="00B55C9B" w:rsidRDefault="00B55C9B">
            <w:pPr>
              <w:spacing w:after="0"/>
            </w:pPr>
          </w:p>
        </w:tc>
      </w:tr>
      <w:tr w:rsidR="00B55C9B" w14:paraId="08DEC9C4" w14:textId="77777777">
        <w:trPr>
          <w:jc w:val="center"/>
        </w:trPr>
        <w:tc>
          <w:tcPr>
            <w:tcW w:w="453" w:type="dxa"/>
            <w:shd w:val="clear" w:color="auto" w:fill="EEF4F9"/>
            <w:tcMar>
              <w:top w:w="80" w:type="dxa"/>
              <w:left w:w="90" w:type="dxa"/>
              <w:bottom w:w="80" w:type="dxa"/>
              <w:right w:w="90" w:type="dxa"/>
            </w:tcMar>
            <w:vAlign w:val="center"/>
          </w:tcPr>
          <w:p w14:paraId="2E558704" w14:textId="77777777" w:rsidR="00B55C9B" w:rsidRDefault="00000000">
            <w:pPr>
              <w:spacing w:after="0"/>
              <w:jc w:val="center"/>
            </w:pPr>
            <w:r>
              <w:rPr>
                <w:b/>
                <w:color w:val="17365D"/>
                <w:sz w:val="14"/>
              </w:rPr>
              <w:t>12</w:t>
            </w:r>
          </w:p>
        </w:tc>
        <w:tc>
          <w:tcPr>
            <w:tcW w:w="4422" w:type="dxa"/>
            <w:shd w:val="clear" w:color="auto" w:fill="EEF4F9"/>
            <w:tcMar>
              <w:top w:w="80" w:type="dxa"/>
              <w:left w:w="90" w:type="dxa"/>
              <w:bottom w:w="80" w:type="dxa"/>
              <w:right w:w="90" w:type="dxa"/>
            </w:tcMar>
            <w:vAlign w:val="center"/>
          </w:tcPr>
          <w:p w14:paraId="22295D67" w14:textId="77777777" w:rsidR="00B55C9B" w:rsidRDefault="00000000">
            <w:pPr>
              <w:spacing w:after="0"/>
            </w:pPr>
            <w:r>
              <w:rPr>
                <w:color w:val="000000"/>
                <w:sz w:val="14"/>
              </w:rPr>
              <w:t>Declaración de no inhabilidades y conflictos</w:t>
            </w:r>
          </w:p>
        </w:tc>
        <w:tc>
          <w:tcPr>
            <w:tcW w:w="1701" w:type="dxa"/>
            <w:shd w:val="clear" w:color="auto" w:fill="EEF4F9"/>
            <w:tcMar>
              <w:top w:w="80" w:type="dxa"/>
              <w:left w:w="90" w:type="dxa"/>
              <w:bottom w:w="80" w:type="dxa"/>
              <w:right w:w="90" w:type="dxa"/>
            </w:tcMar>
            <w:vAlign w:val="center"/>
          </w:tcPr>
          <w:p w14:paraId="27F0EDB2" w14:textId="77777777" w:rsidR="00B55C9B" w:rsidRDefault="00000000">
            <w:pPr>
              <w:spacing w:after="0"/>
            </w:pPr>
            <w:r>
              <w:rPr>
                <w:color w:val="000000"/>
                <w:sz w:val="14"/>
              </w:rPr>
              <w:t>Todos</w:t>
            </w:r>
          </w:p>
        </w:tc>
        <w:tc>
          <w:tcPr>
            <w:tcW w:w="850" w:type="dxa"/>
            <w:shd w:val="clear" w:color="auto" w:fill="EEF4F9"/>
            <w:tcMar>
              <w:top w:w="80" w:type="dxa"/>
              <w:left w:w="90" w:type="dxa"/>
              <w:bottom w:w="80" w:type="dxa"/>
              <w:right w:w="90" w:type="dxa"/>
            </w:tcMar>
            <w:vAlign w:val="center"/>
          </w:tcPr>
          <w:p w14:paraId="60DB7EC2" w14:textId="77777777" w:rsidR="00B55C9B" w:rsidRDefault="00000000">
            <w:pPr>
              <w:spacing w:after="0"/>
              <w:jc w:val="center"/>
            </w:pPr>
            <w:r>
              <w:rPr>
                <w:color w:val="000000"/>
                <w:sz w:val="18"/>
              </w:rPr>
              <w:t>☐</w:t>
            </w:r>
          </w:p>
        </w:tc>
        <w:tc>
          <w:tcPr>
            <w:tcW w:w="850" w:type="dxa"/>
            <w:shd w:val="clear" w:color="auto" w:fill="EEF4F9"/>
            <w:tcMar>
              <w:top w:w="80" w:type="dxa"/>
              <w:left w:w="90" w:type="dxa"/>
              <w:bottom w:w="80" w:type="dxa"/>
              <w:right w:w="90" w:type="dxa"/>
            </w:tcMar>
            <w:vAlign w:val="center"/>
          </w:tcPr>
          <w:p w14:paraId="5F9AC20D" w14:textId="77777777" w:rsidR="00B55C9B" w:rsidRDefault="00000000">
            <w:pPr>
              <w:spacing w:after="0"/>
              <w:jc w:val="center"/>
            </w:pPr>
            <w:r>
              <w:rPr>
                <w:color w:val="000000"/>
                <w:sz w:val="18"/>
              </w:rPr>
              <w:t>☐</w:t>
            </w:r>
          </w:p>
        </w:tc>
        <w:tc>
          <w:tcPr>
            <w:tcW w:w="1190" w:type="dxa"/>
            <w:shd w:val="clear" w:color="auto" w:fill="EEF4F9"/>
            <w:tcMar>
              <w:top w:w="80" w:type="dxa"/>
              <w:left w:w="90" w:type="dxa"/>
              <w:bottom w:w="80" w:type="dxa"/>
              <w:right w:w="90" w:type="dxa"/>
            </w:tcMar>
            <w:vAlign w:val="center"/>
          </w:tcPr>
          <w:p w14:paraId="4F1343F0" w14:textId="77777777" w:rsidR="00B55C9B" w:rsidRDefault="00B55C9B">
            <w:pPr>
              <w:spacing w:after="0"/>
            </w:pPr>
          </w:p>
        </w:tc>
        <w:tc>
          <w:tcPr>
            <w:tcW w:w="4649" w:type="dxa"/>
            <w:shd w:val="clear" w:color="auto" w:fill="EEF4F9"/>
            <w:tcMar>
              <w:top w:w="80" w:type="dxa"/>
              <w:left w:w="90" w:type="dxa"/>
              <w:bottom w:w="80" w:type="dxa"/>
              <w:right w:w="90" w:type="dxa"/>
            </w:tcMar>
            <w:vAlign w:val="center"/>
          </w:tcPr>
          <w:p w14:paraId="31223883" w14:textId="77777777" w:rsidR="00B55C9B" w:rsidRDefault="00B55C9B">
            <w:pPr>
              <w:spacing w:after="0"/>
            </w:pPr>
          </w:p>
        </w:tc>
      </w:tr>
      <w:tr w:rsidR="00B55C9B" w14:paraId="1100C0B0" w14:textId="77777777">
        <w:trPr>
          <w:jc w:val="center"/>
        </w:trPr>
        <w:tc>
          <w:tcPr>
            <w:tcW w:w="453" w:type="dxa"/>
            <w:tcMar>
              <w:top w:w="80" w:type="dxa"/>
              <w:left w:w="90" w:type="dxa"/>
              <w:bottom w:w="80" w:type="dxa"/>
              <w:right w:w="90" w:type="dxa"/>
            </w:tcMar>
            <w:vAlign w:val="center"/>
          </w:tcPr>
          <w:p w14:paraId="65EF2550" w14:textId="77777777" w:rsidR="00B55C9B" w:rsidRDefault="00000000">
            <w:pPr>
              <w:spacing w:after="0"/>
              <w:jc w:val="center"/>
            </w:pPr>
            <w:r>
              <w:rPr>
                <w:b/>
                <w:color w:val="17365D"/>
                <w:sz w:val="14"/>
              </w:rPr>
              <w:t>13</w:t>
            </w:r>
          </w:p>
        </w:tc>
        <w:tc>
          <w:tcPr>
            <w:tcW w:w="4422" w:type="dxa"/>
            <w:tcMar>
              <w:top w:w="80" w:type="dxa"/>
              <w:left w:w="90" w:type="dxa"/>
              <w:bottom w:w="80" w:type="dxa"/>
              <w:right w:w="90" w:type="dxa"/>
            </w:tcMar>
            <w:vAlign w:val="center"/>
          </w:tcPr>
          <w:p w14:paraId="22776859" w14:textId="77777777" w:rsidR="00B55C9B" w:rsidRDefault="00000000">
            <w:pPr>
              <w:spacing w:after="0"/>
            </w:pPr>
            <w:r>
              <w:rPr>
                <w:color w:val="000000"/>
                <w:sz w:val="14"/>
              </w:rPr>
              <w:t>Compromiso de transparencia y anticorrupción</w:t>
            </w:r>
          </w:p>
        </w:tc>
        <w:tc>
          <w:tcPr>
            <w:tcW w:w="1701" w:type="dxa"/>
            <w:tcMar>
              <w:top w:w="80" w:type="dxa"/>
              <w:left w:w="90" w:type="dxa"/>
              <w:bottom w:w="80" w:type="dxa"/>
              <w:right w:w="90" w:type="dxa"/>
            </w:tcMar>
            <w:vAlign w:val="center"/>
          </w:tcPr>
          <w:p w14:paraId="59EAE297" w14:textId="77777777" w:rsidR="00B55C9B" w:rsidRDefault="00000000">
            <w:pPr>
              <w:spacing w:after="0"/>
            </w:pPr>
            <w:r>
              <w:rPr>
                <w:color w:val="000000"/>
                <w:sz w:val="14"/>
              </w:rPr>
              <w:t>Todos</w:t>
            </w:r>
          </w:p>
        </w:tc>
        <w:tc>
          <w:tcPr>
            <w:tcW w:w="850" w:type="dxa"/>
            <w:tcMar>
              <w:top w:w="80" w:type="dxa"/>
              <w:left w:w="90" w:type="dxa"/>
              <w:bottom w:w="80" w:type="dxa"/>
              <w:right w:w="90" w:type="dxa"/>
            </w:tcMar>
            <w:vAlign w:val="center"/>
          </w:tcPr>
          <w:p w14:paraId="2303A6E7" w14:textId="77777777" w:rsidR="00B55C9B" w:rsidRDefault="00000000">
            <w:pPr>
              <w:spacing w:after="0"/>
              <w:jc w:val="center"/>
            </w:pPr>
            <w:r>
              <w:rPr>
                <w:color w:val="000000"/>
                <w:sz w:val="18"/>
              </w:rPr>
              <w:t>☐</w:t>
            </w:r>
          </w:p>
        </w:tc>
        <w:tc>
          <w:tcPr>
            <w:tcW w:w="850" w:type="dxa"/>
            <w:tcMar>
              <w:top w:w="80" w:type="dxa"/>
              <w:left w:w="90" w:type="dxa"/>
              <w:bottom w:w="80" w:type="dxa"/>
              <w:right w:w="90" w:type="dxa"/>
            </w:tcMar>
            <w:vAlign w:val="center"/>
          </w:tcPr>
          <w:p w14:paraId="5E26C2E8" w14:textId="77777777" w:rsidR="00B55C9B" w:rsidRDefault="00000000">
            <w:pPr>
              <w:spacing w:after="0"/>
              <w:jc w:val="center"/>
            </w:pPr>
            <w:r>
              <w:rPr>
                <w:color w:val="000000"/>
                <w:sz w:val="18"/>
              </w:rPr>
              <w:t>☐</w:t>
            </w:r>
          </w:p>
        </w:tc>
        <w:tc>
          <w:tcPr>
            <w:tcW w:w="1190" w:type="dxa"/>
            <w:tcMar>
              <w:top w:w="80" w:type="dxa"/>
              <w:left w:w="90" w:type="dxa"/>
              <w:bottom w:w="80" w:type="dxa"/>
              <w:right w:w="90" w:type="dxa"/>
            </w:tcMar>
            <w:vAlign w:val="center"/>
          </w:tcPr>
          <w:p w14:paraId="10103A11" w14:textId="77777777" w:rsidR="00B55C9B" w:rsidRDefault="00B55C9B">
            <w:pPr>
              <w:spacing w:after="0"/>
            </w:pPr>
          </w:p>
        </w:tc>
        <w:tc>
          <w:tcPr>
            <w:tcW w:w="4649" w:type="dxa"/>
            <w:tcMar>
              <w:top w:w="80" w:type="dxa"/>
              <w:left w:w="90" w:type="dxa"/>
              <w:bottom w:w="80" w:type="dxa"/>
              <w:right w:w="90" w:type="dxa"/>
            </w:tcMar>
            <w:vAlign w:val="center"/>
          </w:tcPr>
          <w:p w14:paraId="59905459" w14:textId="77777777" w:rsidR="00B55C9B" w:rsidRDefault="00B55C9B">
            <w:pPr>
              <w:spacing w:after="0"/>
            </w:pPr>
          </w:p>
        </w:tc>
      </w:tr>
      <w:tr w:rsidR="00B55C9B" w14:paraId="1D5443E8" w14:textId="77777777">
        <w:trPr>
          <w:jc w:val="center"/>
        </w:trPr>
        <w:tc>
          <w:tcPr>
            <w:tcW w:w="453" w:type="dxa"/>
            <w:shd w:val="clear" w:color="auto" w:fill="EEF4F9"/>
            <w:tcMar>
              <w:top w:w="80" w:type="dxa"/>
              <w:left w:w="90" w:type="dxa"/>
              <w:bottom w:w="80" w:type="dxa"/>
              <w:right w:w="90" w:type="dxa"/>
            </w:tcMar>
            <w:vAlign w:val="center"/>
          </w:tcPr>
          <w:p w14:paraId="64ECD80F" w14:textId="77777777" w:rsidR="00B55C9B" w:rsidRDefault="00000000">
            <w:pPr>
              <w:spacing w:after="0"/>
              <w:jc w:val="center"/>
            </w:pPr>
            <w:r>
              <w:rPr>
                <w:b/>
                <w:color w:val="17365D"/>
                <w:sz w:val="14"/>
              </w:rPr>
              <w:t>14</w:t>
            </w:r>
          </w:p>
        </w:tc>
        <w:tc>
          <w:tcPr>
            <w:tcW w:w="4422" w:type="dxa"/>
            <w:shd w:val="clear" w:color="auto" w:fill="EEF4F9"/>
            <w:tcMar>
              <w:top w:w="80" w:type="dxa"/>
              <w:left w:w="90" w:type="dxa"/>
              <w:bottom w:w="80" w:type="dxa"/>
              <w:right w:w="90" w:type="dxa"/>
            </w:tcMar>
            <w:vAlign w:val="center"/>
          </w:tcPr>
          <w:p w14:paraId="6D299329" w14:textId="77777777" w:rsidR="00B55C9B" w:rsidRDefault="00000000">
            <w:pPr>
              <w:spacing w:after="0"/>
            </w:pPr>
            <w:r>
              <w:rPr>
                <w:color w:val="000000"/>
                <w:sz w:val="14"/>
              </w:rPr>
              <w:t>Declaración de listas restrictivas y origen de fondos</w:t>
            </w:r>
          </w:p>
        </w:tc>
        <w:tc>
          <w:tcPr>
            <w:tcW w:w="1701" w:type="dxa"/>
            <w:shd w:val="clear" w:color="auto" w:fill="EEF4F9"/>
            <w:tcMar>
              <w:top w:w="80" w:type="dxa"/>
              <w:left w:w="90" w:type="dxa"/>
              <w:bottom w:w="80" w:type="dxa"/>
              <w:right w:w="90" w:type="dxa"/>
            </w:tcMar>
            <w:vAlign w:val="center"/>
          </w:tcPr>
          <w:p w14:paraId="6EFF7252" w14:textId="77777777" w:rsidR="00B55C9B" w:rsidRDefault="00000000">
            <w:pPr>
              <w:spacing w:after="0"/>
            </w:pPr>
            <w:r>
              <w:rPr>
                <w:color w:val="000000"/>
                <w:sz w:val="14"/>
              </w:rPr>
              <w:t>Todos</w:t>
            </w:r>
          </w:p>
        </w:tc>
        <w:tc>
          <w:tcPr>
            <w:tcW w:w="850" w:type="dxa"/>
            <w:shd w:val="clear" w:color="auto" w:fill="EEF4F9"/>
            <w:tcMar>
              <w:top w:w="80" w:type="dxa"/>
              <w:left w:w="90" w:type="dxa"/>
              <w:bottom w:w="80" w:type="dxa"/>
              <w:right w:w="90" w:type="dxa"/>
            </w:tcMar>
            <w:vAlign w:val="center"/>
          </w:tcPr>
          <w:p w14:paraId="58D19951" w14:textId="77777777" w:rsidR="00B55C9B" w:rsidRDefault="00000000">
            <w:pPr>
              <w:spacing w:after="0"/>
              <w:jc w:val="center"/>
            </w:pPr>
            <w:r>
              <w:rPr>
                <w:color w:val="000000"/>
                <w:sz w:val="18"/>
              </w:rPr>
              <w:t>☐</w:t>
            </w:r>
          </w:p>
        </w:tc>
        <w:tc>
          <w:tcPr>
            <w:tcW w:w="850" w:type="dxa"/>
            <w:shd w:val="clear" w:color="auto" w:fill="EEF4F9"/>
            <w:tcMar>
              <w:top w:w="80" w:type="dxa"/>
              <w:left w:w="90" w:type="dxa"/>
              <w:bottom w:w="80" w:type="dxa"/>
              <w:right w:w="90" w:type="dxa"/>
            </w:tcMar>
            <w:vAlign w:val="center"/>
          </w:tcPr>
          <w:p w14:paraId="7BF3970F" w14:textId="77777777" w:rsidR="00B55C9B" w:rsidRDefault="00000000">
            <w:pPr>
              <w:spacing w:after="0"/>
              <w:jc w:val="center"/>
            </w:pPr>
            <w:r>
              <w:rPr>
                <w:color w:val="000000"/>
                <w:sz w:val="18"/>
              </w:rPr>
              <w:t>☐</w:t>
            </w:r>
          </w:p>
        </w:tc>
        <w:tc>
          <w:tcPr>
            <w:tcW w:w="1190" w:type="dxa"/>
            <w:shd w:val="clear" w:color="auto" w:fill="EEF4F9"/>
            <w:tcMar>
              <w:top w:w="80" w:type="dxa"/>
              <w:left w:w="90" w:type="dxa"/>
              <w:bottom w:w="80" w:type="dxa"/>
              <w:right w:w="90" w:type="dxa"/>
            </w:tcMar>
            <w:vAlign w:val="center"/>
          </w:tcPr>
          <w:p w14:paraId="4AF70419" w14:textId="77777777" w:rsidR="00B55C9B" w:rsidRDefault="00B55C9B">
            <w:pPr>
              <w:spacing w:after="0"/>
            </w:pPr>
          </w:p>
        </w:tc>
        <w:tc>
          <w:tcPr>
            <w:tcW w:w="4649" w:type="dxa"/>
            <w:shd w:val="clear" w:color="auto" w:fill="EEF4F9"/>
            <w:tcMar>
              <w:top w:w="80" w:type="dxa"/>
              <w:left w:w="90" w:type="dxa"/>
              <w:bottom w:w="80" w:type="dxa"/>
              <w:right w:w="90" w:type="dxa"/>
            </w:tcMar>
            <w:vAlign w:val="center"/>
          </w:tcPr>
          <w:p w14:paraId="01651145" w14:textId="77777777" w:rsidR="00B55C9B" w:rsidRDefault="00B55C9B">
            <w:pPr>
              <w:spacing w:after="0"/>
            </w:pPr>
          </w:p>
        </w:tc>
      </w:tr>
      <w:tr w:rsidR="00B55C9B" w14:paraId="383670A6" w14:textId="77777777">
        <w:trPr>
          <w:jc w:val="center"/>
        </w:trPr>
        <w:tc>
          <w:tcPr>
            <w:tcW w:w="453" w:type="dxa"/>
            <w:tcMar>
              <w:top w:w="80" w:type="dxa"/>
              <w:left w:w="90" w:type="dxa"/>
              <w:bottom w:w="80" w:type="dxa"/>
              <w:right w:w="90" w:type="dxa"/>
            </w:tcMar>
            <w:vAlign w:val="center"/>
          </w:tcPr>
          <w:p w14:paraId="44BDEBD5" w14:textId="77777777" w:rsidR="00B55C9B" w:rsidRDefault="00000000">
            <w:pPr>
              <w:spacing w:after="0"/>
              <w:jc w:val="center"/>
            </w:pPr>
            <w:r>
              <w:rPr>
                <w:b/>
                <w:color w:val="17365D"/>
                <w:sz w:val="14"/>
              </w:rPr>
              <w:t>15</w:t>
            </w:r>
          </w:p>
        </w:tc>
        <w:tc>
          <w:tcPr>
            <w:tcW w:w="4422" w:type="dxa"/>
            <w:tcMar>
              <w:top w:w="80" w:type="dxa"/>
              <w:left w:w="90" w:type="dxa"/>
              <w:bottom w:w="80" w:type="dxa"/>
              <w:right w:w="90" w:type="dxa"/>
            </w:tcMar>
            <w:vAlign w:val="center"/>
          </w:tcPr>
          <w:p w14:paraId="450D1379" w14:textId="77777777" w:rsidR="00B55C9B" w:rsidRDefault="00000000">
            <w:pPr>
              <w:spacing w:after="0"/>
            </w:pPr>
            <w:r>
              <w:rPr>
                <w:color w:val="000000"/>
                <w:sz w:val="14"/>
              </w:rPr>
              <w:t>Beneficiario final / composición accionaria</w:t>
            </w:r>
          </w:p>
        </w:tc>
        <w:tc>
          <w:tcPr>
            <w:tcW w:w="1701" w:type="dxa"/>
            <w:tcMar>
              <w:top w:w="80" w:type="dxa"/>
              <w:left w:w="90" w:type="dxa"/>
              <w:bottom w:w="80" w:type="dxa"/>
              <w:right w:w="90" w:type="dxa"/>
            </w:tcMar>
            <w:vAlign w:val="center"/>
          </w:tcPr>
          <w:p w14:paraId="21B0D6F6" w14:textId="77777777" w:rsidR="00B55C9B" w:rsidRDefault="00000000">
            <w:pPr>
              <w:spacing w:after="0"/>
            </w:pPr>
            <w:r>
              <w:rPr>
                <w:color w:val="000000"/>
                <w:sz w:val="14"/>
              </w:rPr>
              <w:t>Cuando aplique</w:t>
            </w:r>
          </w:p>
        </w:tc>
        <w:tc>
          <w:tcPr>
            <w:tcW w:w="850" w:type="dxa"/>
            <w:tcMar>
              <w:top w:w="80" w:type="dxa"/>
              <w:left w:w="90" w:type="dxa"/>
              <w:bottom w:w="80" w:type="dxa"/>
              <w:right w:w="90" w:type="dxa"/>
            </w:tcMar>
            <w:vAlign w:val="center"/>
          </w:tcPr>
          <w:p w14:paraId="18335238" w14:textId="77777777" w:rsidR="00B55C9B" w:rsidRDefault="00000000">
            <w:pPr>
              <w:spacing w:after="0"/>
              <w:jc w:val="center"/>
            </w:pPr>
            <w:r>
              <w:rPr>
                <w:color w:val="000000"/>
                <w:sz w:val="18"/>
              </w:rPr>
              <w:t>☐</w:t>
            </w:r>
          </w:p>
        </w:tc>
        <w:tc>
          <w:tcPr>
            <w:tcW w:w="850" w:type="dxa"/>
            <w:tcMar>
              <w:top w:w="80" w:type="dxa"/>
              <w:left w:w="90" w:type="dxa"/>
              <w:bottom w:w="80" w:type="dxa"/>
              <w:right w:w="90" w:type="dxa"/>
            </w:tcMar>
            <w:vAlign w:val="center"/>
          </w:tcPr>
          <w:p w14:paraId="03E5E053" w14:textId="77777777" w:rsidR="00B55C9B" w:rsidRDefault="00000000">
            <w:pPr>
              <w:spacing w:after="0"/>
              <w:jc w:val="center"/>
            </w:pPr>
            <w:r>
              <w:rPr>
                <w:color w:val="000000"/>
                <w:sz w:val="18"/>
              </w:rPr>
              <w:t>☐</w:t>
            </w:r>
          </w:p>
        </w:tc>
        <w:tc>
          <w:tcPr>
            <w:tcW w:w="1190" w:type="dxa"/>
            <w:tcMar>
              <w:top w:w="80" w:type="dxa"/>
              <w:left w:w="90" w:type="dxa"/>
              <w:bottom w:w="80" w:type="dxa"/>
              <w:right w:w="90" w:type="dxa"/>
            </w:tcMar>
            <w:vAlign w:val="center"/>
          </w:tcPr>
          <w:p w14:paraId="24DB898D" w14:textId="77777777" w:rsidR="00B55C9B" w:rsidRDefault="00B55C9B">
            <w:pPr>
              <w:spacing w:after="0"/>
            </w:pPr>
          </w:p>
        </w:tc>
        <w:tc>
          <w:tcPr>
            <w:tcW w:w="4649" w:type="dxa"/>
            <w:tcMar>
              <w:top w:w="80" w:type="dxa"/>
              <w:left w:w="90" w:type="dxa"/>
              <w:bottom w:w="80" w:type="dxa"/>
              <w:right w:w="90" w:type="dxa"/>
            </w:tcMar>
            <w:vAlign w:val="center"/>
          </w:tcPr>
          <w:p w14:paraId="15389EF2" w14:textId="77777777" w:rsidR="00B55C9B" w:rsidRDefault="00B55C9B">
            <w:pPr>
              <w:spacing w:after="0"/>
            </w:pPr>
          </w:p>
        </w:tc>
      </w:tr>
      <w:tr w:rsidR="00B55C9B" w14:paraId="36AF69BA" w14:textId="77777777">
        <w:trPr>
          <w:jc w:val="center"/>
        </w:trPr>
        <w:tc>
          <w:tcPr>
            <w:tcW w:w="453" w:type="dxa"/>
            <w:shd w:val="clear" w:color="auto" w:fill="EEF4F9"/>
            <w:tcMar>
              <w:top w:w="80" w:type="dxa"/>
              <w:left w:w="90" w:type="dxa"/>
              <w:bottom w:w="80" w:type="dxa"/>
              <w:right w:w="90" w:type="dxa"/>
            </w:tcMar>
            <w:vAlign w:val="center"/>
          </w:tcPr>
          <w:p w14:paraId="1B8C55C4" w14:textId="77777777" w:rsidR="00B55C9B" w:rsidRDefault="00000000">
            <w:pPr>
              <w:spacing w:after="0"/>
              <w:jc w:val="center"/>
            </w:pPr>
            <w:r>
              <w:rPr>
                <w:b/>
                <w:color w:val="17365D"/>
                <w:sz w:val="14"/>
              </w:rPr>
              <w:t>16</w:t>
            </w:r>
          </w:p>
        </w:tc>
        <w:tc>
          <w:tcPr>
            <w:tcW w:w="4422" w:type="dxa"/>
            <w:shd w:val="clear" w:color="auto" w:fill="EEF4F9"/>
            <w:tcMar>
              <w:top w:w="80" w:type="dxa"/>
              <w:left w:w="90" w:type="dxa"/>
              <w:bottom w:w="80" w:type="dxa"/>
              <w:right w:w="90" w:type="dxa"/>
            </w:tcMar>
            <w:vAlign w:val="center"/>
          </w:tcPr>
          <w:p w14:paraId="71C3024A" w14:textId="77777777" w:rsidR="00B55C9B" w:rsidRDefault="00000000">
            <w:pPr>
              <w:spacing w:after="0"/>
            </w:pPr>
            <w:r>
              <w:rPr>
                <w:color w:val="000000"/>
                <w:sz w:val="14"/>
              </w:rPr>
              <w:t>Documento de consorcio o unión temporal</w:t>
            </w:r>
          </w:p>
        </w:tc>
        <w:tc>
          <w:tcPr>
            <w:tcW w:w="1701" w:type="dxa"/>
            <w:shd w:val="clear" w:color="auto" w:fill="EEF4F9"/>
            <w:tcMar>
              <w:top w:w="80" w:type="dxa"/>
              <w:left w:w="90" w:type="dxa"/>
              <w:bottom w:w="80" w:type="dxa"/>
              <w:right w:w="90" w:type="dxa"/>
            </w:tcMar>
            <w:vAlign w:val="center"/>
          </w:tcPr>
          <w:p w14:paraId="613BB2AA" w14:textId="77777777" w:rsidR="00B55C9B" w:rsidRDefault="00000000">
            <w:pPr>
              <w:spacing w:after="0"/>
            </w:pPr>
            <w:r>
              <w:rPr>
                <w:color w:val="000000"/>
                <w:sz w:val="14"/>
              </w:rPr>
              <w:t>Proponentes plurales</w:t>
            </w:r>
          </w:p>
        </w:tc>
        <w:tc>
          <w:tcPr>
            <w:tcW w:w="850" w:type="dxa"/>
            <w:shd w:val="clear" w:color="auto" w:fill="EEF4F9"/>
            <w:tcMar>
              <w:top w:w="80" w:type="dxa"/>
              <w:left w:w="90" w:type="dxa"/>
              <w:bottom w:w="80" w:type="dxa"/>
              <w:right w:w="90" w:type="dxa"/>
            </w:tcMar>
            <w:vAlign w:val="center"/>
          </w:tcPr>
          <w:p w14:paraId="4A41FF3F" w14:textId="77777777" w:rsidR="00B55C9B" w:rsidRDefault="00000000">
            <w:pPr>
              <w:spacing w:after="0"/>
              <w:jc w:val="center"/>
            </w:pPr>
            <w:r>
              <w:rPr>
                <w:color w:val="000000"/>
                <w:sz w:val="18"/>
              </w:rPr>
              <w:t>☐</w:t>
            </w:r>
          </w:p>
        </w:tc>
        <w:tc>
          <w:tcPr>
            <w:tcW w:w="850" w:type="dxa"/>
            <w:shd w:val="clear" w:color="auto" w:fill="EEF4F9"/>
            <w:tcMar>
              <w:top w:w="80" w:type="dxa"/>
              <w:left w:w="90" w:type="dxa"/>
              <w:bottom w:w="80" w:type="dxa"/>
              <w:right w:w="90" w:type="dxa"/>
            </w:tcMar>
            <w:vAlign w:val="center"/>
          </w:tcPr>
          <w:p w14:paraId="60E9E568" w14:textId="77777777" w:rsidR="00B55C9B" w:rsidRDefault="00000000">
            <w:pPr>
              <w:spacing w:after="0"/>
              <w:jc w:val="center"/>
            </w:pPr>
            <w:r>
              <w:rPr>
                <w:color w:val="000000"/>
                <w:sz w:val="18"/>
              </w:rPr>
              <w:t>☐</w:t>
            </w:r>
          </w:p>
        </w:tc>
        <w:tc>
          <w:tcPr>
            <w:tcW w:w="1190" w:type="dxa"/>
            <w:shd w:val="clear" w:color="auto" w:fill="EEF4F9"/>
            <w:tcMar>
              <w:top w:w="80" w:type="dxa"/>
              <w:left w:w="90" w:type="dxa"/>
              <w:bottom w:w="80" w:type="dxa"/>
              <w:right w:w="90" w:type="dxa"/>
            </w:tcMar>
            <w:vAlign w:val="center"/>
          </w:tcPr>
          <w:p w14:paraId="0812B89A" w14:textId="77777777" w:rsidR="00B55C9B" w:rsidRDefault="00B55C9B">
            <w:pPr>
              <w:spacing w:after="0"/>
            </w:pPr>
          </w:p>
        </w:tc>
        <w:tc>
          <w:tcPr>
            <w:tcW w:w="4649" w:type="dxa"/>
            <w:shd w:val="clear" w:color="auto" w:fill="EEF4F9"/>
            <w:tcMar>
              <w:top w:w="80" w:type="dxa"/>
              <w:left w:w="90" w:type="dxa"/>
              <w:bottom w:w="80" w:type="dxa"/>
              <w:right w:w="90" w:type="dxa"/>
            </w:tcMar>
            <w:vAlign w:val="center"/>
          </w:tcPr>
          <w:p w14:paraId="51409C0C" w14:textId="77777777" w:rsidR="00B55C9B" w:rsidRDefault="00B55C9B">
            <w:pPr>
              <w:spacing w:after="0"/>
            </w:pPr>
          </w:p>
        </w:tc>
      </w:tr>
      <w:tr w:rsidR="00B55C9B" w14:paraId="5537A14C" w14:textId="77777777">
        <w:trPr>
          <w:jc w:val="center"/>
        </w:trPr>
        <w:tc>
          <w:tcPr>
            <w:tcW w:w="453" w:type="dxa"/>
            <w:tcMar>
              <w:top w:w="80" w:type="dxa"/>
              <w:left w:w="90" w:type="dxa"/>
              <w:bottom w:w="80" w:type="dxa"/>
              <w:right w:w="90" w:type="dxa"/>
            </w:tcMar>
            <w:vAlign w:val="center"/>
          </w:tcPr>
          <w:p w14:paraId="0277D798" w14:textId="77777777" w:rsidR="00B55C9B" w:rsidRDefault="00000000">
            <w:pPr>
              <w:spacing w:after="0"/>
              <w:jc w:val="center"/>
            </w:pPr>
            <w:r>
              <w:rPr>
                <w:b/>
                <w:color w:val="17365D"/>
                <w:sz w:val="14"/>
              </w:rPr>
              <w:t>17</w:t>
            </w:r>
          </w:p>
        </w:tc>
        <w:tc>
          <w:tcPr>
            <w:tcW w:w="4422" w:type="dxa"/>
            <w:tcMar>
              <w:top w:w="80" w:type="dxa"/>
              <w:left w:w="90" w:type="dxa"/>
              <w:bottom w:w="80" w:type="dxa"/>
              <w:right w:w="90" w:type="dxa"/>
            </w:tcMar>
            <w:vAlign w:val="center"/>
          </w:tcPr>
          <w:p w14:paraId="4A969F96" w14:textId="77777777" w:rsidR="00B55C9B" w:rsidRDefault="00000000">
            <w:pPr>
              <w:spacing w:after="0"/>
            </w:pPr>
            <w:r>
              <w:rPr>
                <w:color w:val="000000"/>
                <w:sz w:val="14"/>
              </w:rPr>
              <w:t>Poder</w:t>
            </w:r>
          </w:p>
        </w:tc>
        <w:tc>
          <w:tcPr>
            <w:tcW w:w="1701" w:type="dxa"/>
            <w:tcMar>
              <w:top w:w="80" w:type="dxa"/>
              <w:left w:w="90" w:type="dxa"/>
              <w:bottom w:w="80" w:type="dxa"/>
              <w:right w:w="90" w:type="dxa"/>
            </w:tcMar>
            <w:vAlign w:val="center"/>
          </w:tcPr>
          <w:p w14:paraId="0F750E45" w14:textId="77777777" w:rsidR="00B55C9B" w:rsidRDefault="00000000">
            <w:pPr>
              <w:spacing w:after="0"/>
            </w:pPr>
            <w:r>
              <w:rPr>
                <w:color w:val="000000"/>
                <w:sz w:val="14"/>
              </w:rPr>
              <w:t>Cuando aplique</w:t>
            </w:r>
          </w:p>
        </w:tc>
        <w:tc>
          <w:tcPr>
            <w:tcW w:w="850" w:type="dxa"/>
            <w:tcMar>
              <w:top w:w="80" w:type="dxa"/>
              <w:left w:w="90" w:type="dxa"/>
              <w:bottom w:w="80" w:type="dxa"/>
              <w:right w:w="90" w:type="dxa"/>
            </w:tcMar>
            <w:vAlign w:val="center"/>
          </w:tcPr>
          <w:p w14:paraId="18B13034" w14:textId="77777777" w:rsidR="00B55C9B" w:rsidRDefault="00000000">
            <w:pPr>
              <w:spacing w:after="0"/>
              <w:jc w:val="center"/>
            </w:pPr>
            <w:r>
              <w:rPr>
                <w:color w:val="000000"/>
                <w:sz w:val="18"/>
              </w:rPr>
              <w:t>☐</w:t>
            </w:r>
          </w:p>
        </w:tc>
        <w:tc>
          <w:tcPr>
            <w:tcW w:w="850" w:type="dxa"/>
            <w:tcMar>
              <w:top w:w="80" w:type="dxa"/>
              <w:left w:w="90" w:type="dxa"/>
              <w:bottom w:w="80" w:type="dxa"/>
              <w:right w:w="90" w:type="dxa"/>
            </w:tcMar>
            <w:vAlign w:val="center"/>
          </w:tcPr>
          <w:p w14:paraId="60930B23" w14:textId="77777777" w:rsidR="00B55C9B" w:rsidRDefault="00000000">
            <w:pPr>
              <w:spacing w:after="0"/>
              <w:jc w:val="center"/>
            </w:pPr>
            <w:r>
              <w:rPr>
                <w:color w:val="000000"/>
                <w:sz w:val="18"/>
              </w:rPr>
              <w:t>☐</w:t>
            </w:r>
          </w:p>
        </w:tc>
        <w:tc>
          <w:tcPr>
            <w:tcW w:w="1190" w:type="dxa"/>
            <w:tcMar>
              <w:top w:w="80" w:type="dxa"/>
              <w:left w:w="90" w:type="dxa"/>
              <w:bottom w:w="80" w:type="dxa"/>
              <w:right w:w="90" w:type="dxa"/>
            </w:tcMar>
            <w:vAlign w:val="center"/>
          </w:tcPr>
          <w:p w14:paraId="041F2C2A" w14:textId="77777777" w:rsidR="00B55C9B" w:rsidRDefault="00B55C9B">
            <w:pPr>
              <w:spacing w:after="0"/>
            </w:pPr>
          </w:p>
        </w:tc>
        <w:tc>
          <w:tcPr>
            <w:tcW w:w="4649" w:type="dxa"/>
            <w:tcMar>
              <w:top w:w="80" w:type="dxa"/>
              <w:left w:w="90" w:type="dxa"/>
              <w:bottom w:w="80" w:type="dxa"/>
              <w:right w:w="90" w:type="dxa"/>
            </w:tcMar>
            <w:vAlign w:val="center"/>
          </w:tcPr>
          <w:p w14:paraId="3AEDF0B2" w14:textId="77777777" w:rsidR="00B55C9B" w:rsidRDefault="00B55C9B">
            <w:pPr>
              <w:spacing w:after="0"/>
            </w:pPr>
          </w:p>
        </w:tc>
      </w:tr>
      <w:tr w:rsidR="00B55C9B" w14:paraId="1981A488" w14:textId="77777777">
        <w:trPr>
          <w:jc w:val="center"/>
        </w:trPr>
        <w:tc>
          <w:tcPr>
            <w:tcW w:w="453" w:type="dxa"/>
            <w:shd w:val="clear" w:color="auto" w:fill="EEF4F9"/>
            <w:tcMar>
              <w:top w:w="80" w:type="dxa"/>
              <w:left w:w="90" w:type="dxa"/>
              <w:bottom w:w="80" w:type="dxa"/>
              <w:right w:w="90" w:type="dxa"/>
            </w:tcMar>
            <w:vAlign w:val="center"/>
          </w:tcPr>
          <w:p w14:paraId="5233C922" w14:textId="77777777" w:rsidR="00B55C9B" w:rsidRDefault="00000000">
            <w:pPr>
              <w:spacing w:after="0"/>
              <w:jc w:val="center"/>
            </w:pPr>
            <w:r>
              <w:rPr>
                <w:b/>
                <w:color w:val="17365D"/>
                <w:sz w:val="14"/>
              </w:rPr>
              <w:lastRenderedPageBreak/>
              <w:t>18</w:t>
            </w:r>
          </w:p>
        </w:tc>
        <w:tc>
          <w:tcPr>
            <w:tcW w:w="4422" w:type="dxa"/>
            <w:shd w:val="clear" w:color="auto" w:fill="EEF4F9"/>
            <w:tcMar>
              <w:top w:w="80" w:type="dxa"/>
              <w:left w:w="90" w:type="dxa"/>
              <w:bottom w:w="80" w:type="dxa"/>
              <w:right w:w="90" w:type="dxa"/>
            </w:tcMar>
            <w:vAlign w:val="center"/>
          </w:tcPr>
          <w:p w14:paraId="27B8061A" w14:textId="77777777" w:rsidR="00B55C9B" w:rsidRDefault="00000000">
            <w:pPr>
              <w:spacing w:after="0"/>
            </w:pPr>
            <w:r>
              <w:rPr>
                <w:color w:val="000000"/>
                <w:sz w:val="14"/>
              </w:rPr>
              <w:t>Garantía de seriedad de la oferta</w:t>
            </w:r>
          </w:p>
        </w:tc>
        <w:tc>
          <w:tcPr>
            <w:tcW w:w="1701" w:type="dxa"/>
            <w:shd w:val="clear" w:color="auto" w:fill="EEF4F9"/>
            <w:tcMar>
              <w:top w:w="80" w:type="dxa"/>
              <w:left w:w="90" w:type="dxa"/>
              <w:bottom w:w="80" w:type="dxa"/>
              <w:right w:w="90" w:type="dxa"/>
            </w:tcMar>
            <w:vAlign w:val="center"/>
          </w:tcPr>
          <w:p w14:paraId="59CEEABC" w14:textId="77777777" w:rsidR="00B55C9B" w:rsidRDefault="00000000">
            <w:pPr>
              <w:spacing w:after="0"/>
            </w:pPr>
            <w:r>
              <w:rPr>
                <w:color w:val="000000"/>
                <w:sz w:val="14"/>
              </w:rPr>
              <w:t>Obligatoria</w:t>
            </w:r>
          </w:p>
        </w:tc>
        <w:tc>
          <w:tcPr>
            <w:tcW w:w="850" w:type="dxa"/>
            <w:shd w:val="clear" w:color="auto" w:fill="EEF4F9"/>
            <w:tcMar>
              <w:top w:w="80" w:type="dxa"/>
              <w:left w:w="90" w:type="dxa"/>
              <w:bottom w:w="80" w:type="dxa"/>
              <w:right w:w="90" w:type="dxa"/>
            </w:tcMar>
            <w:vAlign w:val="center"/>
          </w:tcPr>
          <w:p w14:paraId="72101F96" w14:textId="77777777" w:rsidR="00B55C9B" w:rsidRDefault="00000000">
            <w:pPr>
              <w:spacing w:after="0"/>
              <w:jc w:val="center"/>
            </w:pPr>
            <w:r>
              <w:rPr>
                <w:color w:val="000000"/>
                <w:sz w:val="18"/>
              </w:rPr>
              <w:t>☐</w:t>
            </w:r>
          </w:p>
        </w:tc>
        <w:tc>
          <w:tcPr>
            <w:tcW w:w="850" w:type="dxa"/>
            <w:shd w:val="clear" w:color="auto" w:fill="EEF4F9"/>
            <w:tcMar>
              <w:top w:w="80" w:type="dxa"/>
              <w:left w:w="90" w:type="dxa"/>
              <w:bottom w:w="80" w:type="dxa"/>
              <w:right w:w="90" w:type="dxa"/>
            </w:tcMar>
            <w:vAlign w:val="center"/>
          </w:tcPr>
          <w:p w14:paraId="6F98AFE8" w14:textId="77777777" w:rsidR="00B55C9B" w:rsidRDefault="00000000">
            <w:pPr>
              <w:spacing w:after="0"/>
              <w:jc w:val="center"/>
            </w:pPr>
            <w:r>
              <w:rPr>
                <w:color w:val="000000"/>
                <w:sz w:val="18"/>
              </w:rPr>
              <w:t>☐</w:t>
            </w:r>
          </w:p>
        </w:tc>
        <w:tc>
          <w:tcPr>
            <w:tcW w:w="1190" w:type="dxa"/>
            <w:shd w:val="clear" w:color="auto" w:fill="EEF4F9"/>
            <w:tcMar>
              <w:top w:w="80" w:type="dxa"/>
              <w:left w:w="90" w:type="dxa"/>
              <w:bottom w:w="80" w:type="dxa"/>
              <w:right w:w="90" w:type="dxa"/>
            </w:tcMar>
            <w:vAlign w:val="center"/>
          </w:tcPr>
          <w:p w14:paraId="4FA13F35" w14:textId="77777777" w:rsidR="00B55C9B" w:rsidRDefault="00B55C9B">
            <w:pPr>
              <w:spacing w:after="0"/>
            </w:pPr>
          </w:p>
        </w:tc>
        <w:tc>
          <w:tcPr>
            <w:tcW w:w="4649" w:type="dxa"/>
            <w:shd w:val="clear" w:color="auto" w:fill="EEF4F9"/>
            <w:tcMar>
              <w:top w:w="80" w:type="dxa"/>
              <w:left w:w="90" w:type="dxa"/>
              <w:bottom w:w="80" w:type="dxa"/>
              <w:right w:w="90" w:type="dxa"/>
            </w:tcMar>
            <w:vAlign w:val="center"/>
          </w:tcPr>
          <w:p w14:paraId="7802ABB1" w14:textId="77777777" w:rsidR="00B55C9B" w:rsidRDefault="00B55C9B">
            <w:pPr>
              <w:spacing w:after="0"/>
            </w:pPr>
          </w:p>
        </w:tc>
      </w:tr>
      <w:tr w:rsidR="00B55C9B" w14:paraId="4EFADE8D" w14:textId="77777777">
        <w:trPr>
          <w:jc w:val="center"/>
        </w:trPr>
        <w:tc>
          <w:tcPr>
            <w:tcW w:w="453" w:type="dxa"/>
            <w:tcMar>
              <w:top w:w="80" w:type="dxa"/>
              <w:left w:w="90" w:type="dxa"/>
              <w:bottom w:w="80" w:type="dxa"/>
              <w:right w:w="90" w:type="dxa"/>
            </w:tcMar>
            <w:vAlign w:val="center"/>
          </w:tcPr>
          <w:p w14:paraId="1D91B938" w14:textId="77777777" w:rsidR="00B55C9B" w:rsidRDefault="00000000">
            <w:pPr>
              <w:spacing w:after="0"/>
              <w:jc w:val="center"/>
            </w:pPr>
            <w:r>
              <w:rPr>
                <w:b/>
                <w:color w:val="17365D"/>
                <w:sz w:val="14"/>
              </w:rPr>
              <w:t>19</w:t>
            </w:r>
          </w:p>
        </w:tc>
        <w:tc>
          <w:tcPr>
            <w:tcW w:w="4422" w:type="dxa"/>
            <w:tcMar>
              <w:top w:w="80" w:type="dxa"/>
              <w:left w:w="90" w:type="dxa"/>
              <w:bottom w:w="80" w:type="dxa"/>
              <w:right w:w="90" w:type="dxa"/>
            </w:tcMar>
            <w:vAlign w:val="center"/>
          </w:tcPr>
          <w:p w14:paraId="7A7B5B94" w14:textId="77777777" w:rsidR="00B55C9B" w:rsidRDefault="00000000">
            <w:pPr>
              <w:spacing w:after="0"/>
            </w:pPr>
            <w:r>
              <w:rPr>
                <w:color w:val="000000"/>
                <w:sz w:val="14"/>
              </w:rPr>
              <w:t>Constancia de expedición/pago de garantía</w:t>
            </w:r>
          </w:p>
        </w:tc>
        <w:tc>
          <w:tcPr>
            <w:tcW w:w="1701" w:type="dxa"/>
            <w:tcMar>
              <w:top w:w="80" w:type="dxa"/>
              <w:left w:w="90" w:type="dxa"/>
              <w:bottom w:w="80" w:type="dxa"/>
              <w:right w:w="90" w:type="dxa"/>
            </w:tcMar>
            <w:vAlign w:val="center"/>
          </w:tcPr>
          <w:p w14:paraId="69752C7B" w14:textId="77777777" w:rsidR="00B55C9B" w:rsidRDefault="00000000">
            <w:pPr>
              <w:spacing w:after="0"/>
            </w:pPr>
            <w:r>
              <w:rPr>
                <w:color w:val="000000"/>
                <w:sz w:val="14"/>
              </w:rPr>
              <w:t>Obligatoria</w:t>
            </w:r>
          </w:p>
        </w:tc>
        <w:tc>
          <w:tcPr>
            <w:tcW w:w="850" w:type="dxa"/>
            <w:tcMar>
              <w:top w:w="80" w:type="dxa"/>
              <w:left w:w="90" w:type="dxa"/>
              <w:bottom w:w="80" w:type="dxa"/>
              <w:right w:w="90" w:type="dxa"/>
            </w:tcMar>
            <w:vAlign w:val="center"/>
          </w:tcPr>
          <w:p w14:paraId="4F38644B" w14:textId="77777777" w:rsidR="00B55C9B" w:rsidRDefault="00000000">
            <w:pPr>
              <w:spacing w:after="0"/>
              <w:jc w:val="center"/>
            </w:pPr>
            <w:r>
              <w:rPr>
                <w:color w:val="000000"/>
                <w:sz w:val="18"/>
              </w:rPr>
              <w:t>☐</w:t>
            </w:r>
          </w:p>
        </w:tc>
        <w:tc>
          <w:tcPr>
            <w:tcW w:w="850" w:type="dxa"/>
            <w:tcMar>
              <w:top w:w="80" w:type="dxa"/>
              <w:left w:w="90" w:type="dxa"/>
              <w:bottom w:w="80" w:type="dxa"/>
              <w:right w:w="90" w:type="dxa"/>
            </w:tcMar>
            <w:vAlign w:val="center"/>
          </w:tcPr>
          <w:p w14:paraId="416C6385" w14:textId="77777777" w:rsidR="00B55C9B" w:rsidRDefault="00000000">
            <w:pPr>
              <w:spacing w:after="0"/>
              <w:jc w:val="center"/>
            </w:pPr>
            <w:r>
              <w:rPr>
                <w:color w:val="000000"/>
                <w:sz w:val="18"/>
              </w:rPr>
              <w:t>☐</w:t>
            </w:r>
          </w:p>
        </w:tc>
        <w:tc>
          <w:tcPr>
            <w:tcW w:w="1190" w:type="dxa"/>
            <w:tcMar>
              <w:top w:w="80" w:type="dxa"/>
              <w:left w:w="90" w:type="dxa"/>
              <w:bottom w:w="80" w:type="dxa"/>
              <w:right w:w="90" w:type="dxa"/>
            </w:tcMar>
            <w:vAlign w:val="center"/>
          </w:tcPr>
          <w:p w14:paraId="7632A9B9" w14:textId="77777777" w:rsidR="00B55C9B" w:rsidRDefault="00B55C9B">
            <w:pPr>
              <w:spacing w:after="0"/>
            </w:pPr>
          </w:p>
        </w:tc>
        <w:tc>
          <w:tcPr>
            <w:tcW w:w="4649" w:type="dxa"/>
            <w:tcMar>
              <w:top w:w="80" w:type="dxa"/>
              <w:left w:w="90" w:type="dxa"/>
              <w:bottom w:w="80" w:type="dxa"/>
              <w:right w:w="90" w:type="dxa"/>
            </w:tcMar>
            <w:vAlign w:val="center"/>
          </w:tcPr>
          <w:p w14:paraId="10A61832" w14:textId="77777777" w:rsidR="00B55C9B" w:rsidRDefault="00B55C9B">
            <w:pPr>
              <w:spacing w:after="0"/>
            </w:pPr>
          </w:p>
        </w:tc>
      </w:tr>
      <w:tr w:rsidR="00B55C9B" w14:paraId="4F493A7C" w14:textId="77777777">
        <w:trPr>
          <w:jc w:val="center"/>
        </w:trPr>
        <w:tc>
          <w:tcPr>
            <w:tcW w:w="453" w:type="dxa"/>
            <w:shd w:val="clear" w:color="auto" w:fill="EEF4F9"/>
            <w:tcMar>
              <w:top w:w="80" w:type="dxa"/>
              <w:left w:w="90" w:type="dxa"/>
              <w:bottom w:w="80" w:type="dxa"/>
              <w:right w:w="90" w:type="dxa"/>
            </w:tcMar>
            <w:vAlign w:val="center"/>
          </w:tcPr>
          <w:p w14:paraId="09389D65" w14:textId="77777777" w:rsidR="00B55C9B" w:rsidRDefault="00000000">
            <w:pPr>
              <w:spacing w:after="0"/>
              <w:jc w:val="center"/>
            </w:pPr>
            <w:r>
              <w:rPr>
                <w:b/>
                <w:color w:val="17365D"/>
                <w:sz w:val="14"/>
              </w:rPr>
              <w:t>20</w:t>
            </w:r>
          </w:p>
        </w:tc>
        <w:tc>
          <w:tcPr>
            <w:tcW w:w="4422" w:type="dxa"/>
            <w:shd w:val="clear" w:color="auto" w:fill="EEF4F9"/>
            <w:tcMar>
              <w:top w:w="80" w:type="dxa"/>
              <w:left w:w="90" w:type="dxa"/>
              <w:bottom w:w="80" w:type="dxa"/>
              <w:right w:w="90" w:type="dxa"/>
            </w:tcMar>
            <w:vAlign w:val="center"/>
          </w:tcPr>
          <w:p w14:paraId="5BFADAD2" w14:textId="77777777" w:rsidR="00B55C9B" w:rsidRDefault="00000000">
            <w:pPr>
              <w:spacing w:after="0"/>
            </w:pPr>
            <w:r>
              <w:rPr>
                <w:color w:val="000000"/>
                <w:sz w:val="14"/>
              </w:rPr>
              <w:t>Autorización de tratamiento de datos</w:t>
            </w:r>
          </w:p>
        </w:tc>
        <w:tc>
          <w:tcPr>
            <w:tcW w:w="1701" w:type="dxa"/>
            <w:shd w:val="clear" w:color="auto" w:fill="EEF4F9"/>
            <w:tcMar>
              <w:top w:w="80" w:type="dxa"/>
              <w:left w:w="90" w:type="dxa"/>
              <w:bottom w:w="80" w:type="dxa"/>
              <w:right w:w="90" w:type="dxa"/>
            </w:tcMar>
            <w:vAlign w:val="center"/>
          </w:tcPr>
          <w:p w14:paraId="41A98DCB" w14:textId="77777777" w:rsidR="00B55C9B" w:rsidRDefault="00000000">
            <w:pPr>
              <w:spacing w:after="0"/>
            </w:pPr>
            <w:r>
              <w:rPr>
                <w:color w:val="000000"/>
                <w:sz w:val="14"/>
              </w:rPr>
              <w:t>Todos / integrantes</w:t>
            </w:r>
          </w:p>
        </w:tc>
        <w:tc>
          <w:tcPr>
            <w:tcW w:w="850" w:type="dxa"/>
            <w:shd w:val="clear" w:color="auto" w:fill="EEF4F9"/>
            <w:tcMar>
              <w:top w:w="80" w:type="dxa"/>
              <w:left w:w="90" w:type="dxa"/>
              <w:bottom w:w="80" w:type="dxa"/>
              <w:right w:w="90" w:type="dxa"/>
            </w:tcMar>
            <w:vAlign w:val="center"/>
          </w:tcPr>
          <w:p w14:paraId="20B186FB" w14:textId="77777777" w:rsidR="00B55C9B" w:rsidRDefault="00000000">
            <w:pPr>
              <w:spacing w:after="0"/>
              <w:jc w:val="center"/>
            </w:pPr>
            <w:r>
              <w:rPr>
                <w:color w:val="000000"/>
                <w:sz w:val="18"/>
              </w:rPr>
              <w:t>☐</w:t>
            </w:r>
          </w:p>
        </w:tc>
        <w:tc>
          <w:tcPr>
            <w:tcW w:w="850" w:type="dxa"/>
            <w:shd w:val="clear" w:color="auto" w:fill="EEF4F9"/>
            <w:tcMar>
              <w:top w:w="80" w:type="dxa"/>
              <w:left w:w="90" w:type="dxa"/>
              <w:bottom w:w="80" w:type="dxa"/>
              <w:right w:w="90" w:type="dxa"/>
            </w:tcMar>
            <w:vAlign w:val="center"/>
          </w:tcPr>
          <w:p w14:paraId="559403AE" w14:textId="77777777" w:rsidR="00B55C9B" w:rsidRDefault="00000000">
            <w:pPr>
              <w:spacing w:after="0"/>
              <w:jc w:val="center"/>
            </w:pPr>
            <w:r>
              <w:rPr>
                <w:color w:val="000000"/>
                <w:sz w:val="18"/>
              </w:rPr>
              <w:t>☐</w:t>
            </w:r>
          </w:p>
        </w:tc>
        <w:tc>
          <w:tcPr>
            <w:tcW w:w="1190" w:type="dxa"/>
            <w:shd w:val="clear" w:color="auto" w:fill="EEF4F9"/>
            <w:tcMar>
              <w:top w:w="80" w:type="dxa"/>
              <w:left w:w="90" w:type="dxa"/>
              <w:bottom w:w="80" w:type="dxa"/>
              <w:right w:w="90" w:type="dxa"/>
            </w:tcMar>
            <w:vAlign w:val="center"/>
          </w:tcPr>
          <w:p w14:paraId="2A5E0267" w14:textId="77777777" w:rsidR="00B55C9B" w:rsidRDefault="00B55C9B">
            <w:pPr>
              <w:spacing w:after="0"/>
            </w:pPr>
          </w:p>
        </w:tc>
        <w:tc>
          <w:tcPr>
            <w:tcW w:w="4649" w:type="dxa"/>
            <w:shd w:val="clear" w:color="auto" w:fill="EEF4F9"/>
            <w:tcMar>
              <w:top w:w="80" w:type="dxa"/>
              <w:left w:w="90" w:type="dxa"/>
              <w:bottom w:w="80" w:type="dxa"/>
              <w:right w:w="90" w:type="dxa"/>
            </w:tcMar>
            <w:vAlign w:val="center"/>
          </w:tcPr>
          <w:p w14:paraId="738EFB3D" w14:textId="77777777" w:rsidR="00B55C9B" w:rsidRDefault="00B55C9B">
            <w:pPr>
              <w:spacing w:after="0"/>
            </w:pPr>
          </w:p>
        </w:tc>
      </w:tr>
      <w:tr w:rsidR="00B55C9B" w14:paraId="1A6951F6" w14:textId="77777777">
        <w:trPr>
          <w:jc w:val="center"/>
        </w:trPr>
        <w:tc>
          <w:tcPr>
            <w:tcW w:w="453" w:type="dxa"/>
            <w:tcMar>
              <w:top w:w="80" w:type="dxa"/>
              <w:left w:w="90" w:type="dxa"/>
              <w:bottom w:w="80" w:type="dxa"/>
              <w:right w:w="90" w:type="dxa"/>
            </w:tcMar>
            <w:vAlign w:val="center"/>
          </w:tcPr>
          <w:p w14:paraId="47559378" w14:textId="77777777" w:rsidR="00B55C9B" w:rsidRDefault="00000000">
            <w:pPr>
              <w:spacing w:after="0"/>
              <w:jc w:val="center"/>
            </w:pPr>
            <w:r>
              <w:rPr>
                <w:b/>
                <w:color w:val="17365D"/>
                <w:sz w:val="14"/>
              </w:rPr>
              <w:t>21</w:t>
            </w:r>
          </w:p>
        </w:tc>
        <w:tc>
          <w:tcPr>
            <w:tcW w:w="4422" w:type="dxa"/>
            <w:tcMar>
              <w:top w:w="80" w:type="dxa"/>
              <w:left w:w="90" w:type="dxa"/>
              <w:bottom w:w="80" w:type="dxa"/>
              <w:right w:w="90" w:type="dxa"/>
            </w:tcMar>
            <w:vAlign w:val="center"/>
          </w:tcPr>
          <w:p w14:paraId="39073611" w14:textId="77777777" w:rsidR="00B55C9B" w:rsidRDefault="00000000">
            <w:pPr>
              <w:spacing w:after="0"/>
            </w:pPr>
            <w:r>
              <w:rPr>
                <w:color w:val="000000"/>
                <w:sz w:val="14"/>
              </w:rPr>
              <w:t>Constancia de visita técnica</w:t>
            </w:r>
          </w:p>
        </w:tc>
        <w:tc>
          <w:tcPr>
            <w:tcW w:w="1701" w:type="dxa"/>
            <w:tcMar>
              <w:top w:w="80" w:type="dxa"/>
              <w:left w:w="90" w:type="dxa"/>
              <w:bottom w:w="80" w:type="dxa"/>
              <w:right w:w="90" w:type="dxa"/>
            </w:tcMar>
            <w:vAlign w:val="center"/>
          </w:tcPr>
          <w:p w14:paraId="64B1EAFD" w14:textId="77777777" w:rsidR="00B55C9B" w:rsidRDefault="00000000">
            <w:pPr>
              <w:spacing w:after="0"/>
            </w:pPr>
            <w:r>
              <w:rPr>
                <w:color w:val="000000"/>
                <w:sz w:val="14"/>
              </w:rPr>
              <w:t>Obligatoria</w:t>
            </w:r>
          </w:p>
        </w:tc>
        <w:tc>
          <w:tcPr>
            <w:tcW w:w="850" w:type="dxa"/>
            <w:tcMar>
              <w:top w:w="80" w:type="dxa"/>
              <w:left w:w="90" w:type="dxa"/>
              <w:bottom w:w="80" w:type="dxa"/>
              <w:right w:w="90" w:type="dxa"/>
            </w:tcMar>
            <w:vAlign w:val="center"/>
          </w:tcPr>
          <w:p w14:paraId="1890CA53" w14:textId="77777777" w:rsidR="00B55C9B" w:rsidRDefault="00000000">
            <w:pPr>
              <w:spacing w:after="0"/>
              <w:jc w:val="center"/>
            </w:pPr>
            <w:r>
              <w:rPr>
                <w:color w:val="000000"/>
                <w:sz w:val="18"/>
              </w:rPr>
              <w:t>☐</w:t>
            </w:r>
          </w:p>
        </w:tc>
        <w:tc>
          <w:tcPr>
            <w:tcW w:w="850" w:type="dxa"/>
            <w:tcMar>
              <w:top w:w="80" w:type="dxa"/>
              <w:left w:w="90" w:type="dxa"/>
              <w:bottom w:w="80" w:type="dxa"/>
              <w:right w:w="90" w:type="dxa"/>
            </w:tcMar>
            <w:vAlign w:val="center"/>
          </w:tcPr>
          <w:p w14:paraId="05AE8089" w14:textId="77777777" w:rsidR="00B55C9B" w:rsidRDefault="00000000">
            <w:pPr>
              <w:spacing w:after="0"/>
              <w:jc w:val="center"/>
            </w:pPr>
            <w:r>
              <w:rPr>
                <w:color w:val="000000"/>
                <w:sz w:val="18"/>
              </w:rPr>
              <w:t>☐</w:t>
            </w:r>
          </w:p>
        </w:tc>
        <w:tc>
          <w:tcPr>
            <w:tcW w:w="1190" w:type="dxa"/>
            <w:tcMar>
              <w:top w:w="80" w:type="dxa"/>
              <w:left w:w="90" w:type="dxa"/>
              <w:bottom w:w="80" w:type="dxa"/>
              <w:right w:w="90" w:type="dxa"/>
            </w:tcMar>
            <w:vAlign w:val="center"/>
          </w:tcPr>
          <w:p w14:paraId="1285CBF5" w14:textId="77777777" w:rsidR="00B55C9B" w:rsidRDefault="00B55C9B">
            <w:pPr>
              <w:spacing w:after="0"/>
            </w:pPr>
          </w:p>
        </w:tc>
        <w:tc>
          <w:tcPr>
            <w:tcW w:w="4649" w:type="dxa"/>
            <w:tcMar>
              <w:top w:w="80" w:type="dxa"/>
              <w:left w:w="90" w:type="dxa"/>
              <w:bottom w:w="80" w:type="dxa"/>
              <w:right w:w="90" w:type="dxa"/>
            </w:tcMar>
            <w:vAlign w:val="center"/>
          </w:tcPr>
          <w:p w14:paraId="31EE34B8" w14:textId="77777777" w:rsidR="00B55C9B" w:rsidRDefault="00B55C9B">
            <w:pPr>
              <w:spacing w:after="0"/>
            </w:pPr>
          </w:p>
        </w:tc>
      </w:tr>
      <w:tr w:rsidR="00B55C9B" w14:paraId="425C6D0C" w14:textId="77777777">
        <w:trPr>
          <w:jc w:val="center"/>
        </w:trPr>
        <w:tc>
          <w:tcPr>
            <w:tcW w:w="453" w:type="dxa"/>
            <w:shd w:val="clear" w:color="auto" w:fill="EEF4F9"/>
            <w:tcMar>
              <w:top w:w="80" w:type="dxa"/>
              <w:left w:w="90" w:type="dxa"/>
              <w:bottom w:w="80" w:type="dxa"/>
              <w:right w:w="90" w:type="dxa"/>
            </w:tcMar>
            <w:vAlign w:val="center"/>
          </w:tcPr>
          <w:p w14:paraId="5579F90C" w14:textId="77777777" w:rsidR="00B55C9B" w:rsidRDefault="00000000">
            <w:pPr>
              <w:spacing w:after="0"/>
              <w:jc w:val="center"/>
            </w:pPr>
            <w:r>
              <w:rPr>
                <w:b/>
                <w:color w:val="17365D"/>
                <w:sz w:val="14"/>
              </w:rPr>
              <w:t>22</w:t>
            </w:r>
          </w:p>
        </w:tc>
        <w:tc>
          <w:tcPr>
            <w:tcW w:w="4422" w:type="dxa"/>
            <w:shd w:val="clear" w:color="auto" w:fill="EEF4F9"/>
            <w:tcMar>
              <w:top w:w="80" w:type="dxa"/>
              <w:left w:w="90" w:type="dxa"/>
              <w:bottom w:w="80" w:type="dxa"/>
              <w:right w:w="90" w:type="dxa"/>
            </w:tcMar>
            <w:vAlign w:val="center"/>
          </w:tcPr>
          <w:p w14:paraId="4354216B" w14:textId="77777777" w:rsidR="00B55C9B" w:rsidRDefault="00000000">
            <w:pPr>
              <w:spacing w:after="0"/>
            </w:pPr>
            <w:r>
              <w:rPr>
                <w:color w:val="000000"/>
                <w:sz w:val="14"/>
              </w:rPr>
              <w:t>Experiencia específica del oferente</w:t>
            </w:r>
          </w:p>
        </w:tc>
        <w:tc>
          <w:tcPr>
            <w:tcW w:w="1701" w:type="dxa"/>
            <w:shd w:val="clear" w:color="auto" w:fill="EEF4F9"/>
            <w:tcMar>
              <w:top w:w="80" w:type="dxa"/>
              <w:left w:w="90" w:type="dxa"/>
              <w:bottom w:w="80" w:type="dxa"/>
              <w:right w:w="90" w:type="dxa"/>
            </w:tcMar>
            <w:vAlign w:val="center"/>
          </w:tcPr>
          <w:p w14:paraId="0D92DA78" w14:textId="77777777" w:rsidR="00B55C9B" w:rsidRDefault="00000000">
            <w:pPr>
              <w:spacing w:after="0"/>
            </w:pPr>
            <w:r>
              <w:rPr>
                <w:color w:val="000000"/>
                <w:sz w:val="14"/>
              </w:rPr>
              <w:t>Obligatoria</w:t>
            </w:r>
          </w:p>
        </w:tc>
        <w:tc>
          <w:tcPr>
            <w:tcW w:w="850" w:type="dxa"/>
            <w:shd w:val="clear" w:color="auto" w:fill="EEF4F9"/>
            <w:tcMar>
              <w:top w:w="80" w:type="dxa"/>
              <w:left w:w="90" w:type="dxa"/>
              <w:bottom w:w="80" w:type="dxa"/>
              <w:right w:w="90" w:type="dxa"/>
            </w:tcMar>
            <w:vAlign w:val="center"/>
          </w:tcPr>
          <w:p w14:paraId="55D3E3D7" w14:textId="77777777" w:rsidR="00B55C9B" w:rsidRDefault="00000000">
            <w:pPr>
              <w:spacing w:after="0"/>
              <w:jc w:val="center"/>
            </w:pPr>
            <w:r>
              <w:rPr>
                <w:color w:val="000000"/>
                <w:sz w:val="18"/>
              </w:rPr>
              <w:t>☐</w:t>
            </w:r>
          </w:p>
        </w:tc>
        <w:tc>
          <w:tcPr>
            <w:tcW w:w="850" w:type="dxa"/>
            <w:shd w:val="clear" w:color="auto" w:fill="EEF4F9"/>
            <w:tcMar>
              <w:top w:w="80" w:type="dxa"/>
              <w:left w:w="90" w:type="dxa"/>
              <w:bottom w:w="80" w:type="dxa"/>
              <w:right w:w="90" w:type="dxa"/>
            </w:tcMar>
            <w:vAlign w:val="center"/>
          </w:tcPr>
          <w:p w14:paraId="3CD89C6D" w14:textId="77777777" w:rsidR="00B55C9B" w:rsidRDefault="00000000">
            <w:pPr>
              <w:spacing w:after="0"/>
              <w:jc w:val="center"/>
            </w:pPr>
            <w:r>
              <w:rPr>
                <w:color w:val="000000"/>
                <w:sz w:val="18"/>
              </w:rPr>
              <w:t>☐</w:t>
            </w:r>
          </w:p>
        </w:tc>
        <w:tc>
          <w:tcPr>
            <w:tcW w:w="1190" w:type="dxa"/>
            <w:shd w:val="clear" w:color="auto" w:fill="EEF4F9"/>
            <w:tcMar>
              <w:top w:w="80" w:type="dxa"/>
              <w:left w:w="90" w:type="dxa"/>
              <w:bottom w:w="80" w:type="dxa"/>
              <w:right w:w="90" w:type="dxa"/>
            </w:tcMar>
            <w:vAlign w:val="center"/>
          </w:tcPr>
          <w:p w14:paraId="5CF5DBF6" w14:textId="77777777" w:rsidR="00B55C9B" w:rsidRDefault="00B55C9B">
            <w:pPr>
              <w:spacing w:after="0"/>
            </w:pPr>
          </w:p>
        </w:tc>
        <w:tc>
          <w:tcPr>
            <w:tcW w:w="4649" w:type="dxa"/>
            <w:shd w:val="clear" w:color="auto" w:fill="EEF4F9"/>
            <w:tcMar>
              <w:top w:w="80" w:type="dxa"/>
              <w:left w:w="90" w:type="dxa"/>
              <w:bottom w:w="80" w:type="dxa"/>
              <w:right w:w="90" w:type="dxa"/>
            </w:tcMar>
            <w:vAlign w:val="center"/>
          </w:tcPr>
          <w:p w14:paraId="5F044874" w14:textId="77777777" w:rsidR="00B55C9B" w:rsidRDefault="00B55C9B">
            <w:pPr>
              <w:spacing w:after="0"/>
            </w:pPr>
          </w:p>
        </w:tc>
      </w:tr>
      <w:tr w:rsidR="00B55C9B" w14:paraId="49AD0AD1" w14:textId="77777777">
        <w:trPr>
          <w:jc w:val="center"/>
        </w:trPr>
        <w:tc>
          <w:tcPr>
            <w:tcW w:w="453" w:type="dxa"/>
            <w:tcMar>
              <w:top w:w="80" w:type="dxa"/>
              <w:left w:w="90" w:type="dxa"/>
              <w:bottom w:w="80" w:type="dxa"/>
              <w:right w:w="90" w:type="dxa"/>
            </w:tcMar>
            <w:vAlign w:val="center"/>
          </w:tcPr>
          <w:p w14:paraId="6ED03634" w14:textId="77777777" w:rsidR="00B55C9B" w:rsidRDefault="00000000">
            <w:pPr>
              <w:spacing w:after="0"/>
              <w:jc w:val="center"/>
            </w:pPr>
            <w:r>
              <w:rPr>
                <w:b/>
                <w:color w:val="17365D"/>
                <w:sz w:val="14"/>
              </w:rPr>
              <w:t>23</w:t>
            </w:r>
          </w:p>
        </w:tc>
        <w:tc>
          <w:tcPr>
            <w:tcW w:w="4422" w:type="dxa"/>
            <w:tcMar>
              <w:top w:w="80" w:type="dxa"/>
              <w:left w:w="90" w:type="dxa"/>
              <w:bottom w:w="80" w:type="dxa"/>
              <w:right w:w="90" w:type="dxa"/>
            </w:tcMar>
            <w:vAlign w:val="center"/>
          </w:tcPr>
          <w:p w14:paraId="44BC68B8" w14:textId="77777777" w:rsidR="00B55C9B" w:rsidRDefault="00000000">
            <w:pPr>
              <w:spacing w:after="0"/>
            </w:pPr>
            <w:r>
              <w:rPr>
                <w:color w:val="000000"/>
                <w:sz w:val="14"/>
              </w:rPr>
              <w:t>Hojas de vida y soportes del equipo</w:t>
            </w:r>
          </w:p>
        </w:tc>
        <w:tc>
          <w:tcPr>
            <w:tcW w:w="1701" w:type="dxa"/>
            <w:tcMar>
              <w:top w:w="80" w:type="dxa"/>
              <w:left w:w="90" w:type="dxa"/>
              <w:bottom w:w="80" w:type="dxa"/>
              <w:right w:w="90" w:type="dxa"/>
            </w:tcMar>
            <w:vAlign w:val="center"/>
          </w:tcPr>
          <w:p w14:paraId="0B0A300A" w14:textId="77777777" w:rsidR="00B55C9B" w:rsidRDefault="00000000">
            <w:pPr>
              <w:spacing w:after="0"/>
            </w:pPr>
            <w:r>
              <w:rPr>
                <w:color w:val="000000"/>
                <w:sz w:val="14"/>
              </w:rPr>
              <w:t>Obligatoria</w:t>
            </w:r>
          </w:p>
        </w:tc>
        <w:tc>
          <w:tcPr>
            <w:tcW w:w="850" w:type="dxa"/>
            <w:tcMar>
              <w:top w:w="80" w:type="dxa"/>
              <w:left w:w="90" w:type="dxa"/>
              <w:bottom w:w="80" w:type="dxa"/>
              <w:right w:w="90" w:type="dxa"/>
            </w:tcMar>
            <w:vAlign w:val="center"/>
          </w:tcPr>
          <w:p w14:paraId="20E1B744" w14:textId="77777777" w:rsidR="00B55C9B" w:rsidRDefault="00000000">
            <w:pPr>
              <w:spacing w:after="0"/>
              <w:jc w:val="center"/>
            </w:pPr>
            <w:r>
              <w:rPr>
                <w:color w:val="000000"/>
                <w:sz w:val="18"/>
              </w:rPr>
              <w:t>☐</w:t>
            </w:r>
          </w:p>
        </w:tc>
        <w:tc>
          <w:tcPr>
            <w:tcW w:w="850" w:type="dxa"/>
            <w:tcMar>
              <w:top w:w="80" w:type="dxa"/>
              <w:left w:w="90" w:type="dxa"/>
              <w:bottom w:w="80" w:type="dxa"/>
              <w:right w:w="90" w:type="dxa"/>
            </w:tcMar>
            <w:vAlign w:val="center"/>
          </w:tcPr>
          <w:p w14:paraId="0E40780F" w14:textId="77777777" w:rsidR="00B55C9B" w:rsidRDefault="00000000">
            <w:pPr>
              <w:spacing w:after="0"/>
              <w:jc w:val="center"/>
            </w:pPr>
            <w:r>
              <w:rPr>
                <w:color w:val="000000"/>
                <w:sz w:val="18"/>
              </w:rPr>
              <w:t>☐</w:t>
            </w:r>
          </w:p>
        </w:tc>
        <w:tc>
          <w:tcPr>
            <w:tcW w:w="1190" w:type="dxa"/>
            <w:tcMar>
              <w:top w:w="80" w:type="dxa"/>
              <w:left w:w="90" w:type="dxa"/>
              <w:bottom w:w="80" w:type="dxa"/>
              <w:right w:w="90" w:type="dxa"/>
            </w:tcMar>
            <w:vAlign w:val="center"/>
          </w:tcPr>
          <w:p w14:paraId="5A4A8E72" w14:textId="77777777" w:rsidR="00B55C9B" w:rsidRDefault="00B55C9B">
            <w:pPr>
              <w:spacing w:after="0"/>
            </w:pPr>
          </w:p>
        </w:tc>
        <w:tc>
          <w:tcPr>
            <w:tcW w:w="4649" w:type="dxa"/>
            <w:tcMar>
              <w:top w:w="80" w:type="dxa"/>
              <w:left w:w="90" w:type="dxa"/>
              <w:bottom w:w="80" w:type="dxa"/>
              <w:right w:w="90" w:type="dxa"/>
            </w:tcMar>
            <w:vAlign w:val="center"/>
          </w:tcPr>
          <w:p w14:paraId="794791B0" w14:textId="77777777" w:rsidR="00B55C9B" w:rsidRDefault="00B55C9B">
            <w:pPr>
              <w:spacing w:after="0"/>
            </w:pPr>
          </w:p>
        </w:tc>
      </w:tr>
      <w:tr w:rsidR="00B55C9B" w14:paraId="413A9455" w14:textId="77777777">
        <w:trPr>
          <w:jc w:val="center"/>
        </w:trPr>
        <w:tc>
          <w:tcPr>
            <w:tcW w:w="453" w:type="dxa"/>
            <w:shd w:val="clear" w:color="auto" w:fill="EEF4F9"/>
            <w:tcMar>
              <w:top w:w="80" w:type="dxa"/>
              <w:left w:w="90" w:type="dxa"/>
              <w:bottom w:w="80" w:type="dxa"/>
              <w:right w:w="90" w:type="dxa"/>
            </w:tcMar>
            <w:vAlign w:val="center"/>
          </w:tcPr>
          <w:p w14:paraId="0E84D3C3" w14:textId="77777777" w:rsidR="00B55C9B" w:rsidRDefault="00000000">
            <w:pPr>
              <w:spacing w:after="0"/>
              <w:jc w:val="center"/>
            </w:pPr>
            <w:r>
              <w:rPr>
                <w:b/>
                <w:color w:val="17365D"/>
                <w:sz w:val="14"/>
              </w:rPr>
              <w:t>24</w:t>
            </w:r>
          </w:p>
        </w:tc>
        <w:tc>
          <w:tcPr>
            <w:tcW w:w="4422" w:type="dxa"/>
            <w:shd w:val="clear" w:color="auto" w:fill="EEF4F9"/>
            <w:tcMar>
              <w:top w:w="80" w:type="dxa"/>
              <w:left w:w="90" w:type="dxa"/>
              <w:bottom w:w="80" w:type="dxa"/>
              <w:right w:w="90" w:type="dxa"/>
            </w:tcMar>
            <w:vAlign w:val="center"/>
          </w:tcPr>
          <w:p w14:paraId="18BC9F88" w14:textId="77777777" w:rsidR="00B55C9B" w:rsidRDefault="00000000">
            <w:pPr>
              <w:spacing w:after="0"/>
            </w:pPr>
            <w:r>
              <w:rPr>
                <w:color w:val="000000"/>
                <w:sz w:val="14"/>
              </w:rPr>
              <w:t>Cartas de compromiso de profesionales</w:t>
            </w:r>
          </w:p>
        </w:tc>
        <w:tc>
          <w:tcPr>
            <w:tcW w:w="1701" w:type="dxa"/>
            <w:shd w:val="clear" w:color="auto" w:fill="EEF4F9"/>
            <w:tcMar>
              <w:top w:w="80" w:type="dxa"/>
              <w:left w:w="90" w:type="dxa"/>
              <w:bottom w:w="80" w:type="dxa"/>
              <w:right w:w="90" w:type="dxa"/>
            </w:tcMar>
            <w:vAlign w:val="center"/>
          </w:tcPr>
          <w:p w14:paraId="1740E705" w14:textId="77777777" w:rsidR="00B55C9B" w:rsidRDefault="00000000">
            <w:pPr>
              <w:spacing w:after="0"/>
            </w:pPr>
            <w:r>
              <w:rPr>
                <w:color w:val="000000"/>
                <w:sz w:val="14"/>
              </w:rPr>
              <w:t>Obligatoria</w:t>
            </w:r>
          </w:p>
        </w:tc>
        <w:tc>
          <w:tcPr>
            <w:tcW w:w="850" w:type="dxa"/>
            <w:shd w:val="clear" w:color="auto" w:fill="EEF4F9"/>
            <w:tcMar>
              <w:top w:w="80" w:type="dxa"/>
              <w:left w:w="90" w:type="dxa"/>
              <w:bottom w:w="80" w:type="dxa"/>
              <w:right w:w="90" w:type="dxa"/>
            </w:tcMar>
            <w:vAlign w:val="center"/>
          </w:tcPr>
          <w:p w14:paraId="2FEB70A7" w14:textId="77777777" w:rsidR="00B55C9B" w:rsidRDefault="00000000">
            <w:pPr>
              <w:spacing w:after="0"/>
              <w:jc w:val="center"/>
            </w:pPr>
            <w:r>
              <w:rPr>
                <w:color w:val="000000"/>
                <w:sz w:val="18"/>
              </w:rPr>
              <w:t>☐</w:t>
            </w:r>
          </w:p>
        </w:tc>
        <w:tc>
          <w:tcPr>
            <w:tcW w:w="850" w:type="dxa"/>
            <w:shd w:val="clear" w:color="auto" w:fill="EEF4F9"/>
            <w:tcMar>
              <w:top w:w="80" w:type="dxa"/>
              <w:left w:w="90" w:type="dxa"/>
              <w:bottom w:w="80" w:type="dxa"/>
              <w:right w:w="90" w:type="dxa"/>
            </w:tcMar>
            <w:vAlign w:val="center"/>
          </w:tcPr>
          <w:p w14:paraId="764D753B" w14:textId="77777777" w:rsidR="00B55C9B" w:rsidRDefault="00000000">
            <w:pPr>
              <w:spacing w:after="0"/>
              <w:jc w:val="center"/>
            </w:pPr>
            <w:r>
              <w:rPr>
                <w:color w:val="000000"/>
                <w:sz w:val="18"/>
              </w:rPr>
              <w:t>☐</w:t>
            </w:r>
          </w:p>
        </w:tc>
        <w:tc>
          <w:tcPr>
            <w:tcW w:w="1190" w:type="dxa"/>
            <w:shd w:val="clear" w:color="auto" w:fill="EEF4F9"/>
            <w:tcMar>
              <w:top w:w="80" w:type="dxa"/>
              <w:left w:w="90" w:type="dxa"/>
              <w:bottom w:w="80" w:type="dxa"/>
              <w:right w:w="90" w:type="dxa"/>
            </w:tcMar>
            <w:vAlign w:val="center"/>
          </w:tcPr>
          <w:p w14:paraId="14974BFA" w14:textId="77777777" w:rsidR="00B55C9B" w:rsidRDefault="00B55C9B">
            <w:pPr>
              <w:spacing w:after="0"/>
            </w:pPr>
          </w:p>
        </w:tc>
        <w:tc>
          <w:tcPr>
            <w:tcW w:w="4649" w:type="dxa"/>
            <w:shd w:val="clear" w:color="auto" w:fill="EEF4F9"/>
            <w:tcMar>
              <w:top w:w="80" w:type="dxa"/>
              <w:left w:w="90" w:type="dxa"/>
              <w:bottom w:w="80" w:type="dxa"/>
              <w:right w:w="90" w:type="dxa"/>
            </w:tcMar>
            <w:vAlign w:val="center"/>
          </w:tcPr>
          <w:p w14:paraId="0B4A6CBF" w14:textId="77777777" w:rsidR="00B55C9B" w:rsidRDefault="00B55C9B">
            <w:pPr>
              <w:spacing w:after="0"/>
            </w:pPr>
          </w:p>
        </w:tc>
      </w:tr>
      <w:tr w:rsidR="00B55C9B" w14:paraId="3CBB9CA8" w14:textId="77777777">
        <w:trPr>
          <w:jc w:val="center"/>
        </w:trPr>
        <w:tc>
          <w:tcPr>
            <w:tcW w:w="453" w:type="dxa"/>
            <w:tcMar>
              <w:top w:w="80" w:type="dxa"/>
              <w:left w:w="90" w:type="dxa"/>
              <w:bottom w:w="80" w:type="dxa"/>
              <w:right w:w="90" w:type="dxa"/>
            </w:tcMar>
            <w:vAlign w:val="center"/>
          </w:tcPr>
          <w:p w14:paraId="7F595C83" w14:textId="77777777" w:rsidR="00B55C9B" w:rsidRDefault="00000000">
            <w:pPr>
              <w:spacing w:after="0"/>
              <w:jc w:val="center"/>
            </w:pPr>
            <w:r>
              <w:rPr>
                <w:b/>
                <w:color w:val="17365D"/>
                <w:sz w:val="14"/>
              </w:rPr>
              <w:t>25</w:t>
            </w:r>
          </w:p>
        </w:tc>
        <w:tc>
          <w:tcPr>
            <w:tcW w:w="4422" w:type="dxa"/>
            <w:tcMar>
              <w:top w:w="80" w:type="dxa"/>
              <w:left w:w="90" w:type="dxa"/>
              <w:bottom w:w="80" w:type="dxa"/>
              <w:right w:w="90" w:type="dxa"/>
            </w:tcMar>
            <w:vAlign w:val="center"/>
          </w:tcPr>
          <w:p w14:paraId="223F136A" w14:textId="77777777" w:rsidR="00B55C9B" w:rsidRDefault="00000000">
            <w:pPr>
              <w:spacing w:after="0"/>
            </w:pPr>
            <w:r>
              <w:rPr>
                <w:color w:val="000000"/>
                <w:sz w:val="14"/>
              </w:rPr>
              <w:t>Metodología y plan de trabajo</w:t>
            </w:r>
          </w:p>
        </w:tc>
        <w:tc>
          <w:tcPr>
            <w:tcW w:w="1701" w:type="dxa"/>
            <w:tcMar>
              <w:top w:w="80" w:type="dxa"/>
              <w:left w:w="90" w:type="dxa"/>
              <w:bottom w:w="80" w:type="dxa"/>
              <w:right w:w="90" w:type="dxa"/>
            </w:tcMar>
            <w:vAlign w:val="center"/>
          </w:tcPr>
          <w:p w14:paraId="68D88CB7" w14:textId="77777777" w:rsidR="00B55C9B" w:rsidRDefault="00000000">
            <w:pPr>
              <w:spacing w:after="0"/>
            </w:pPr>
            <w:r>
              <w:rPr>
                <w:color w:val="000000"/>
                <w:sz w:val="14"/>
              </w:rPr>
              <w:t>Obligatoria</w:t>
            </w:r>
          </w:p>
        </w:tc>
        <w:tc>
          <w:tcPr>
            <w:tcW w:w="850" w:type="dxa"/>
            <w:tcMar>
              <w:top w:w="80" w:type="dxa"/>
              <w:left w:w="90" w:type="dxa"/>
              <w:bottom w:w="80" w:type="dxa"/>
              <w:right w:w="90" w:type="dxa"/>
            </w:tcMar>
            <w:vAlign w:val="center"/>
          </w:tcPr>
          <w:p w14:paraId="569B460F" w14:textId="77777777" w:rsidR="00B55C9B" w:rsidRDefault="00000000">
            <w:pPr>
              <w:spacing w:after="0"/>
              <w:jc w:val="center"/>
            </w:pPr>
            <w:r>
              <w:rPr>
                <w:color w:val="000000"/>
                <w:sz w:val="18"/>
              </w:rPr>
              <w:t>☐</w:t>
            </w:r>
          </w:p>
        </w:tc>
        <w:tc>
          <w:tcPr>
            <w:tcW w:w="850" w:type="dxa"/>
            <w:tcMar>
              <w:top w:w="80" w:type="dxa"/>
              <w:left w:w="90" w:type="dxa"/>
              <w:bottom w:w="80" w:type="dxa"/>
              <w:right w:w="90" w:type="dxa"/>
            </w:tcMar>
            <w:vAlign w:val="center"/>
          </w:tcPr>
          <w:p w14:paraId="1DDB97C6" w14:textId="77777777" w:rsidR="00B55C9B" w:rsidRDefault="00000000">
            <w:pPr>
              <w:spacing w:after="0"/>
              <w:jc w:val="center"/>
            </w:pPr>
            <w:r>
              <w:rPr>
                <w:color w:val="000000"/>
                <w:sz w:val="18"/>
              </w:rPr>
              <w:t>☐</w:t>
            </w:r>
          </w:p>
        </w:tc>
        <w:tc>
          <w:tcPr>
            <w:tcW w:w="1190" w:type="dxa"/>
            <w:tcMar>
              <w:top w:w="80" w:type="dxa"/>
              <w:left w:w="90" w:type="dxa"/>
              <w:bottom w:w="80" w:type="dxa"/>
              <w:right w:w="90" w:type="dxa"/>
            </w:tcMar>
            <w:vAlign w:val="center"/>
          </w:tcPr>
          <w:p w14:paraId="0C5A571B" w14:textId="77777777" w:rsidR="00B55C9B" w:rsidRDefault="00B55C9B">
            <w:pPr>
              <w:spacing w:after="0"/>
            </w:pPr>
          </w:p>
        </w:tc>
        <w:tc>
          <w:tcPr>
            <w:tcW w:w="4649" w:type="dxa"/>
            <w:tcMar>
              <w:top w:w="80" w:type="dxa"/>
              <w:left w:w="90" w:type="dxa"/>
              <w:bottom w:w="80" w:type="dxa"/>
              <w:right w:w="90" w:type="dxa"/>
            </w:tcMar>
            <w:vAlign w:val="center"/>
          </w:tcPr>
          <w:p w14:paraId="00CC67ED" w14:textId="77777777" w:rsidR="00B55C9B" w:rsidRDefault="00B55C9B">
            <w:pPr>
              <w:spacing w:after="0"/>
            </w:pPr>
          </w:p>
        </w:tc>
      </w:tr>
      <w:tr w:rsidR="00B55C9B" w14:paraId="3FA1B292" w14:textId="77777777">
        <w:trPr>
          <w:jc w:val="center"/>
        </w:trPr>
        <w:tc>
          <w:tcPr>
            <w:tcW w:w="453" w:type="dxa"/>
            <w:shd w:val="clear" w:color="auto" w:fill="EEF4F9"/>
            <w:tcMar>
              <w:top w:w="80" w:type="dxa"/>
              <w:left w:w="90" w:type="dxa"/>
              <w:bottom w:w="80" w:type="dxa"/>
              <w:right w:w="90" w:type="dxa"/>
            </w:tcMar>
            <w:vAlign w:val="center"/>
          </w:tcPr>
          <w:p w14:paraId="04759D4C" w14:textId="77777777" w:rsidR="00B55C9B" w:rsidRDefault="00000000">
            <w:pPr>
              <w:spacing w:after="0"/>
              <w:jc w:val="center"/>
            </w:pPr>
            <w:r>
              <w:rPr>
                <w:b/>
                <w:color w:val="17365D"/>
                <w:sz w:val="14"/>
              </w:rPr>
              <w:t>26</w:t>
            </w:r>
          </w:p>
        </w:tc>
        <w:tc>
          <w:tcPr>
            <w:tcW w:w="4422" w:type="dxa"/>
            <w:shd w:val="clear" w:color="auto" w:fill="EEF4F9"/>
            <w:tcMar>
              <w:top w:w="80" w:type="dxa"/>
              <w:left w:w="90" w:type="dxa"/>
              <w:bottom w:w="80" w:type="dxa"/>
              <w:right w:w="90" w:type="dxa"/>
            </w:tcMar>
            <w:vAlign w:val="center"/>
          </w:tcPr>
          <w:p w14:paraId="2F201765" w14:textId="77777777" w:rsidR="00B55C9B" w:rsidRDefault="00000000">
            <w:pPr>
              <w:spacing w:after="0"/>
            </w:pPr>
            <w:r>
              <w:rPr>
                <w:color w:val="000000"/>
                <w:sz w:val="14"/>
              </w:rPr>
              <w:t>Cronograma y dedicaciones</w:t>
            </w:r>
          </w:p>
        </w:tc>
        <w:tc>
          <w:tcPr>
            <w:tcW w:w="1701" w:type="dxa"/>
            <w:shd w:val="clear" w:color="auto" w:fill="EEF4F9"/>
            <w:tcMar>
              <w:top w:w="80" w:type="dxa"/>
              <w:left w:w="90" w:type="dxa"/>
              <w:bottom w:w="80" w:type="dxa"/>
              <w:right w:w="90" w:type="dxa"/>
            </w:tcMar>
            <w:vAlign w:val="center"/>
          </w:tcPr>
          <w:p w14:paraId="7D2E4CAA" w14:textId="77777777" w:rsidR="00B55C9B" w:rsidRDefault="00000000">
            <w:pPr>
              <w:spacing w:after="0"/>
            </w:pPr>
            <w:r>
              <w:rPr>
                <w:color w:val="000000"/>
                <w:sz w:val="14"/>
              </w:rPr>
              <w:t>Obligatoria</w:t>
            </w:r>
          </w:p>
        </w:tc>
        <w:tc>
          <w:tcPr>
            <w:tcW w:w="850" w:type="dxa"/>
            <w:shd w:val="clear" w:color="auto" w:fill="EEF4F9"/>
            <w:tcMar>
              <w:top w:w="80" w:type="dxa"/>
              <w:left w:w="90" w:type="dxa"/>
              <w:bottom w:w="80" w:type="dxa"/>
              <w:right w:w="90" w:type="dxa"/>
            </w:tcMar>
            <w:vAlign w:val="center"/>
          </w:tcPr>
          <w:p w14:paraId="744000D4" w14:textId="77777777" w:rsidR="00B55C9B" w:rsidRDefault="00000000">
            <w:pPr>
              <w:spacing w:after="0"/>
              <w:jc w:val="center"/>
            </w:pPr>
            <w:r>
              <w:rPr>
                <w:color w:val="000000"/>
                <w:sz w:val="18"/>
              </w:rPr>
              <w:t>☐</w:t>
            </w:r>
          </w:p>
        </w:tc>
        <w:tc>
          <w:tcPr>
            <w:tcW w:w="850" w:type="dxa"/>
            <w:shd w:val="clear" w:color="auto" w:fill="EEF4F9"/>
            <w:tcMar>
              <w:top w:w="80" w:type="dxa"/>
              <w:left w:w="90" w:type="dxa"/>
              <w:bottom w:w="80" w:type="dxa"/>
              <w:right w:w="90" w:type="dxa"/>
            </w:tcMar>
            <w:vAlign w:val="center"/>
          </w:tcPr>
          <w:p w14:paraId="566CB495" w14:textId="77777777" w:rsidR="00B55C9B" w:rsidRDefault="00000000">
            <w:pPr>
              <w:spacing w:after="0"/>
              <w:jc w:val="center"/>
            </w:pPr>
            <w:r>
              <w:rPr>
                <w:color w:val="000000"/>
                <w:sz w:val="18"/>
              </w:rPr>
              <w:t>☐</w:t>
            </w:r>
          </w:p>
        </w:tc>
        <w:tc>
          <w:tcPr>
            <w:tcW w:w="1190" w:type="dxa"/>
            <w:shd w:val="clear" w:color="auto" w:fill="EEF4F9"/>
            <w:tcMar>
              <w:top w:w="80" w:type="dxa"/>
              <w:left w:w="90" w:type="dxa"/>
              <w:bottom w:w="80" w:type="dxa"/>
              <w:right w:w="90" w:type="dxa"/>
            </w:tcMar>
            <w:vAlign w:val="center"/>
          </w:tcPr>
          <w:p w14:paraId="2358A3CE" w14:textId="77777777" w:rsidR="00B55C9B" w:rsidRDefault="00B55C9B">
            <w:pPr>
              <w:spacing w:after="0"/>
            </w:pPr>
          </w:p>
        </w:tc>
        <w:tc>
          <w:tcPr>
            <w:tcW w:w="4649" w:type="dxa"/>
            <w:shd w:val="clear" w:color="auto" w:fill="EEF4F9"/>
            <w:tcMar>
              <w:top w:w="80" w:type="dxa"/>
              <w:left w:w="90" w:type="dxa"/>
              <w:bottom w:w="80" w:type="dxa"/>
              <w:right w:w="90" w:type="dxa"/>
            </w:tcMar>
            <w:vAlign w:val="center"/>
          </w:tcPr>
          <w:p w14:paraId="1A90C9FD" w14:textId="77777777" w:rsidR="00B55C9B" w:rsidRDefault="00B55C9B">
            <w:pPr>
              <w:spacing w:after="0"/>
            </w:pPr>
          </w:p>
        </w:tc>
      </w:tr>
      <w:tr w:rsidR="00B55C9B" w14:paraId="53825104" w14:textId="77777777">
        <w:trPr>
          <w:jc w:val="center"/>
        </w:trPr>
        <w:tc>
          <w:tcPr>
            <w:tcW w:w="453" w:type="dxa"/>
            <w:tcMar>
              <w:top w:w="80" w:type="dxa"/>
              <w:left w:w="90" w:type="dxa"/>
              <w:bottom w:w="80" w:type="dxa"/>
              <w:right w:w="90" w:type="dxa"/>
            </w:tcMar>
            <w:vAlign w:val="center"/>
          </w:tcPr>
          <w:p w14:paraId="394C65B4" w14:textId="77777777" w:rsidR="00B55C9B" w:rsidRDefault="00000000">
            <w:pPr>
              <w:spacing w:after="0"/>
              <w:jc w:val="center"/>
            </w:pPr>
            <w:r>
              <w:rPr>
                <w:b/>
                <w:color w:val="17365D"/>
                <w:sz w:val="14"/>
              </w:rPr>
              <w:t>27</w:t>
            </w:r>
          </w:p>
        </w:tc>
        <w:tc>
          <w:tcPr>
            <w:tcW w:w="4422" w:type="dxa"/>
            <w:tcMar>
              <w:top w:w="80" w:type="dxa"/>
              <w:left w:w="90" w:type="dxa"/>
              <w:bottom w:w="80" w:type="dxa"/>
              <w:right w:w="90" w:type="dxa"/>
            </w:tcMar>
            <w:vAlign w:val="center"/>
          </w:tcPr>
          <w:p w14:paraId="42E67BFD" w14:textId="77777777" w:rsidR="00B55C9B" w:rsidRDefault="00000000">
            <w:pPr>
              <w:spacing w:after="0"/>
            </w:pPr>
            <w:r>
              <w:rPr>
                <w:color w:val="000000"/>
                <w:sz w:val="14"/>
              </w:rPr>
              <w:t>Propuesta económica</w:t>
            </w:r>
          </w:p>
        </w:tc>
        <w:tc>
          <w:tcPr>
            <w:tcW w:w="1701" w:type="dxa"/>
            <w:tcMar>
              <w:top w:w="80" w:type="dxa"/>
              <w:left w:w="90" w:type="dxa"/>
              <w:bottom w:w="80" w:type="dxa"/>
              <w:right w:w="90" w:type="dxa"/>
            </w:tcMar>
            <w:vAlign w:val="center"/>
          </w:tcPr>
          <w:p w14:paraId="1F2F6B55" w14:textId="77777777" w:rsidR="00B55C9B" w:rsidRDefault="00000000">
            <w:pPr>
              <w:spacing w:after="0"/>
            </w:pPr>
            <w:r>
              <w:rPr>
                <w:color w:val="000000"/>
                <w:sz w:val="14"/>
              </w:rPr>
              <w:t>Obligatoria</w:t>
            </w:r>
          </w:p>
        </w:tc>
        <w:tc>
          <w:tcPr>
            <w:tcW w:w="850" w:type="dxa"/>
            <w:tcMar>
              <w:top w:w="80" w:type="dxa"/>
              <w:left w:w="90" w:type="dxa"/>
              <w:bottom w:w="80" w:type="dxa"/>
              <w:right w:w="90" w:type="dxa"/>
            </w:tcMar>
            <w:vAlign w:val="center"/>
          </w:tcPr>
          <w:p w14:paraId="79356E39" w14:textId="77777777" w:rsidR="00B55C9B" w:rsidRDefault="00000000">
            <w:pPr>
              <w:spacing w:after="0"/>
              <w:jc w:val="center"/>
            </w:pPr>
            <w:r>
              <w:rPr>
                <w:color w:val="000000"/>
                <w:sz w:val="18"/>
              </w:rPr>
              <w:t>☐</w:t>
            </w:r>
          </w:p>
        </w:tc>
        <w:tc>
          <w:tcPr>
            <w:tcW w:w="850" w:type="dxa"/>
            <w:tcMar>
              <w:top w:w="80" w:type="dxa"/>
              <w:left w:w="90" w:type="dxa"/>
              <w:bottom w:w="80" w:type="dxa"/>
              <w:right w:w="90" w:type="dxa"/>
            </w:tcMar>
            <w:vAlign w:val="center"/>
          </w:tcPr>
          <w:p w14:paraId="11D27274" w14:textId="77777777" w:rsidR="00B55C9B" w:rsidRDefault="00000000">
            <w:pPr>
              <w:spacing w:after="0"/>
              <w:jc w:val="center"/>
            </w:pPr>
            <w:r>
              <w:rPr>
                <w:color w:val="000000"/>
                <w:sz w:val="18"/>
              </w:rPr>
              <w:t>☐</w:t>
            </w:r>
          </w:p>
        </w:tc>
        <w:tc>
          <w:tcPr>
            <w:tcW w:w="1190" w:type="dxa"/>
            <w:tcMar>
              <w:top w:w="80" w:type="dxa"/>
              <w:left w:w="90" w:type="dxa"/>
              <w:bottom w:w="80" w:type="dxa"/>
              <w:right w:w="90" w:type="dxa"/>
            </w:tcMar>
            <w:vAlign w:val="center"/>
          </w:tcPr>
          <w:p w14:paraId="517D7547" w14:textId="77777777" w:rsidR="00B55C9B" w:rsidRDefault="00B55C9B">
            <w:pPr>
              <w:spacing w:after="0"/>
            </w:pPr>
          </w:p>
        </w:tc>
        <w:tc>
          <w:tcPr>
            <w:tcW w:w="4649" w:type="dxa"/>
            <w:tcMar>
              <w:top w:w="80" w:type="dxa"/>
              <w:left w:w="90" w:type="dxa"/>
              <w:bottom w:w="80" w:type="dxa"/>
              <w:right w:w="90" w:type="dxa"/>
            </w:tcMar>
            <w:vAlign w:val="center"/>
          </w:tcPr>
          <w:p w14:paraId="5508F3EB" w14:textId="77777777" w:rsidR="00B55C9B" w:rsidRDefault="00B55C9B">
            <w:pPr>
              <w:spacing w:after="0"/>
            </w:pPr>
          </w:p>
        </w:tc>
      </w:tr>
      <w:tr w:rsidR="00B55C9B" w14:paraId="7F61A1CA" w14:textId="77777777">
        <w:trPr>
          <w:jc w:val="center"/>
        </w:trPr>
        <w:tc>
          <w:tcPr>
            <w:tcW w:w="453" w:type="dxa"/>
            <w:shd w:val="clear" w:color="auto" w:fill="EEF4F9"/>
            <w:tcMar>
              <w:top w:w="80" w:type="dxa"/>
              <w:left w:w="90" w:type="dxa"/>
              <w:bottom w:w="80" w:type="dxa"/>
              <w:right w:w="90" w:type="dxa"/>
            </w:tcMar>
            <w:vAlign w:val="center"/>
          </w:tcPr>
          <w:p w14:paraId="496AEDB4" w14:textId="77777777" w:rsidR="00B55C9B" w:rsidRDefault="00000000">
            <w:pPr>
              <w:spacing w:after="0"/>
              <w:jc w:val="center"/>
            </w:pPr>
            <w:r>
              <w:rPr>
                <w:b/>
                <w:color w:val="17365D"/>
                <w:sz w:val="14"/>
              </w:rPr>
              <w:t>28</w:t>
            </w:r>
          </w:p>
        </w:tc>
        <w:tc>
          <w:tcPr>
            <w:tcW w:w="4422" w:type="dxa"/>
            <w:shd w:val="clear" w:color="auto" w:fill="EEF4F9"/>
            <w:tcMar>
              <w:top w:w="80" w:type="dxa"/>
              <w:left w:w="90" w:type="dxa"/>
              <w:bottom w:w="80" w:type="dxa"/>
              <w:right w:w="90" w:type="dxa"/>
            </w:tcMar>
            <w:vAlign w:val="center"/>
          </w:tcPr>
          <w:p w14:paraId="262DF7C5" w14:textId="77777777" w:rsidR="00B55C9B" w:rsidRDefault="00000000">
            <w:pPr>
              <w:spacing w:after="0"/>
            </w:pPr>
            <w:r>
              <w:rPr>
                <w:color w:val="000000"/>
                <w:sz w:val="14"/>
              </w:rPr>
              <w:t>Valor agregado técnico diferenciador</w:t>
            </w:r>
          </w:p>
        </w:tc>
        <w:tc>
          <w:tcPr>
            <w:tcW w:w="1701" w:type="dxa"/>
            <w:shd w:val="clear" w:color="auto" w:fill="EEF4F9"/>
            <w:tcMar>
              <w:top w:w="80" w:type="dxa"/>
              <w:left w:w="90" w:type="dxa"/>
              <w:bottom w:w="80" w:type="dxa"/>
              <w:right w:w="90" w:type="dxa"/>
            </w:tcMar>
            <w:vAlign w:val="center"/>
          </w:tcPr>
          <w:p w14:paraId="4C871130" w14:textId="77777777" w:rsidR="00B55C9B" w:rsidRDefault="00000000">
            <w:pPr>
              <w:spacing w:after="0"/>
            </w:pPr>
            <w:r>
              <w:rPr>
                <w:color w:val="000000"/>
                <w:sz w:val="14"/>
              </w:rPr>
              <w:t>Si se ofrece</w:t>
            </w:r>
          </w:p>
        </w:tc>
        <w:tc>
          <w:tcPr>
            <w:tcW w:w="850" w:type="dxa"/>
            <w:shd w:val="clear" w:color="auto" w:fill="EEF4F9"/>
            <w:tcMar>
              <w:top w:w="80" w:type="dxa"/>
              <w:left w:w="90" w:type="dxa"/>
              <w:bottom w:w="80" w:type="dxa"/>
              <w:right w:w="90" w:type="dxa"/>
            </w:tcMar>
            <w:vAlign w:val="center"/>
          </w:tcPr>
          <w:p w14:paraId="74AB495B" w14:textId="77777777" w:rsidR="00B55C9B" w:rsidRDefault="00000000">
            <w:pPr>
              <w:spacing w:after="0"/>
              <w:jc w:val="center"/>
            </w:pPr>
            <w:r>
              <w:rPr>
                <w:color w:val="000000"/>
                <w:sz w:val="18"/>
              </w:rPr>
              <w:t>☐</w:t>
            </w:r>
          </w:p>
        </w:tc>
        <w:tc>
          <w:tcPr>
            <w:tcW w:w="850" w:type="dxa"/>
            <w:shd w:val="clear" w:color="auto" w:fill="EEF4F9"/>
            <w:tcMar>
              <w:top w:w="80" w:type="dxa"/>
              <w:left w:w="90" w:type="dxa"/>
              <w:bottom w:w="80" w:type="dxa"/>
              <w:right w:w="90" w:type="dxa"/>
            </w:tcMar>
            <w:vAlign w:val="center"/>
          </w:tcPr>
          <w:p w14:paraId="6A2A2FFA" w14:textId="77777777" w:rsidR="00B55C9B" w:rsidRDefault="00000000">
            <w:pPr>
              <w:spacing w:after="0"/>
              <w:jc w:val="center"/>
            </w:pPr>
            <w:r>
              <w:rPr>
                <w:color w:val="000000"/>
                <w:sz w:val="18"/>
              </w:rPr>
              <w:t>☐</w:t>
            </w:r>
          </w:p>
        </w:tc>
        <w:tc>
          <w:tcPr>
            <w:tcW w:w="1190" w:type="dxa"/>
            <w:shd w:val="clear" w:color="auto" w:fill="EEF4F9"/>
            <w:tcMar>
              <w:top w:w="80" w:type="dxa"/>
              <w:left w:w="90" w:type="dxa"/>
              <w:bottom w:w="80" w:type="dxa"/>
              <w:right w:w="90" w:type="dxa"/>
            </w:tcMar>
            <w:vAlign w:val="center"/>
          </w:tcPr>
          <w:p w14:paraId="6F7F76B0" w14:textId="77777777" w:rsidR="00B55C9B" w:rsidRDefault="00B55C9B">
            <w:pPr>
              <w:spacing w:after="0"/>
            </w:pPr>
          </w:p>
        </w:tc>
        <w:tc>
          <w:tcPr>
            <w:tcW w:w="4649" w:type="dxa"/>
            <w:shd w:val="clear" w:color="auto" w:fill="EEF4F9"/>
            <w:tcMar>
              <w:top w:w="80" w:type="dxa"/>
              <w:left w:w="90" w:type="dxa"/>
              <w:bottom w:w="80" w:type="dxa"/>
              <w:right w:w="90" w:type="dxa"/>
            </w:tcMar>
            <w:vAlign w:val="center"/>
          </w:tcPr>
          <w:p w14:paraId="07F93B39" w14:textId="77777777" w:rsidR="00B55C9B" w:rsidRDefault="00B55C9B">
            <w:pPr>
              <w:spacing w:after="0"/>
            </w:pPr>
          </w:p>
        </w:tc>
      </w:tr>
      <w:tr w:rsidR="00B55C9B" w14:paraId="63C6E5B6" w14:textId="77777777">
        <w:trPr>
          <w:jc w:val="center"/>
        </w:trPr>
        <w:tc>
          <w:tcPr>
            <w:tcW w:w="453" w:type="dxa"/>
            <w:tcMar>
              <w:top w:w="80" w:type="dxa"/>
              <w:left w:w="90" w:type="dxa"/>
              <w:bottom w:w="80" w:type="dxa"/>
              <w:right w:w="90" w:type="dxa"/>
            </w:tcMar>
            <w:vAlign w:val="center"/>
          </w:tcPr>
          <w:p w14:paraId="5F88C967" w14:textId="77777777" w:rsidR="00B55C9B" w:rsidRDefault="00000000">
            <w:pPr>
              <w:spacing w:after="0"/>
              <w:jc w:val="center"/>
            </w:pPr>
            <w:r>
              <w:rPr>
                <w:b/>
                <w:color w:val="17365D"/>
                <w:sz w:val="14"/>
              </w:rPr>
              <w:t>29</w:t>
            </w:r>
          </w:p>
        </w:tc>
        <w:tc>
          <w:tcPr>
            <w:tcW w:w="4422" w:type="dxa"/>
            <w:tcMar>
              <w:top w:w="80" w:type="dxa"/>
              <w:left w:w="90" w:type="dxa"/>
              <w:bottom w:w="80" w:type="dxa"/>
              <w:right w:w="90" w:type="dxa"/>
            </w:tcMar>
            <w:vAlign w:val="center"/>
          </w:tcPr>
          <w:p w14:paraId="1DA35A66" w14:textId="77777777" w:rsidR="00B55C9B" w:rsidRDefault="00000000">
            <w:pPr>
              <w:spacing w:after="0"/>
            </w:pPr>
            <w:r>
              <w:rPr>
                <w:color w:val="000000"/>
                <w:sz w:val="14"/>
              </w:rPr>
              <w:t>Índice y foliación de la propuesta</w:t>
            </w:r>
          </w:p>
        </w:tc>
        <w:tc>
          <w:tcPr>
            <w:tcW w:w="1701" w:type="dxa"/>
            <w:tcMar>
              <w:top w:w="80" w:type="dxa"/>
              <w:left w:w="90" w:type="dxa"/>
              <w:bottom w:w="80" w:type="dxa"/>
              <w:right w:w="90" w:type="dxa"/>
            </w:tcMar>
            <w:vAlign w:val="center"/>
          </w:tcPr>
          <w:p w14:paraId="1ECFB6B3" w14:textId="77777777" w:rsidR="00B55C9B" w:rsidRDefault="00000000">
            <w:pPr>
              <w:spacing w:after="0"/>
            </w:pPr>
            <w:r>
              <w:rPr>
                <w:color w:val="000000"/>
                <w:sz w:val="14"/>
              </w:rPr>
              <w:t>Obligatoria</w:t>
            </w:r>
          </w:p>
        </w:tc>
        <w:tc>
          <w:tcPr>
            <w:tcW w:w="850" w:type="dxa"/>
            <w:tcMar>
              <w:top w:w="80" w:type="dxa"/>
              <w:left w:w="90" w:type="dxa"/>
              <w:bottom w:w="80" w:type="dxa"/>
              <w:right w:w="90" w:type="dxa"/>
            </w:tcMar>
            <w:vAlign w:val="center"/>
          </w:tcPr>
          <w:p w14:paraId="21A0BAFC" w14:textId="77777777" w:rsidR="00B55C9B" w:rsidRDefault="00000000">
            <w:pPr>
              <w:spacing w:after="0"/>
              <w:jc w:val="center"/>
            </w:pPr>
            <w:r>
              <w:rPr>
                <w:color w:val="000000"/>
                <w:sz w:val="18"/>
              </w:rPr>
              <w:t>☐</w:t>
            </w:r>
          </w:p>
        </w:tc>
        <w:tc>
          <w:tcPr>
            <w:tcW w:w="850" w:type="dxa"/>
            <w:tcMar>
              <w:top w:w="80" w:type="dxa"/>
              <w:left w:w="90" w:type="dxa"/>
              <w:bottom w:w="80" w:type="dxa"/>
              <w:right w:w="90" w:type="dxa"/>
            </w:tcMar>
            <w:vAlign w:val="center"/>
          </w:tcPr>
          <w:p w14:paraId="2E3213BD" w14:textId="77777777" w:rsidR="00B55C9B" w:rsidRDefault="00000000">
            <w:pPr>
              <w:spacing w:after="0"/>
              <w:jc w:val="center"/>
            </w:pPr>
            <w:r>
              <w:rPr>
                <w:color w:val="000000"/>
                <w:sz w:val="18"/>
              </w:rPr>
              <w:t>☐</w:t>
            </w:r>
          </w:p>
        </w:tc>
        <w:tc>
          <w:tcPr>
            <w:tcW w:w="1190" w:type="dxa"/>
            <w:tcMar>
              <w:top w:w="80" w:type="dxa"/>
              <w:left w:w="90" w:type="dxa"/>
              <w:bottom w:w="80" w:type="dxa"/>
              <w:right w:w="90" w:type="dxa"/>
            </w:tcMar>
            <w:vAlign w:val="center"/>
          </w:tcPr>
          <w:p w14:paraId="522C0A5B" w14:textId="77777777" w:rsidR="00B55C9B" w:rsidRDefault="00B55C9B">
            <w:pPr>
              <w:spacing w:after="0"/>
            </w:pPr>
          </w:p>
        </w:tc>
        <w:tc>
          <w:tcPr>
            <w:tcW w:w="4649" w:type="dxa"/>
            <w:tcMar>
              <w:top w:w="80" w:type="dxa"/>
              <w:left w:w="90" w:type="dxa"/>
              <w:bottom w:w="80" w:type="dxa"/>
              <w:right w:w="90" w:type="dxa"/>
            </w:tcMar>
            <w:vAlign w:val="center"/>
          </w:tcPr>
          <w:p w14:paraId="7E9636F2" w14:textId="77777777" w:rsidR="00B55C9B" w:rsidRDefault="00B55C9B">
            <w:pPr>
              <w:spacing w:after="0"/>
            </w:pPr>
          </w:p>
        </w:tc>
      </w:tr>
    </w:tbl>
    <w:p w14:paraId="60676470" w14:textId="77777777" w:rsidR="00B55C9B" w:rsidRDefault="00B55C9B"/>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4536"/>
        <w:gridCol w:w="4536"/>
      </w:tblGrid>
      <w:tr w:rsidR="00B55C9B" w14:paraId="7EE1AD2D" w14:textId="77777777">
        <w:trPr>
          <w:jc w:val="center"/>
        </w:trPr>
        <w:tc>
          <w:tcPr>
            <w:tcW w:w="4536" w:type="dxa"/>
            <w:tcMar>
              <w:top w:w="80" w:type="dxa"/>
              <w:left w:w="90" w:type="dxa"/>
              <w:bottom w:w="80" w:type="dxa"/>
              <w:right w:w="90" w:type="dxa"/>
            </w:tcMar>
            <w:vAlign w:val="center"/>
          </w:tcPr>
          <w:p w14:paraId="0CB4EE35" w14:textId="77777777" w:rsidR="00DF3301" w:rsidRDefault="00000000">
            <w:pPr>
              <w:spacing w:after="0"/>
              <w:rPr>
                <w:color w:val="000000"/>
                <w:sz w:val="18"/>
              </w:rPr>
            </w:pPr>
            <w:r>
              <w:rPr>
                <w:color w:val="000000"/>
                <w:sz w:val="18"/>
              </w:rPr>
              <w:t>Nombre: __________________________________</w:t>
            </w:r>
            <w:r>
              <w:rPr>
                <w:color w:val="000000"/>
                <w:sz w:val="18"/>
              </w:rPr>
              <w:br/>
            </w:r>
          </w:p>
          <w:p w14:paraId="7984F70C" w14:textId="389767DA" w:rsidR="00B55C9B" w:rsidRDefault="00000000">
            <w:pPr>
              <w:spacing w:after="0"/>
            </w:pPr>
            <w:r>
              <w:rPr>
                <w:color w:val="000000"/>
                <w:sz w:val="18"/>
              </w:rPr>
              <w:t>Documento: _______________________________</w:t>
            </w:r>
          </w:p>
        </w:tc>
        <w:tc>
          <w:tcPr>
            <w:tcW w:w="4536" w:type="dxa"/>
            <w:tcMar>
              <w:top w:w="80" w:type="dxa"/>
              <w:left w:w="90" w:type="dxa"/>
              <w:bottom w:w="80" w:type="dxa"/>
              <w:right w:w="90" w:type="dxa"/>
            </w:tcMar>
            <w:vAlign w:val="center"/>
          </w:tcPr>
          <w:p w14:paraId="04EBBA2F" w14:textId="77777777" w:rsidR="00DF3301" w:rsidRDefault="00000000">
            <w:pPr>
              <w:spacing w:after="0"/>
              <w:rPr>
                <w:color w:val="000000"/>
                <w:sz w:val="18"/>
              </w:rPr>
            </w:pPr>
            <w:r>
              <w:rPr>
                <w:color w:val="000000"/>
                <w:sz w:val="18"/>
              </w:rPr>
              <w:t>Calidad</w:t>
            </w:r>
            <w:r w:rsidR="00DF3301">
              <w:rPr>
                <w:color w:val="000000"/>
                <w:sz w:val="18"/>
              </w:rPr>
              <w:t>/Cargo</w:t>
            </w:r>
            <w:r>
              <w:rPr>
                <w:color w:val="000000"/>
                <w:sz w:val="18"/>
              </w:rPr>
              <w:t>:</w:t>
            </w:r>
            <w:r w:rsidR="00DF3301">
              <w:rPr>
                <w:color w:val="000000"/>
                <w:sz w:val="18"/>
              </w:rPr>
              <w:t xml:space="preserve"> </w:t>
            </w:r>
            <w:r>
              <w:rPr>
                <w:color w:val="000000"/>
                <w:sz w:val="18"/>
              </w:rPr>
              <w:t>_______________________________</w:t>
            </w:r>
            <w:r>
              <w:rPr>
                <w:color w:val="000000"/>
                <w:sz w:val="18"/>
              </w:rPr>
              <w:br/>
            </w:r>
          </w:p>
          <w:p w14:paraId="7D0689CE" w14:textId="3E522D97" w:rsidR="00B55C9B" w:rsidRDefault="00000000">
            <w:pPr>
              <w:spacing w:after="0"/>
            </w:pPr>
            <w:r>
              <w:rPr>
                <w:color w:val="000000"/>
                <w:sz w:val="18"/>
              </w:rPr>
              <w:t>Firma: _____________</w:t>
            </w:r>
            <w:r w:rsidR="00DF3301">
              <w:rPr>
                <w:color w:val="000000"/>
                <w:sz w:val="18"/>
              </w:rPr>
              <w:t>____</w:t>
            </w:r>
            <w:r>
              <w:rPr>
                <w:color w:val="000000"/>
                <w:sz w:val="18"/>
              </w:rPr>
              <w:t>____________________</w:t>
            </w:r>
          </w:p>
        </w:tc>
      </w:tr>
      <w:tr w:rsidR="00B55C9B" w14:paraId="45A2C24B" w14:textId="77777777">
        <w:trPr>
          <w:jc w:val="center"/>
        </w:trPr>
        <w:tc>
          <w:tcPr>
            <w:tcW w:w="4536" w:type="dxa"/>
            <w:tcMar>
              <w:top w:w="80" w:type="dxa"/>
              <w:left w:w="90" w:type="dxa"/>
              <w:bottom w:w="80" w:type="dxa"/>
              <w:right w:w="90" w:type="dxa"/>
            </w:tcMar>
            <w:vAlign w:val="center"/>
          </w:tcPr>
          <w:p w14:paraId="32BD959A" w14:textId="77777777" w:rsidR="00B55C9B" w:rsidRDefault="00000000">
            <w:pPr>
              <w:spacing w:after="0"/>
            </w:pPr>
            <w:r>
              <w:rPr>
                <w:color w:val="000000"/>
                <w:sz w:val="18"/>
              </w:rPr>
              <w:t>Fecha: ____ / ____ / ______</w:t>
            </w:r>
          </w:p>
        </w:tc>
        <w:tc>
          <w:tcPr>
            <w:tcW w:w="4536" w:type="dxa"/>
            <w:tcMar>
              <w:top w:w="80" w:type="dxa"/>
              <w:left w:w="90" w:type="dxa"/>
              <w:bottom w:w="80" w:type="dxa"/>
              <w:right w:w="90" w:type="dxa"/>
            </w:tcMar>
            <w:vAlign w:val="center"/>
          </w:tcPr>
          <w:p w14:paraId="2E211155" w14:textId="48551797" w:rsidR="00B55C9B" w:rsidRDefault="00000000">
            <w:pPr>
              <w:spacing w:after="0"/>
            </w:pPr>
            <w:r>
              <w:rPr>
                <w:color w:val="000000"/>
                <w:sz w:val="18"/>
              </w:rPr>
              <w:t>Ciudad: ________</w:t>
            </w:r>
            <w:r w:rsidR="00DF3301">
              <w:rPr>
                <w:color w:val="000000"/>
                <w:sz w:val="18"/>
              </w:rPr>
              <w:t>______</w:t>
            </w:r>
            <w:r>
              <w:rPr>
                <w:color w:val="000000"/>
                <w:sz w:val="18"/>
              </w:rPr>
              <w:t>______________________</w:t>
            </w:r>
          </w:p>
        </w:tc>
      </w:tr>
    </w:tbl>
    <w:p w14:paraId="10049DFA" w14:textId="77777777" w:rsidR="00B55C9B" w:rsidRDefault="00000000">
      <w:r>
        <w:br w:type="page"/>
      </w:r>
    </w:p>
    <w:p w14:paraId="1C2D346C" w14:textId="77777777" w:rsidR="00B55C9B" w:rsidRDefault="00B55C9B">
      <w:pPr>
        <w:sectPr w:rsidR="00B55C9B">
          <w:pgSz w:w="16838" w:h="11906" w:orient="landscape"/>
          <w:pgMar w:top="1361" w:right="850" w:bottom="1020" w:left="850" w:header="397" w:footer="397" w:gutter="0"/>
          <w:cols w:space="720"/>
          <w:docGrid w:linePitch="360"/>
        </w:sectPr>
      </w:pPr>
    </w:p>
    <w:p w14:paraId="0D40DA58" w14:textId="77777777" w:rsidR="00B55C9B" w:rsidRDefault="00000000">
      <w:pPr>
        <w:pStyle w:val="Ttulo1"/>
        <w:jc w:val="center"/>
      </w:pPr>
      <w:r>
        <w:lastRenderedPageBreak/>
        <w:t>ANEXO 17. OFERTA DE VALOR AGREGADO TÉCNICO DIFERENCIADOR</w:t>
      </w:r>
    </w:p>
    <w:p w14:paraId="0C0523E9" w14:textId="77777777" w:rsidR="00B55C9B" w:rsidRDefault="00000000" w:rsidP="00DF3301">
      <w:pPr>
        <w:spacing w:after="160"/>
        <w:jc w:val="center"/>
      </w:pPr>
      <w:r>
        <w:rPr>
          <w:i/>
          <w:color w:val="666666"/>
          <w:sz w:val="17"/>
        </w:rPr>
        <w:t>Describa únicamente ofrecimientos adicionales verificables, medibles y exigibles. Indique su costo incluido, soportes y entregables.</w:t>
      </w:r>
    </w:p>
    <w:tbl>
      <w:tblPr>
        <w:tblW w:w="0" w:type="auto"/>
        <w:jc w:val="center"/>
        <w:tblBorders>
          <w:top w:val="single" w:sz="4" w:space="0" w:color="95A5A6"/>
          <w:left w:val="single" w:sz="4" w:space="0" w:color="95A5A6"/>
          <w:bottom w:val="single" w:sz="4" w:space="0" w:color="95A5A6"/>
          <w:right w:val="single" w:sz="4" w:space="0" w:color="95A5A6"/>
          <w:insideH w:val="single" w:sz="4" w:space="0" w:color="95A5A6"/>
          <w:insideV w:val="single" w:sz="4" w:space="0" w:color="95A5A6"/>
        </w:tblBorders>
        <w:tblLook w:val="04A0" w:firstRow="1" w:lastRow="0" w:firstColumn="1" w:lastColumn="0" w:noHBand="0" w:noVBand="1"/>
      </w:tblPr>
      <w:tblGrid>
        <w:gridCol w:w="453"/>
        <w:gridCol w:w="2154"/>
        <w:gridCol w:w="2835"/>
        <w:gridCol w:w="1360"/>
        <w:gridCol w:w="1247"/>
        <w:gridCol w:w="1134"/>
      </w:tblGrid>
      <w:tr w:rsidR="00B55C9B" w14:paraId="79CA7BEA" w14:textId="77777777">
        <w:trPr>
          <w:jc w:val="center"/>
        </w:trPr>
        <w:tc>
          <w:tcPr>
            <w:tcW w:w="453" w:type="dxa"/>
            <w:shd w:val="clear" w:color="auto" w:fill="17365D"/>
            <w:tcMar>
              <w:top w:w="80" w:type="dxa"/>
              <w:left w:w="90" w:type="dxa"/>
              <w:bottom w:w="80" w:type="dxa"/>
              <w:right w:w="90" w:type="dxa"/>
            </w:tcMar>
            <w:vAlign w:val="center"/>
          </w:tcPr>
          <w:p w14:paraId="3C3F4F20" w14:textId="77777777" w:rsidR="00B55C9B" w:rsidRDefault="00000000">
            <w:pPr>
              <w:spacing w:after="0"/>
              <w:jc w:val="center"/>
            </w:pPr>
            <w:r>
              <w:rPr>
                <w:b/>
                <w:color w:val="FFFFFF"/>
                <w:sz w:val="16"/>
              </w:rPr>
              <w:t>No.</w:t>
            </w:r>
          </w:p>
        </w:tc>
        <w:tc>
          <w:tcPr>
            <w:tcW w:w="2154" w:type="dxa"/>
            <w:shd w:val="clear" w:color="auto" w:fill="17365D"/>
            <w:tcMar>
              <w:top w:w="80" w:type="dxa"/>
              <w:left w:w="90" w:type="dxa"/>
              <w:bottom w:w="80" w:type="dxa"/>
              <w:right w:w="90" w:type="dxa"/>
            </w:tcMar>
            <w:vAlign w:val="center"/>
          </w:tcPr>
          <w:p w14:paraId="63CB6247" w14:textId="77777777" w:rsidR="00B55C9B" w:rsidRDefault="00000000">
            <w:pPr>
              <w:spacing w:after="0"/>
              <w:jc w:val="center"/>
            </w:pPr>
            <w:r>
              <w:rPr>
                <w:b/>
                <w:color w:val="FFFFFF"/>
                <w:sz w:val="16"/>
              </w:rPr>
              <w:t>Valor agregado ofrecido</w:t>
            </w:r>
          </w:p>
        </w:tc>
        <w:tc>
          <w:tcPr>
            <w:tcW w:w="2835" w:type="dxa"/>
            <w:shd w:val="clear" w:color="auto" w:fill="17365D"/>
            <w:tcMar>
              <w:top w:w="80" w:type="dxa"/>
              <w:left w:w="90" w:type="dxa"/>
              <w:bottom w:w="80" w:type="dxa"/>
              <w:right w:w="90" w:type="dxa"/>
            </w:tcMar>
            <w:vAlign w:val="center"/>
          </w:tcPr>
          <w:p w14:paraId="0C862DF7" w14:textId="77777777" w:rsidR="00B55C9B" w:rsidRDefault="00000000">
            <w:pPr>
              <w:spacing w:after="0"/>
              <w:jc w:val="center"/>
            </w:pPr>
            <w:r>
              <w:rPr>
                <w:b/>
                <w:color w:val="FFFFFF"/>
                <w:sz w:val="16"/>
              </w:rPr>
              <w:t>Descripción y resultado verificable</w:t>
            </w:r>
          </w:p>
        </w:tc>
        <w:tc>
          <w:tcPr>
            <w:tcW w:w="1360" w:type="dxa"/>
            <w:shd w:val="clear" w:color="auto" w:fill="17365D"/>
            <w:tcMar>
              <w:top w:w="80" w:type="dxa"/>
              <w:left w:w="90" w:type="dxa"/>
              <w:bottom w:w="80" w:type="dxa"/>
              <w:right w:w="90" w:type="dxa"/>
            </w:tcMar>
            <w:vAlign w:val="center"/>
          </w:tcPr>
          <w:p w14:paraId="129E0CFD" w14:textId="77777777" w:rsidR="00B55C9B" w:rsidRDefault="00000000">
            <w:pPr>
              <w:spacing w:after="0"/>
              <w:jc w:val="center"/>
            </w:pPr>
            <w:r>
              <w:rPr>
                <w:b/>
                <w:color w:val="FFFFFF"/>
                <w:sz w:val="16"/>
              </w:rPr>
              <w:t>Profesional / soporte</w:t>
            </w:r>
          </w:p>
        </w:tc>
        <w:tc>
          <w:tcPr>
            <w:tcW w:w="1247" w:type="dxa"/>
            <w:shd w:val="clear" w:color="auto" w:fill="17365D"/>
            <w:tcMar>
              <w:top w:w="80" w:type="dxa"/>
              <w:left w:w="90" w:type="dxa"/>
              <w:bottom w:w="80" w:type="dxa"/>
              <w:right w:w="90" w:type="dxa"/>
            </w:tcMar>
            <w:vAlign w:val="center"/>
          </w:tcPr>
          <w:p w14:paraId="5464F87C" w14:textId="77777777" w:rsidR="00B55C9B" w:rsidRDefault="00000000">
            <w:pPr>
              <w:spacing w:after="0"/>
              <w:jc w:val="center"/>
            </w:pPr>
            <w:r>
              <w:rPr>
                <w:b/>
                <w:color w:val="FFFFFF"/>
                <w:sz w:val="16"/>
              </w:rPr>
              <w:t>Entregable</w:t>
            </w:r>
          </w:p>
        </w:tc>
        <w:tc>
          <w:tcPr>
            <w:tcW w:w="1134" w:type="dxa"/>
            <w:shd w:val="clear" w:color="auto" w:fill="17365D"/>
            <w:tcMar>
              <w:top w:w="80" w:type="dxa"/>
              <w:left w:w="90" w:type="dxa"/>
              <w:bottom w:w="80" w:type="dxa"/>
              <w:right w:w="90" w:type="dxa"/>
            </w:tcMar>
            <w:vAlign w:val="center"/>
          </w:tcPr>
          <w:p w14:paraId="409D9E30" w14:textId="77777777" w:rsidR="00B55C9B" w:rsidRDefault="00000000">
            <w:pPr>
              <w:spacing w:after="0"/>
              <w:jc w:val="center"/>
            </w:pPr>
            <w:r>
              <w:rPr>
                <w:b/>
                <w:color w:val="FFFFFF"/>
                <w:sz w:val="16"/>
              </w:rPr>
              <w:t>Costo adicional</w:t>
            </w:r>
          </w:p>
        </w:tc>
      </w:tr>
      <w:tr w:rsidR="00B55C9B" w14:paraId="75B24C62" w14:textId="77777777">
        <w:trPr>
          <w:jc w:val="center"/>
        </w:trPr>
        <w:tc>
          <w:tcPr>
            <w:tcW w:w="453" w:type="dxa"/>
            <w:tcMar>
              <w:top w:w="80" w:type="dxa"/>
              <w:left w:w="90" w:type="dxa"/>
              <w:bottom w:w="80" w:type="dxa"/>
              <w:right w:w="90" w:type="dxa"/>
            </w:tcMar>
            <w:vAlign w:val="center"/>
          </w:tcPr>
          <w:p w14:paraId="6800B019" w14:textId="77777777" w:rsidR="00B55C9B" w:rsidRDefault="00000000">
            <w:pPr>
              <w:spacing w:after="0"/>
              <w:jc w:val="center"/>
            </w:pPr>
            <w:r>
              <w:rPr>
                <w:b/>
                <w:color w:val="17365D"/>
                <w:sz w:val="16"/>
              </w:rPr>
              <w:t>1</w:t>
            </w:r>
          </w:p>
        </w:tc>
        <w:tc>
          <w:tcPr>
            <w:tcW w:w="2154" w:type="dxa"/>
            <w:tcMar>
              <w:top w:w="80" w:type="dxa"/>
              <w:left w:w="90" w:type="dxa"/>
              <w:bottom w:w="80" w:type="dxa"/>
              <w:right w:w="90" w:type="dxa"/>
            </w:tcMar>
            <w:vAlign w:val="center"/>
          </w:tcPr>
          <w:p w14:paraId="7D70A517" w14:textId="77777777" w:rsidR="00B55C9B" w:rsidRDefault="00B55C9B">
            <w:pPr>
              <w:spacing w:after="0"/>
            </w:pPr>
          </w:p>
        </w:tc>
        <w:tc>
          <w:tcPr>
            <w:tcW w:w="2835" w:type="dxa"/>
            <w:tcMar>
              <w:top w:w="80" w:type="dxa"/>
              <w:left w:w="90" w:type="dxa"/>
              <w:bottom w:w="80" w:type="dxa"/>
              <w:right w:w="90" w:type="dxa"/>
            </w:tcMar>
            <w:vAlign w:val="center"/>
          </w:tcPr>
          <w:p w14:paraId="657A66C7" w14:textId="77777777" w:rsidR="00B55C9B" w:rsidRDefault="00B55C9B">
            <w:pPr>
              <w:spacing w:after="0"/>
            </w:pPr>
          </w:p>
        </w:tc>
        <w:tc>
          <w:tcPr>
            <w:tcW w:w="1360" w:type="dxa"/>
            <w:tcMar>
              <w:top w:w="80" w:type="dxa"/>
              <w:left w:w="90" w:type="dxa"/>
              <w:bottom w:w="80" w:type="dxa"/>
              <w:right w:w="90" w:type="dxa"/>
            </w:tcMar>
            <w:vAlign w:val="center"/>
          </w:tcPr>
          <w:p w14:paraId="23C5D110" w14:textId="77777777" w:rsidR="00B55C9B" w:rsidRDefault="00B55C9B">
            <w:pPr>
              <w:spacing w:after="0"/>
            </w:pPr>
          </w:p>
        </w:tc>
        <w:tc>
          <w:tcPr>
            <w:tcW w:w="1247" w:type="dxa"/>
            <w:tcMar>
              <w:top w:w="80" w:type="dxa"/>
              <w:left w:w="90" w:type="dxa"/>
              <w:bottom w:w="80" w:type="dxa"/>
              <w:right w:w="90" w:type="dxa"/>
            </w:tcMar>
            <w:vAlign w:val="center"/>
          </w:tcPr>
          <w:p w14:paraId="76F21472" w14:textId="77777777" w:rsidR="00B55C9B" w:rsidRDefault="00B55C9B">
            <w:pPr>
              <w:spacing w:after="0"/>
            </w:pPr>
          </w:p>
        </w:tc>
        <w:tc>
          <w:tcPr>
            <w:tcW w:w="1134" w:type="dxa"/>
            <w:tcMar>
              <w:top w:w="80" w:type="dxa"/>
              <w:left w:w="90" w:type="dxa"/>
              <w:bottom w:w="80" w:type="dxa"/>
              <w:right w:w="90" w:type="dxa"/>
            </w:tcMar>
            <w:vAlign w:val="center"/>
          </w:tcPr>
          <w:p w14:paraId="40075E1D" w14:textId="77777777" w:rsidR="00B55C9B" w:rsidRDefault="00B55C9B">
            <w:pPr>
              <w:spacing w:after="0"/>
            </w:pPr>
          </w:p>
        </w:tc>
      </w:tr>
      <w:tr w:rsidR="00B55C9B" w14:paraId="310AF9A9" w14:textId="77777777">
        <w:trPr>
          <w:jc w:val="center"/>
        </w:trPr>
        <w:tc>
          <w:tcPr>
            <w:tcW w:w="453" w:type="dxa"/>
            <w:tcMar>
              <w:top w:w="80" w:type="dxa"/>
              <w:left w:w="90" w:type="dxa"/>
              <w:bottom w:w="80" w:type="dxa"/>
              <w:right w:w="90" w:type="dxa"/>
            </w:tcMar>
            <w:vAlign w:val="center"/>
          </w:tcPr>
          <w:p w14:paraId="5429413D" w14:textId="77777777" w:rsidR="00B55C9B" w:rsidRDefault="00000000">
            <w:pPr>
              <w:spacing w:after="0"/>
              <w:jc w:val="center"/>
            </w:pPr>
            <w:r>
              <w:rPr>
                <w:b/>
                <w:color w:val="17365D"/>
                <w:sz w:val="16"/>
              </w:rPr>
              <w:t>2</w:t>
            </w:r>
          </w:p>
        </w:tc>
        <w:tc>
          <w:tcPr>
            <w:tcW w:w="2154" w:type="dxa"/>
            <w:tcMar>
              <w:top w:w="80" w:type="dxa"/>
              <w:left w:w="90" w:type="dxa"/>
              <w:bottom w:w="80" w:type="dxa"/>
              <w:right w:w="90" w:type="dxa"/>
            </w:tcMar>
            <w:vAlign w:val="center"/>
          </w:tcPr>
          <w:p w14:paraId="4DB8A1BE" w14:textId="77777777" w:rsidR="00B55C9B" w:rsidRDefault="00B55C9B">
            <w:pPr>
              <w:spacing w:after="0"/>
            </w:pPr>
          </w:p>
        </w:tc>
        <w:tc>
          <w:tcPr>
            <w:tcW w:w="2835" w:type="dxa"/>
            <w:tcMar>
              <w:top w:w="80" w:type="dxa"/>
              <w:left w:w="90" w:type="dxa"/>
              <w:bottom w:w="80" w:type="dxa"/>
              <w:right w:w="90" w:type="dxa"/>
            </w:tcMar>
            <w:vAlign w:val="center"/>
          </w:tcPr>
          <w:p w14:paraId="3F21D508" w14:textId="77777777" w:rsidR="00B55C9B" w:rsidRDefault="00B55C9B">
            <w:pPr>
              <w:spacing w:after="0"/>
            </w:pPr>
          </w:p>
        </w:tc>
        <w:tc>
          <w:tcPr>
            <w:tcW w:w="1360" w:type="dxa"/>
            <w:tcMar>
              <w:top w:w="80" w:type="dxa"/>
              <w:left w:w="90" w:type="dxa"/>
              <w:bottom w:w="80" w:type="dxa"/>
              <w:right w:w="90" w:type="dxa"/>
            </w:tcMar>
            <w:vAlign w:val="center"/>
          </w:tcPr>
          <w:p w14:paraId="0FF67A09" w14:textId="77777777" w:rsidR="00B55C9B" w:rsidRDefault="00B55C9B">
            <w:pPr>
              <w:spacing w:after="0"/>
            </w:pPr>
          </w:p>
        </w:tc>
        <w:tc>
          <w:tcPr>
            <w:tcW w:w="1247" w:type="dxa"/>
            <w:tcMar>
              <w:top w:w="80" w:type="dxa"/>
              <w:left w:w="90" w:type="dxa"/>
              <w:bottom w:w="80" w:type="dxa"/>
              <w:right w:w="90" w:type="dxa"/>
            </w:tcMar>
            <w:vAlign w:val="center"/>
          </w:tcPr>
          <w:p w14:paraId="7DB474D8" w14:textId="77777777" w:rsidR="00B55C9B" w:rsidRDefault="00B55C9B">
            <w:pPr>
              <w:spacing w:after="0"/>
            </w:pPr>
          </w:p>
        </w:tc>
        <w:tc>
          <w:tcPr>
            <w:tcW w:w="1134" w:type="dxa"/>
            <w:tcMar>
              <w:top w:w="80" w:type="dxa"/>
              <w:left w:w="90" w:type="dxa"/>
              <w:bottom w:w="80" w:type="dxa"/>
              <w:right w:w="90" w:type="dxa"/>
            </w:tcMar>
            <w:vAlign w:val="center"/>
          </w:tcPr>
          <w:p w14:paraId="0EF390E9" w14:textId="77777777" w:rsidR="00B55C9B" w:rsidRDefault="00B55C9B">
            <w:pPr>
              <w:spacing w:after="0"/>
            </w:pPr>
          </w:p>
        </w:tc>
      </w:tr>
      <w:tr w:rsidR="00B55C9B" w14:paraId="6D3F4D1B" w14:textId="77777777">
        <w:trPr>
          <w:jc w:val="center"/>
        </w:trPr>
        <w:tc>
          <w:tcPr>
            <w:tcW w:w="453" w:type="dxa"/>
            <w:tcMar>
              <w:top w:w="80" w:type="dxa"/>
              <w:left w:w="90" w:type="dxa"/>
              <w:bottom w:w="80" w:type="dxa"/>
              <w:right w:w="90" w:type="dxa"/>
            </w:tcMar>
            <w:vAlign w:val="center"/>
          </w:tcPr>
          <w:p w14:paraId="0D189905" w14:textId="77777777" w:rsidR="00B55C9B" w:rsidRDefault="00000000">
            <w:pPr>
              <w:spacing w:after="0"/>
              <w:jc w:val="center"/>
            </w:pPr>
            <w:r>
              <w:rPr>
                <w:b/>
                <w:color w:val="17365D"/>
                <w:sz w:val="16"/>
              </w:rPr>
              <w:t>3</w:t>
            </w:r>
          </w:p>
        </w:tc>
        <w:tc>
          <w:tcPr>
            <w:tcW w:w="2154" w:type="dxa"/>
            <w:tcMar>
              <w:top w:w="80" w:type="dxa"/>
              <w:left w:w="90" w:type="dxa"/>
              <w:bottom w:w="80" w:type="dxa"/>
              <w:right w:w="90" w:type="dxa"/>
            </w:tcMar>
            <w:vAlign w:val="center"/>
          </w:tcPr>
          <w:p w14:paraId="03B31961" w14:textId="77777777" w:rsidR="00B55C9B" w:rsidRDefault="00B55C9B">
            <w:pPr>
              <w:spacing w:after="0"/>
            </w:pPr>
          </w:p>
        </w:tc>
        <w:tc>
          <w:tcPr>
            <w:tcW w:w="2835" w:type="dxa"/>
            <w:tcMar>
              <w:top w:w="80" w:type="dxa"/>
              <w:left w:w="90" w:type="dxa"/>
              <w:bottom w:w="80" w:type="dxa"/>
              <w:right w:w="90" w:type="dxa"/>
            </w:tcMar>
            <w:vAlign w:val="center"/>
          </w:tcPr>
          <w:p w14:paraId="08E1596F" w14:textId="77777777" w:rsidR="00B55C9B" w:rsidRDefault="00B55C9B">
            <w:pPr>
              <w:spacing w:after="0"/>
            </w:pPr>
          </w:p>
        </w:tc>
        <w:tc>
          <w:tcPr>
            <w:tcW w:w="1360" w:type="dxa"/>
            <w:tcMar>
              <w:top w:w="80" w:type="dxa"/>
              <w:left w:w="90" w:type="dxa"/>
              <w:bottom w:w="80" w:type="dxa"/>
              <w:right w:w="90" w:type="dxa"/>
            </w:tcMar>
            <w:vAlign w:val="center"/>
          </w:tcPr>
          <w:p w14:paraId="4830BDD5" w14:textId="77777777" w:rsidR="00B55C9B" w:rsidRDefault="00B55C9B">
            <w:pPr>
              <w:spacing w:after="0"/>
            </w:pPr>
          </w:p>
        </w:tc>
        <w:tc>
          <w:tcPr>
            <w:tcW w:w="1247" w:type="dxa"/>
            <w:tcMar>
              <w:top w:w="80" w:type="dxa"/>
              <w:left w:w="90" w:type="dxa"/>
              <w:bottom w:w="80" w:type="dxa"/>
              <w:right w:w="90" w:type="dxa"/>
            </w:tcMar>
            <w:vAlign w:val="center"/>
          </w:tcPr>
          <w:p w14:paraId="10EF6B4D" w14:textId="77777777" w:rsidR="00B55C9B" w:rsidRDefault="00B55C9B">
            <w:pPr>
              <w:spacing w:after="0"/>
            </w:pPr>
          </w:p>
        </w:tc>
        <w:tc>
          <w:tcPr>
            <w:tcW w:w="1134" w:type="dxa"/>
            <w:tcMar>
              <w:top w:w="80" w:type="dxa"/>
              <w:left w:w="90" w:type="dxa"/>
              <w:bottom w:w="80" w:type="dxa"/>
              <w:right w:w="90" w:type="dxa"/>
            </w:tcMar>
            <w:vAlign w:val="center"/>
          </w:tcPr>
          <w:p w14:paraId="4BF4110F" w14:textId="77777777" w:rsidR="00B55C9B" w:rsidRDefault="00B55C9B">
            <w:pPr>
              <w:spacing w:after="0"/>
            </w:pPr>
          </w:p>
        </w:tc>
      </w:tr>
      <w:tr w:rsidR="00B55C9B" w14:paraId="3B13CC26" w14:textId="77777777">
        <w:trPr>
          <w:jc w:val="center"/>
        </w:trPr>
        <w:tc>
          <w:tcPr>
            <w:tcW w:w="453" w:type="dxa"/>
            <w:tcMar>
              <w:top w:w="80" w:type="dxa"/>
              <w:left w:w="90" w:type="dxa"/>
              <w:bottom w:w="80" w:type="dxa"/>
              <w:right w:w="90" w:type="dxa"/>
            </w:tcMar>
            <w:vAlign w:val="center"/>
          </w:tcPr>
          <w:p w14:paraId="307DEACA" w14:textId="77777777" w:rsidR="00B55C9B" w:rsidRDefault="00000000">
            <w:pPr>
              <w:spacing w:after="0"/>
              <w:jc w:val="center"/>
            </w:pPr>
            <w:r>
              <w:rPr>
                <w:b/>
                <w:color w:val="17365D"/>
                <w:sz w:val="16"/>
              </w:rPr>
              <w:t>4</w:t>
            </w:r>
          </w:p>
        </w:tc>
        <w:tc>
          <w:tcPr>
            <w:tcW w:w="2154" w:type="dxa"/>
            <w:tcMar>
              <w:top w:w="80" w:type="dxa"/>
              <w:left w:w="90" w:type="dxa"/>
              <w:bottom w:w="80" w:type="dxa"/>
              <w:right w:w="90" w:type="dxa"/>
            </w:tcMar>
            <w:vAlign w:val="center"/>
          </w:tcPr>
          <w:p w14:paraId="69A50319" w14:textId="77777777" w:rsidR="00B55C9B" w:rsidRDefault="00B55C9B">
            <w:pPr>
              <w:spacing w:after="0"/>
            </w:pPr>
          </w:p>
        </w:tc>
        <w:tc>
          <w:tcPr>
            <w:tcW w:w="2835" w:type="dxa"/>
            <w:tcMar>
              <w:top w:w="80" w:type="dxa"/>
              <w:left w:w="90" w:type="dxa"/>
              <w:bottom w:w="80" w:type="dxa"/>
              <w:right w:w="90" w:type="dxa"/>
            </w:tcMar>
            <w:vAlign w:val="center"/>
          </w:tcPr>
          <w:p w14:paraId="7A74CD5D" w14:textId="77777777" w:rsidR="00B55C9B" w:rsidRDefault="00B55C9B">
            <w:pPr>
              <w:spacing w:after="0"/>
            </w:pPr>
          </w:p>
        </w:tc>
        <w:tc>
          <w:tcPr>
            <w:tcW w:w="1360" w:type="dxa"/>
            <w:tcMar>
              <w:top w:w="80" w:type="dxa"/>
              <w:left w:w="90" w:type="dxa"/>
              <w:bottom w:w="80" w:type="dxa"/>
              <w:right w:w="90" w:type="dxa"/>
            </w:tcMar>
            <w:vAlign w:val="center"/>
          </w:tcPr>
          <w:p w14:paraId="6DF76F94" w14:textId="77777777" w:rsidR="00B55C9B" w:rsidRDefault="00B55C9B">
            <w:pPr>
              <w:spacing w:after="0"/>
            </w:pPr>
          </w:p>
        </w:tc>
        <w:tc>
          <w:tcPr>
            <w:tcW w:w="1247" w:type="dxa"/>
            <w:tcMar>
              <w:top w:w="80" w:type="dxa"/>
              <w:left w:w="90" w:type="dxa"/>
              <w:bottom w:w="80" w:type="dxa"/>
              <w:right w:w="90" w:type="dxa"/>
            </w:tcMar>
            <w:vAlign w:val="center"/>
          </w:tcPr>
          <w:p w14:paraId="48807847" w14:textId="77777777" w:rsidR="00B55C9B" w:rsidRDefault="00B55C9B">
            <w:pPr>
              <w:spacing w:after="0"/>
            </w:pPr>
          </w:p>
        </w:tc>
        <w:tc>
          <w:tcPr>
            <w:tcW w:w="1134" w:type="dxa"/>
            <w:tcMar>
              <w:top w:w="80" w:type="dxa"/>
              <w:left w:w="90" w:type="dxa"/>
              <w:bottom w:w="80" w:type="dxa"/>
              <w:right w:w="90" w:type="dxa"/>
            </w:tcMar>
            <w:vAlign w:val="center"/>
          </w:tcPr>
          <w:p w14:paraId="03930AD9" w14:textId="77777777" w:rsidR="00B55C9B" w:rsidRDefault="00B55C9B">
            <w:pPr>
              <w:spacing w:after="0"/>
            </w:pPr>
          </w:p>
        </w:tc>
      </w:tr>
      <w:tr w:rsidR="00B55C9B" w14:paraId="2F78BB72" w14:textId="77777777">
        <w:trPr>
          <w:jc w:val="center"/>
        </w:trPr>
        <w:tc>
          <w:tcPr>
            <w:tcW w:w="453" w:type="dxa"/>
            <w:tcMar>
              <w:top w:w="80" w:type="dxa"/>
              <w:left w:w="90" w:type="dxa"/>
              <w:bottom w:w="80" w:type="dxa"/>
              <w:right w:w="90" w:type="dxa"/>
            </w:tcMar>
            <w:vAlign w:val="center"/>
          </w:tcPr>
          <w:p w14:paraId="018B92D1" w14:textId="77777777" w:rsidR="00B55C9B" w:rsidRDefault="00000000">
            <w:pPr>
              <w:spacing w:after="0"/>
              <w:jc w:val="center"/>
            </w:pPr>
            <w:r>
              <w:rPr>
                <w:b/>
                <w:color w:val="17365D"/>
                <w:sz w:val="16"/>
              </w:rPr>
              <w:t>5</w:t>
            </w:r>
          </w:p>
        </w:tc>
        <w:tc>
          <w:tcPr>
            <w:tcW w:w="2154" w:type="dxa"/>
            <w:tcMar>
              <w:top w:w="80" w:type="dxa"/>
              <w:left w:w="90" w:type="dxa"/>
              <w:bottom w:w="80" w:type="dxa"/>
              <w:right w:w="90" w:type="dxa"/>
            </w:tcMar>
            <w:vAlign w:val="center"/>
          </w:tcPr>
          <w:p w14:paraId="628C1A90" w14:textId="77777777" w:rsidR="00B55C9B" w:rsidRDefault="00B55C9B">
            <w:pPr>
              <w:spacing w:after="0"/>
            </w:pPr>
          </w:p>
        </w:tc>
        <w:tc>
          <w:tcPr>
            <w:tcW w:w="2835" w:type="dxa"/>
            <w:tcMar>
              <w:top w:w="80" w:type="dxa"/>
              <w:left w:w="90" w:type="dxa"/>
              <w:bottom w:w="80" w:type="dxa"/>
              <w:right w:w="90" w:type="dxa"/>
            </w:tcMar>
            <w:vAlign w:val="center"/>
          </w:tcPr>
          <w:p w14:paraId="33E400D3" w14:textId="77777777" w:rsidR="00B55C9B" w:rsidRDefault="00B55C9B">
            <w:pPr>
              <w:spacing w:after="0"/>
            </w:pPr>
          </w:p>
        </w:tc>
        <w:tc>
          <w:tcPr>
            <w:tcW w:w="1360" w:type="dxa"/>
            <w:tcMar>
              <w:top w:w="80" w:type="dxa"/>
              <w:left w:w="90" w:type="dxa"/>
              <w:bottom w:w="80" w:type="dxa"/>
              <w:right w:w="90" w:type="dxa"/>
            </w:tcMar>
            <w:vAlign w:val="center"/>
          </w:tcPr>
          <w:p w14:paraId="4D005CEB" w14:textId="77777777" w:rsidR="00B55C9B" w:rsidRDefault="00B55C9B">
            <w:pPr>
              <w:spacing w:after="0"/>
            </w:pPr>
          </w:p>
        </w:tc>
        <w:tc>
          <w:tcPr>
            <w:tcW w:w="1247" w:type="dxa"/>
            <w:tcMar>
              <w:top w:w="80" w:type="dxa"/>
              <w:left w:w="90" w:type="dxa"/>
              <w:bottom w:w="80" w:type="dxa"/>
              <w:right w:w="90" w:type="dxa"/>
            </w:tcMar>
            <w:vAlign w:val="center"/>
          </w:tcPr>
          <w:p w14:paraId="21F97B0A" w14:textId="77777777" w:rsidR="00B55C9B" w:rsidRDefault="00B55C9B">
            <w:pPr>
              <w:spacing w:after="0"/>
            </w:pPr>
          </w:p>
        </w:tc>
        <w:tc>
          <w:tcPr>
            <w:tcW w:w="1134" w:type="dxa"/>
            <w:tcMar>
              <w:top w:w="80" w:type="dxa"/>
              <w:left w:w="90" w:type="dxa"/>
              <w:bottom w:w="80" w:type="dxa"/>
              <w:right w:w="90" w:type="dxa"/>
            </w:tcMar>
            <w:vAlign w:val="center"/>
          </w:tcPr>
          <w:p w14:paraId="7AF1F609" w14:textId="77777777" w:rsidR="00B55C9B" w:rsidRDefault="00B55C9B">
            <w:pPr>
              <w:spacing w:after="0"/>
            </w:pPr>
          </w:p>
        </w:tc>
      </w:tr>
      <w:tr w:rsidR="00B55C9B" w14:paraId="27345E42" w14:textId="77777777">
        <w:trPr>
          <w:jc w:val="center"/>
        </w:trPr>
        <w:tc>
          <w:tcPr>
            <w:tcW w:w="453" w:type="dxa"/>
            <w:tcMar>
              <w:top w:w="80" w:type="dxa"/>
              <w:left w:w="90" w:type="dxa"/>
              <w:bottom w:w="80" w:type="dxa"/>
              <w:right w:w="90" w:type="dxa"/>
            </w:tcMar>
            <w:vAlign w:val="center"/>
          </w:tcPr>
          <w:p w14:paraId="45BBC7C6" w14:textId="77777777" w:rsidR="00B55C9B" w:rsidRDefault="00000000">
            <w:pPr>
              <w:spacing w:after="0"/>
              <w:jc w:val="center"/>
            </w:pPr>
            <w:r>
              <w:rPr>
                <w:b/>
                <w:color w:val="17365D"/>
                <w:sz w:val="16"/>
              </w:rPr>
              <w:t>6</w:t>
            </w:r>
          </w:p>
        </w:tc>
        <w:tc>
          <w:tcPr>
            <w:tcW w:w="2154" w:type="dxa"/>
            <w:tcMar>
              <w:top w:w="80" w:type="dxa"/>
              <w:left w:w="90" w:type="dxa"/>
              <w:bottom w:w="80" w:type="dxa"/>
              <w:right w:w="90" w:type="dxa"/>
            </w:tcMar>
            <w:vAlign w:val="center"/>
          </w:tcPr>
          <w:p w14:paraId="4FEBDC15" w14:textId="77777777" w:rsidR="00B55C9B" w:rsidRDefault="00B55C9B">
            <w:pPr>
              <w:spacing w:after="0"/>
            </w:pPr>
          </w:p>
        </w:tc>
        <w:tc>
          <w:tcPr>
            <w:tcW w:w="2835" w:type="dxa"/>
            <w:tcMar>
              <w:top w:w="80" w:type="dxa"/>
              <w:left w:w="90" w:type="dxa"/>
              <w:bottom w:w="80" w:type="dxa"/>
              <w:right w:w="90" w:type="dxa"/>
            </w:tcMar>
            <w:vAlign w:val="center"/>
          </w:tcPr>
          <w:p w14:paraId="2666F3B6" w14:textId="77777777" w:rsidR="00B55C9B" w:rsidRDefault="00B55C9B">
            <w:pPr>
              <w:spacing w:after="0"/>
            </w:pPr>
          </w:p>
        </w:tc>
        <w:tc>
          <w:tcPr>
            <w:tcW w:w="1360" w:type="dxa"/>
            <w:tcMar>
              <w:top w:w="80" w:type="dxa"/>
              <w:left w:w="90" w:type="dxa"/>
              <w:bottom w:w="80" w:type="dxa"/>
              <w:right w:w="90" w:type="dxa"/>
            </w:tcMar>
            <w:vAlign w:val="center"/>
          </w:tcPr>
          <w:p w14:paraId="56A05E0A" w14:textId="77777777" w:rsidR="00B55C9B" w:rsidRDefault="00B55C9B">
            <w:pPr>
              <w:spacing w:after="0"/>
            </w:pPr>
          </w:p>
        </w:tc>
        <w:tc>
          <w:tcPr>
            <w:tcW w:w="1247" w:type="dxa"/>
            <w:tcMar>
              <w:top w:w="80" w:type="dxa"/>
              <w:left w:w="90" w:type="dxa"/>
              <w:bottom w:w="80" w:type="dxa"/>
              <w:right w:w="90" w:type="dxa"/>
            </w:tcMar>
            <w:vAlign w:val="center"/>
          </w:tcPr>
          <w:p w14:paraId="61448610" w14:textId="77777777" w:rsidR="00B55C9B" w:rsidRDefault="00B55C9B">
            <w:pPr>
              <w:spacing w:after="0"/>
            </w:pPr>
          </w:p>
        </w:tc>
        <w:tc>
          <w:tcPr>
            <w:tcW w:w="1134" w:type="dxa"/>
            <w:tcMar>
              <w:top w:w="80" w:type="dxa"/>
              <w:left w:w="90" w:type="dxa"/>
              <w:bottom w:w="80" w:type="dxa"/>
              <w:right w:w="90" w:type="dxa"/>
            </w:tcMar>
            <w:vAlign w:val="center"/>
          </w:tcPr>
          <w:p w14:paraId="1CD80B40" w14:textId="77777777" w:rsidR="00B55C9B" w:rsidRDefault="00B55C9B">
            <w:pPr>
              <w:spacing w:after="0"/>
            </w:pPr>
          </w:p>
        </w:tc>
      </w:tr>
    </w:tbl>
    <w:p w14:paraId="1F10D2CF" w14:textId="77777777" w:rsidR="00B55C9B" w:rsidRDefault="00000000">
      <w:pPr>
        <w:jc w:val="both"/>
      </w:pPr>
      <w:r>
        <w:rPr>
          <w:i/>
        </w:rPr>
        <w:t>El oferente reconoce que los valores agregados que obtengan puntaje se incorporarán como obligaciones contractuales sin modificar el valor total ofertado, salvo que la invitación disponga expresamente otra regla.</w:t>
      </w:r>
    </w:p>
    <w:p w14:paraId="637417F4" w14:textId="77777777" w:rsidR="00B55C9B" w:rsidRDefault="00B55C9B"/>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4536"/>
        <w:gridCol w:w="4536"/>
      </w:tblGrid>
      <w:tr w:rsidR="00B55C9B" w14:paraId="62C86AA3" w14:textId="77777777">
        <w:trPr>
          <w:jc w:val="center"/>
        </w:trPr>
        <w:tc>
          <w:tcPr>
            <w:tcW w:w="4536" w:type="dxa"/>
            <w:tcMar>
              <w:top w:w="80" w:type="dxa"/>
              <w:left w:w="90" w:type="dxa"/>
              <w:bottom w:w="80" w:type="dxa"/>
              <w:right w:w="90" w:type="dxa"/>
            </w:tcMar>
            <w:vAlign w:val="center"/>
          </w:tcPr>
          <w:p w14:paraId="79A57E47" w14:textId="77777777" w:rsidR="00DF3301" w:rsidRDefault="00000000">
            <w:pPr>
              <w:spacing w:after="0"/>
              <w:rPr>
                <w:color w:val="000000"/>
                <w:sz w:val="18"/>
              </w:rPr>
            </w:pPr>
            <w:r>
              <w:rPr>
                <w:color w:val="000000"/>
                <w:sz w:val="18"/>
              </w:rPr>
              <w:t>Nombre: __________________________________</w:t>
            </w:r>
            <w:r>
              <w:rPr>
                <w:color w:val="000000"/>
                <w:sz w:val="18"/>
              </w:rPr>
              <w:br/>
            </w:r>
          </w:p>
          <w:p w14:paraId="77C7D3CA" w14:textId="6E12B41B" w:rsidR="00B55C9B" w:rsidRDefault="00000000">
            <w:pPr>
              <w:spacing w:after="0"/>
            </w:pPr>
            <w:r>
              <w:rPr>
                <w:color w:val="000000"/>
                <w:sz w:val="18"/>
              </w:rPr>
              <w:t>Documento: _______________________________</w:t>
            </w:r>
          </w:p>
        </w:tc>
        <w:tc>
          <w:tcPr>
            <w:tcW w:w="4536" w:type="dxa"/>
            <w:tcMar>
              <w:top w:w="80" w:type="dxa"/>
              <w:left w:w="90" w:type="dxa"/>
              <w:bottom w:w="80" w:type="dxa"/>
              <w:right w:w="90" w:type="dxa"/>
            </w:tcMar>
            <w:vAlign w:val="center"/>
          </w:tcPr>
          <w:p w14:paraId="3A6B5505" w14:textId="77777777" w:rsidR="00DF3301" w:rsidRDefault="00000000">
            <w:pPr>
              <w:spacing w:after="0"/>
              <w:rPr>
                <w:color w:val="000000"/>
                <w:sz w:val="18"/>
              </w:rPr>
            </w:pPr>
            <w:r>
              <w:rPr>
                <w:color w:val="000000"/>
                <w:sz w:val="18"/>
              </w:rPr>
              <w:t>Calidad</w:t>
            </w:r>
            <w:r w:rsidR="00DF3301">
              <w:rPr>
                <w:color w:val="000000"/>
                <w:sz w:val="18"/>
              </w:rPr>
              <w:t>/Cargo</w:t>
            </w:r>
            <w:r>
              <w:rPr>
                <w:color w:val="000000"/>
                <w:sz w:val="18"/>
              </w:rPr>
              <w:t>:</w:t>
            </w:r>
            <w:r w:rsidR="00DF3301">
              <w:rPr>
                <w:color w:val="000000"/>
                <w:sz w:val="18"/>
              </w:rPr>
              <w:t xml:space="preserve"> </w:t>
            </w:r>
            <w:r>
              <w:rPr>
                <w:color w:val="000000"/>
                <w:sz w:val="18"/>
              </w:rPr>
              <w:t>_______________________________</w:t>
            </w:r>
            <w:r>
              <w:rPr>
                <w:color w:val="000000"/>
                <w:sz w:val="18"/>
              </w:rPr>
              <w:br/>
            </w:r>
          </w:p>
          <w:p w14:paraId="4814D8A7" w14:textId="55106AFE" w:rsidR="00B55C9B" w:rsidRDefault="00000000">
            <w:pPr>
              <w:spacing w:after="0"/>
            </w:pPr>
            <w:r>
              <w:rPr>
                <w:color w:val="000000"/>
                <w:sz w:val="18"/>
              </w:rPr>
              <w:t>Firma: _________________</w:t>
            </w:r>
            <w:r w:rsidR="00DF3301">
              <w:rPr>
                <w:color w:val="000000"/>
                <w:sz w:val="18"/>
              </w:rPr>
              <w:t>____</w:t>
            </w:r>
            <w:r>
              <w:rPr>
                <w:color w:val="000000"/>
                <w:sz w:val="18"/>
              </w:rPr>
              <w:t>________________</w:t>
            </w:r>
          </w:p>
        </w:tc>
      </w:tr>
      <w:tr w:rsidR="00B55C9B" w14:paraId="72865735" w14:textId="77777777">
        <w:trPr>
          <w:jc w:val="center"/>
        </w:trPr>
        <w:tc>
          <w:tcPr>
            <w:tcW w:w="4536" w:type="dxa"/>
            <w:tcMar>
              <w:top w:w="80" w:type="dxa"/>
              <w:left w:w="90" w:type="dxa"/>
              <w:bottom w:w="80" w:type="dxa"/>
              <w:right w:w="90" w:type="dxa"/>
            </w:tcMar>
            <w:vAlign w:val="center"/>
          </w:tcPr>
          <w:p w14:paraId="3DAFE59A" w14:textId="77777777" w:rsidR="00B55C9B" w:rsidRDefault="00000000">
            <w:pPr>
              <w:spacing w:after="0"/>
            </w:pPr>
            <w:r>
              <w:rPr>
                <w:color w:val="000000"/>
                <w:sz w:val="18"/>
              </w:rPr>
              <w:t>Fecha: ____ / ____ / ______</w:t>
            </w:r>
          </w:p>
        </w:tc>
        <w:tc>
          <w:tcPr>
            <w:tcW w:w="4536" w:type="dxa"/>
            <w:tcMar>
              <w:top w:w="80" w:type="dxa"/>
              <w:left w:w="90" w:type="dxa"/>
              <w:bottom w:w="80" w:type="dxa"/>
              <w:right w:w="90" w:type="dxa"/>
            </w:tcMar>
            <w:vAlign w:val="center"/>
          </w:tcPr>
          <w:p w14:paraId="20081E7D" w14:textId="72198771" w:rsidR="00B55C9B" w:rsidRDefault="00000000">
            <w:pPr>
              <w:spacing w:after="0"/>
            </w:pPr>
            <w:r>
              <w:rPr>
                <w:color w:val="000000"/>
                <w:sz w:val="18"/>
              </w:rPr>
              <w:t>Ciudad: ____________</w:t>
            </w:r>
            <w:r w:rsidR="00DF3301">
              <w:rPr>
                <w:color w:val="000000"/>
                <w:sz w:val="18"/>
              </w:rPr>
              <w:t>_______</w:t>
            </w:r>
            <w:r>
              <w:rPr>
                <w:color w:val="000000"/>
                <w:sz w:val="18"/>
              </w:rPr>
              <w:t>_________________</w:t>
            </w:r>
          </w:p>
        </w:tc>
      </w:tr>
    </w:tbl>
    <w:p w14:paraId="26CC7621" w14:textId="77777777" w:rsidR="00B55C9B" w:rsidRDefault="00000000">
      <w:r>
        <w:br w:type="page"/>
      </w:r>
    </w:p>
    <w:p w14:paraId="0CDC9CCB" w14:textId="77777777" w:rsidR="00B55C9B" w:rsidRDefault="00000000">
      <w:pPr>
        <w:pStyle w:val="Ttulo1"/>
      </w:pPr>
      <w:r>
        <w:lastRenderedPageBreak/>
        <w:t>CONTROL FINAL ANTES DE PUBLICACIÓN</w:t>
      </w:r>
    </w:p>
    <w:p w14:paraId="0677D232" w14:textId="77777777" w:rsidR="00B55C9B" w:rsidRDefault="00000000">
      <w:pPr>
        <w:spacing w:after="40"/>
        <w:ind w:left="170"/>
      </w:pPr>
      <w:r>
        <w:t>☐ Completar código, versión, fecha de aprobación y responsable de cada formato.</w:t>
      </w:r>
    </w:p>
    <w:p w14:paraId="3DC76F5A" w14:textId="77777777" w:rsidR="00B55C9B" w:rsidRDefault="00000000">
      <w:pPr>
        <w:spacing w:after="40"/>
        <w:ind w:left="170"/>
      </w:pPr>
      <w:r>
        <w:t>☐ Completar el canal de protección de datos y enlazar la política institucional vigente.</w:t>
      </w:r>
    </w:p>
    <w:p w14:paraId="2707A976" w14:textId="77777777" w:rsidR="00B55C9B" w:rsidRDefault="00000000">
      <w:pPr>
        <w:spacing w:after="40"/>
        <w:ind w:left="170"/>
      </w:pPr>
      <w:r>
        <w:t>☐ Verificar que la numeración de anexos coincida con la invitación definitiva.</w:t>
      </w:r>
    </w:p>
    <w:p w14:paraId="6BFCDE91" w14:textId="77777777" w:rsidR="00B55C9B" w:rsidRDefault="00000000">
      <w:pPr>
        <w:spacing w:after="40"/>
        <w:ind w:left="170"/>
      </w:pPr>
      <w:r>
        <w:t>☐ Confirmar vigencia de oferta, plazo, presupuesto, garantías y fechas del cronograma.</w:t>
      </w:r>
    </w:p>
    <w:p w14:paraId="5EF3648C" w14:textId="77777777" w:rsidR="00B55C9B" w:rsidRDefault="00000000">
      <w:pPr>
        <w:spacing w:after="40"/>
        <w:ind w:left="170"/>
      </w:pPr>
      <w:r>
        <w:t>☐ Validar con el área jurídica las declaraciones de inhabilidades, listas y beneficiario final.</w:t>
      </w:r>
    </w:p>
    <w:p w14:paraId="3A654313" w14:textId="77777777" w:rsidR="00B55C9B" w:rsidRDefault="00000000">
      <w:pPr>
        <w:spacing w:after="40"/>
        <w:ind w:left="170"/>
      </w:pPr>
      <w:r>
        <w:t>☐ Aprobar el texto y bloquear únicamente las secciones que no deban ser modificadas por los oferentes, si la Cámara lo considera necesario.</w:t>
      </w:r>
    </w:p>
    <w:p w14:paraId="0AB9A8E2" w14:textId="77777777" w:rsidR="00DF3301" w:rsidRDefault="00DF3301">
      <w:pPr>
        <w:jc w:val="both"/>
        <w:rPr>
          <w:i/>
        </w:rPr>
      </w:pPr>
    </w:p>
    <w:p w14:paraId="59CAFF2D" w14:textId="5678DA42" w:rsidR="00B55C9B" w:rsidRDefault="00000000" w:rsidP="006237C6">
      <w:pPr>
        <w:jc w:val="both"/>
      </w:pPr>
      <w:r>
        <w:rPr>
          <w:i/>
        </w:rPr>
        <w:t xml:space="preserve">Documento </w:t>
      </w:r>
      <w:r w:rsidR="00DF3301">
        <w:rPr>
          <w:i/>
        </w:rPr>
        <w:t xml:space="preserve">elaborado </w:t>
      </w:r>
      <w:r>
        <w:rPr>
          <w:i/>
        </w:rPr>
        <w:t xml:space="preserve">con base en </w:t>
      </w:r>
      <w:r w:rsidR="006237C6" w:rsidRPr="006237C6">
        <w:rPr>
          <w:i/>
        </w:rPr>
        <w:t>las condiciones para contratar</w:t>
      </w:r>
      <w:r>
        <w:rPr>
          <w:i/>
        </w:rPr>
        <w:t xml:space="preserve"> actualizado del 2</w:t>
      </w:r>
      <w:r w:rsidR="006237C6">
        <w:rPr>
          <w:i/>
        </w:rPr>
        <w:t>7</w:t>
      </w:r>
      <w:r>
        <w:rPr>
          <w:i/>
        </w:rPr>
        <w:t xml:space="preserve"> de julio de 2026.</w:t>
      </w:r>
    </w:p>
    <w:sectPr w:rsidR="00B55C9B" w:rsidSect="00DF3301">
      <w:pgSz w:w="11906" w:h="16838"/>
      <w:pgMar w:top="1361" w:right="1020" w:bottom="1020" w:left="1020" w:header="397" w:footer="6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D72D7E" w14:textId="77777777" w:rsidR="0010221A" w:rsidRDefault="0010221A">
      <w:pPr>
        <w:spacing w:after="0" w:line="240" w:lineRule="auto"/>
      </w:pPr>
      <w:r>
        <w:separator/>
      </w:r>
    </w:p>
  </w:endnote>
  <w:endnote w:type="continuationSeparator" w:id="0">
    <w:p w14:paraId="136C79BD" w14:textId="77777777" w:rsidR="0010221A" w:rsidRDefault="001022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EC0F6D" w14:textId="0BFE6EC5" w:rsidR="00B55C9B" w:rsidRDefault="00000000">
    <w:pPr>
      <w:pStyle w:val="Piedepgina"/>
      <w:jc w:val="center"/>
    </w:pPr>
    <w:r>
      <w:rPr>
        <w:color w:val="666666"/>
        <w:sz w:val="14"/>
      </w:rPr>
      <w:t xml:space="preserve">Proceso de </w:t>
    </w:r>
    <w:r w:rsidR="00B54F3D">
      <w:rPr>
        <w:color w:val="666666"/>
        <w:sz w:val="14"/>
      </w:rPr>
      <w:t>S</w:t>
    </w:r>
    <w:r>
      <w:rPr>
        <w:color w:val="666666"/>
        <w:sz w:val="14"/>
      </w:rPr>
      <w:t xml:space="preserve">elección – Estudios y </w:t>
    </w:r>
    <w:r w:rsidR="00B54F3D">
      <w:rPr>
        <w:color w:val="666666"/>
        <w:sz w:val="14"/>
      </w:rPr>
      <w:t>D</w:t>
    </w:r>
    <w:r>
      <w:rPr>
        <w:color w:val="666666"/>
        <w:sz w:val="14"/>
      </w:rPr>
      <w:t xml:space="preserve">iseños </w:t>
    </w:r>
    <w:r w:rsidR="00B54F3D">
      <w:rPr>
        <w:color w:val="666666"/>
        <w:sz w:val="14"/>
      </w:rPr>
      <w:t>S</w:t>
    </w:r>
    <w:r>
      <w:rPr>
        <w:color w:val="666666"/>
        <w:sz w:val="14"/>
      </w:rPr>
      <w:t xml:space="preserve">ede CCA | Código: POR ASIGNAR | Versión 01 | Página </w:t>
    </w:r>
    <w:r>
      <w:rPr>
        <w:color w:val="666666"/>
        <w:sz w:val="14"/>
      </w:rPr>
      <w:fldChar w:fldCharType="begin"/>
    </w:r>
    <w:r>
      <w:rPr>
        <w:color w:val="666666"/>
        <w:sz w:val="14"/>
      </w:rPr>
      <w:instrText>PAGE</w:instrText>
    </w:r>
    <w:r>
      <w:rPr>
        <w:color w:val="666666"/>
        <w:sz w:val="14"/>
      </w:rPr>
      <w:fldChar w:fldCharType="separate"/>
    </w:r>
    <w:r>
      <w:rPr>
        <w:color w:val="666666"/>
        <w:sz w:val="14"/>
      </w:rPr>
      <w:t>1</w:t>
    </w:r>
    <w:r>
      <w:rPr>
        <w:color w:val="666666"/>
        <w:sz w:val="14"/>
      </w:rPr>
      <w:fldChar w:fldCharType="end"/>
    </w:r>
    <w:r>
      <w:rPr>
        <w:color w:val="666666"/>
        <w:sz w:val="14"/>
      </w:rPr>
      <w:t xml:space="preserve"> de </w:t>
    </w:r>
    <w:r>
      <w:rPr>
        <w:color w:val="666666"/>
        <w:sz w:val="14"/>
      </w:rPr>
      <w:fldChar w:fldCharType="begin"/>
    </w:r>
    <w:r>
      <w:rPr>
        <w:color w:val="666666"/>
        <w:sz w:val="14"/>
      </w:rPr>
      <w:instrText>NUMPAGES</w:instrText>
    </w:r>
    <w:r>
      <w:rPr>
        <w:color w:val="666666"/>
        <w:sz w:val="14"/>
      </w:rPr>
      <w:fldChar w:fldCharType="separate"/>
    </w:r>
    <w:r>
      <w:rPr>
        <w:color w:val="666666"/>
        <w:sz w:val="14"/>
      </w:rPr>
      <w:t>1</w:t>
    </w:r>
    <w:r>
      <w:rPr>
        <w:color w:val="666666"/>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506F7F" w14:textId="77777777" w:rsidR="0010221A" w:rsidRDefault="0010221A">
      <w:pPr>
        <w:spacing w:after="0" w:line="240" w:lineRule="auto"/>
      </w:pPr>
      <w:r>
        <w:separator/>
      </w:r>
    </w:p>
  </w:footnote>
  <w:footnote w:type="continuationSeparator" w:id="0">
    <w:p w14:paraId="427603F9" w14:textId="77777777" w:rsidR="0010221A" w:rsidRDefault="001022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2EDA4" w14:textId="77777777" w:rsidR="00B55C9B" w:rsidRDefault="00B55C9B">
    <w:pPr>
      <w:pStyle w:val="Encabezado"/>
    </w:pPr>
  </w:p>
  <w:tbl>
    <w:tblPr>
      <w:tblW w:w="0" w:type="auto"/>
      <w:jc w:val="center"/>
      <w:tblLayout w:type="fixed"/>
      <w:tblLook w:val="04A0" w:firstRow="1" w:lastRow="0" w:firstColumn="1" w:lastColumn="0" w:noHBand="0" w:noVBand="1"/>
    </w:tblPr>
    <w:tblGrid>
      <w:gridCol w:w="1985"/>
      <w:gridCol w:w="5103"/>
    </w:tblGrid>
    <w:tr w:rsidR="00B55C9B" w14:paraId="5120A786" w14:textId="77777777" w:rsidTr="00B54F3D">
      <w:trPr>
        <w:jc w:val="center"/>
      </w:trPr>
      <w:tc>
        <w:tcPr>
          <w:tcW w:w="1985" w:type="dxa"/>
        </w:tcPr>
        <w:p w14:paraId="705381EB" w14:textId="77777777" w:rsidR="00B55C9B" w:rsidRDefault="00000000" w:rsidP="00B54F3D">
          <w:pPr>
            <w:jc w:val="center"/>
          </w:pPr>
          <w:r>
            <w:rPr>
              <w:noProof/>
            </w:rPr>
            <w:drawing>
              <wp:inline distT="0" distB="0" distL="0" distR="0" wp14:anchorId="210B9266" wp14:editId="7E2CD195">
                <wp:extent cx="590550" cy="590550"/>
                <wp:effectExtent l="0" t="0" r="0" b="0"/>
                <wp:docPr id="326981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pic:nvPicPr>
                      <pic:blipFill>
                        <a:blip r:embed="rId1"/>
                        <a:stretch>
                          <a:fillRect/>
                        </a:stretch>
                      </pic:blipFill>
                      <pic:spPr>
                        <a:xfrm>
                          <a:off x="0" y="0"/>
                          <a:ext cx="590584" cy="590584"/>
                        </a:xfrm>
                        <a:prstGeom prst="rect">
                          <a:avLst/>
                        </a:prstGeom>
                      </pic:spPr>
                    </pic:pic>
                  </a:graphicData>
                </a:graphic>
              </wp:inline>
            </w:drawing>
          </w:r>
        </w:p>
      </w:tc>
      <w:tc>
        <w:tcPr>
          <w:tcW w:w="5103" w:type="dxa"/>
        </w:tcPr>
        <w:p w14:paraId="2B9CE41F" w14:textId="77777777" w:rsidR="00B54F3D" w:rsidRDefault="00B54F3D">
          <w:pPr>
            <w:spacing w:after="0"/>
            <w:jc w:val="center"/>
            <w:rPr>
              <w:b/>
              <w:color w:val="17365D"/>
              <w:sz w:val="22"/>
            </w:rPr>
          </w:pPr>
        </w:p>
        <w:p w14:paraId="4EAC104D" w14:textId="12ED1074" w:rsidR="00B55C9B" w:rsidRDefault="00000000">
          <w:pPr>
            <w:spacing w:after="0"/>
            <w:jc w:val="center"/>
          </w:pPr>
          <w:r>
            <w:rPr>
              <w:b/>
              <w:color w:val="17365D"/>
              <w:sz w:val="22"/>
            </w:rPr>
            <w:t>CÁMARA DE COMERCIO DEL AMAZONAS</w:t>
          </w:r>
        </w:p>
        <w:p w14:paraId="39FA4472" w14:textId="723FC171" w:rsidR="00B55C9B" w:rsidRDefault="00000000">
          <w:pPr>
            <w:spacing w:after="0"/>
            <w:jc w:val="center"/>
          </w:pPr>
          <w:r>
            <w:rPr>
              <w:color w:val="666666"/>
              <w:sz w:val="15"/>
            </w:rPr>
            <w:t>NIT 860.044.445-3 · Carrera 11 No. 11-09, Leticia, Amazonas</w:t>
          </w:r>
        </w:p>
      </w:tc>
    </w:tr>
  </w:tbl>
  <w:p w14:paraId="6CC79EE9" w14:textId="77777777" w:rsidR="00B55C9B" w:rsidRDefault="00B55C9B">
    <w:pPr>
      <w:pBdr>
        <w:bottom w:val="single" w:sz="8" w:space="1" w:color="17365D"/>
      </w:pBdr>
      <w:spacing w:after="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123237025">
    <w:abstractNumId w:val="8"/>
  </w:num>
  <w:num w:numId="2" w16cid:durableId="1806387690">
    <w:abstractNumId w:val="6"/>
  </w:num>
  <w:num w:numId="3" w16cid:durableId="187766894">
    <w:abstractNumId w:val="5"/>
  </w:num>
  <w:num w:numId="4" w16cid:durableId="2050492807">
    <w:abstractNumId w:val="4"/>
  </w:num>
  <w:num w:numId="5" w16cid:durableId="576983165">
    <w:abstractNumId w:val="7"/>
  </w:num>
  <w:num w:numId="6" w16cid:durableId="1042169024">
    <w:abstractNumId w:val="3"/>
  </w:num>
  <w:num w:numId="7" w16cid:durableId="823353729">
    <w:abstractNumId w:val="2"/>
  </w:num>
  <w:num w:numId="8" w16cid:durableId="1625767796">
    <w:abstractNumId w:val="1"/>
  </w:num>
  <w:num w:numId="9" w16cid:durableId="1821968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0221A"/>
    <w:rsid w:val="0015074B"/>
    <w:rsid w:val="00192559"/>
    <w:rsid w:val="00196F94"/>
    <w:rsid w:val="0029639D"/>
    <w:rsid w:val="00326F90"/>
    <w:rsid w:val="003D322E"/>
    <w:rsid w:val="00473CC4"/>
    <w:rsid w:val="00477BBE"/>
    <w:rsid w:val="00481AAF"/>
    <w:rsid w:val="004A25AC"/>
    <w:rsid w:val="00511E68"/>
    <w:rsid w:val="00535252"/>
    <w:rsid w:val="005B6CCE"/>
    <w:rsid w:val="005F2602"/>
    <w:rsid w:val="00610B32"/>
    <w:rsid w:val="006237C6"/>
    <w:rsid w:val="006D2468"/>
    <w:rsid w:val="006D417A"/>
    <w:rsid w:val="00701FAF"/>
    <w:rsid w:val="00772061"/>
    <w:rsid w:val="00785F08"/>
    <w:rsid w:val="007D09A5"/>
    <w:rsid w:val="007D65C2"/>
    <w:rsid w:val="007E45DC"/>
    <w:rsid w:val="00894FE4"/>
    <w:rsid w:val="008B7B88"/>
    <w:rsid w:val="00986103"/>
    <w:rsid w:val="009A0B68"/>
    <w:rsid w:val="00A35B96"/>
    <w:rsid w:val="00AA1D8D"/>
    <w:rsid w:val="00AA56B0"/>
    <w:rsid w:val="00B32425"/>
    <w:rsid w:val="00B46FF9"/>
    <w:rsid w:val="00B47730"/>
    <w:rsid w:val="00B54F3D"/>
    <w:rsid w:val="00B55C9B"/>
    <w:rsid w:val="00BA7662"/>
    <w:rsid w:val="00BC049F"/>
    <w:rsid w:val="00C13911"/>
    <w:rsid w:val="00C91AAA"/>
    <w:rsid w:val="00CB0664"/>
    <w:rsid w:val="00D1074B"/>
    <w:rsid w:val="00D57CF3"/>
    <w:rsid w:val="00D60376"/>
    <w:rsid w:val="00D83A18"/>
    <w:rsid w:val="00D93B4F"/>
    <w:rsid w:val="00DF3301"/>
    <w:rsid w:val="00E702DC"/>
    <w:rsid w:val="00F1541D"/>
    <w:rsid w:val="00F76A8D"/>
    <w:rsid w:val="00FB674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782A84"/>
  <w14:defaultImageDpi w14:val="300"/>
  <w15:docId w15:val="{D0DA6C69-B47A-FE43-945F-25A41B49D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rial" w:hAnsi="Arial"/>
      <w:sz w:val="19"/>
    </w:rPr>
  </w:style>
  <w:style w:type="paragraph" w:styleId="Ttulo1">
    <w:name w:val="heading 1"/>
    <w:basedOn w:val="Normal"/>
    <w:next w:val="Normal"/>
    <w:link w:val="Ttulo1Car"/>
    <w:uiPriority w:val="9"/>
    <w:qFormat/>
    <w:rsid w:val="00FC693F"/>
    <w:pPr>
      <w:keepNext/>
      <w:keepLines/>
      <w:spacing w:before="200" w:after="120"/>
      <w:outlineLvl w:val="0"/>
    </w:pPr>
    <w:rPr>
      <w:rFonts w:asciiTheme="majorHAnsi" w:eastAsiaTheme="majorEastAsia" w:hAnsiTheme="majorHAnsi" w:cstheme="majorBidi"/>
      <w:b/>
      <w:bCs/>
      <w:color w:val="17365D"/>
      <w:sz w:val="28"/>
      <w:szCs w:val="28"/>
    </w:rPr>
  </w:style>
  <w:style w:type="paragraph" w:styleId="Ttulo2">
    <w:name w:val="heading 2"/>
    <w:basedOn w:val="Normal"/>
    <w:next w:val="Normal"/>
    <w:link w:val="Ttulo2Car"/>
    <w:uiPriority w:val="9"/>
    <w:unhideWhenUsed/>
    <w:qFormat/>
    <w:rsid w:val="00FC693F"/>
    <w:pPr>
      <w:keepNext/>
      <w:keepLines/>
      <w:spacing w:before="160" w:after="80"/>
      <w:outlineLvl w:val="1"/>
    </w:pPr>
    <w:rPr>
      <w:rFonts w:asciiTheme="majorHAnsi" w:eastAsiaTheme="majorEastAsia" w:hAnsiTheme="majorHAnsi" w:cstheme="majorBidi"/>
      <w:b/>
      <w:bCs/>
      <w:color w:val="1F4E78"/>
      <w:sz w:val="22"/>
      <w:szCs w:val="26"/>
    </w:rPr>
  </w:style>
  <w:style w:type="paragraph" w:styleId="Ttulo3">
    <w:name w:val="heading 3"/>
    <w:basedOn w:val="Normal"/>
    <w:next w:val="Normal"/>
    <w:link w:val="Ttulo3Car"/>
    <w:uiPriority w:val="9"/>
    <w:unhideWhenUsed/>
    <w:qFormat/>
    <w:rsid w:val="00FC693F"/>
    <w:pPr>
      <w:keepNext/>
      <w:keepLines/>
      <w:spacing w:before="120" w:after="60"/>
      <w:outlineLvl w:val="2"/>
    </w:pPr>
    <w:rPr>
      <w:rFonts w:asciiTheme="majorHAnsi" w:eastAsiaTheme="majorEastAsia" w:hAnsiTheme="majorHAnsi" w:cstheme="majorBidi"/>
      <w:b/>
      <w:bCs/>
      <w:color w:val="1F4E78"/>
      <w:sz w:val="20"/>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keepNext/>
      <w:pBdr>
        <w:bottom w:val="single" w:sz="8" w:space="4" w:color="4F81BD" w:themeColor="accent1"/>
      </w:pBdr>
      <w:spacing w:after="160" w:line="240" w:lineRule="auto"/>
      <w:contextualSpacing/>
    </w:pPr>
    <w:rPr>
      <w:rFonts w:asciiTheme="majorHAnsi" w:eastAsiaTheme="majorEastAsia" w:hAnsiTheme="majorHAnsi" w:cstheme="majorBidi"/>
      <w:b/>
      <w:color w:val="17365D"/>
      <w:spacing w:val="5"/>
      <w:kern w:val="28"/>
      <w:sz w:val="40"/>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ormField">
    <w:name w:val="Form Field"/>
    <w:pPr>
      <w:spacing w:after="60"/>
    </w:pPr>
    <w:rPr>
      <w:rFonts w:ascii="Arial" w:hAnsi="Arial"/>
      <w:color w:val="1F4E78"/>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5899</Words>
  <Characters>32450</Characters>
  <Application>Microsoft Office Word</Application>
  <DocSecurity>0</DocSecurity>
  <Lines>270</Lines>
  <Paragraphs>76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38273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USUARIO</cp:lastModifiedBy>
  <cp:revision>7</cp:revision>
  <cp:lastPrinted>2026-07-28T15:04:00Z</cp:lastPrinted>
  <dcterms:created xsi:type="dcterms:W3CDTF">2026-07-24T00:53:00Z</dcterms:created>
  <dcterms:modified xsi:type="dcterms:W3CDTF">2026-07-28T15:05:00Z</dcterms:modified>
  <cp:category/>
</cp:coreProperties>
</file>